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RouteLabel"/>
        <w:ind w:left="115" w:right="115"/>
        <w:shd w:fill="23343D"/>
      </w:pPr>
      <w:r>
        <w:t>WERKINSTRUCTIE · Verwijder deze pagina vóór publicatie</w:t>
      </w:r>
    </w:p>
    <w:p>
      <w:pPr>
        <w:jc w:val="center"/>
      </w:pPr>
      <w:r>
        <w:rPr>
          <w:rFonts w:ascii="Aptos Display" w:hAnsi="Aptos Display"/>
          <w:b/>
          <w:color w:val="274F64"/>
          <w:sz w:val="56"/>
        </w:rPr>
        <w:t>PUBLICATIESJABLOON</w:t>
      </w:r>
    </w:p>
    <w:p>
      <w:pPr>
        <w:jc w:val="center"/>
      </w:pPr>
      <w:r>
        <w:rPr>
          <w:color w:val="23343D"/>
          <w:sz w:val="34"/>
        </w:rPr>
        <w:t>Onze gezamenlijke publicatie</w:t>
      </w:r>
    </w:p>
    <w:p>
      <w:pPr>
        <w:jc w:val="center"/>
      </w:pPr>
      <w:r>
        <w:rPr>
          <w:b/>
          <w:color w:val="5B6B74"/>
          <w:sz w:val="22"/>
        </w:rPr>
        <w:t>De klas als uitgeverij</w:t>
      </w:r>
    </w:p>
    <w:p>
      <w:r>
        <w:t>Dit Word-sjabloon bevat alle onderdelen van de vastgestelde gelaagde inhoudsopgave. Behoud de basisroute. Voeg alleen verdiepende of beroepsgerichte onderdelen toe als die in het projectwerkboek zijn gekozen. Verwijder vóór publicatie alle instructies, routelabels, vierkante haken en ongebruikte pagina’s.</w:t>
      </w:r>
    </w:p>
    <w:tbl>
      <w:tblPr>
        <w:tblStyle w:val="TableGrid"/>
        <w:tblW w:type="dxa" w:w="9260"/>
        <w:jc w:val="left"/>
        <w:tblLayout w:type="fixed"/>
        <w:tblLook w:firstColumn="1" w:firstRow="1" w:lastColumn="0" w:lastRow="0" w:noHBand="0" w:noVBand="1" w:val="04A0"/>
        <w:tblInd w:w="120" w:type="dxa"/>
      </w:tblPr>
      <w:tblGrid>
        <w:gridCol w:w="1900"/>
        <w:gridCol w:w="4150"/>
        <w:gridCol w:w="3210"/>
      </w:tblGrid>
      <w:tr>
        <w:trPr>
          <w:tblHeader w:val="true"/>
          <w:cantSplit/>
        </w:trPr>
        <w:tc>
          <w:tcPr>
            <w:tcW w:type="dxa" w:w="1900"/>
            <w:shd w:fill="274F64"/>
            <w:vAlign w:val="center"/>
            <w:tcMar>
              <w:top w:w="85" w:type="dxa"/>
              <w:bottom w:w="85" w:type="dxa"/>
              <w:start w:w="115" w:type="dxa"/>
              <w:end w:w="115" w:type="dxa"/>
            </w:tcMar>
          </w:tcPr>
          <w:p>
            <w:r>
              <w:rPr>
                <w:b/>
                <w:color w:val="FFFFFF"/>
                <w:sz w:val="18"/>
              </w:rPr>
              <w:t>Label</w:t>
            </w:r>
          </w:p>
        </w:tc>
        <w:tc>
          <w:tcPr>
            <w:tcW w:type="dxa" w:w="4150"/>
            <w:shd w:fill="274F64"/>
            <w:vAlign w:val="center"/>
            <w:tcMar>
              <w:top w:w="85" w:type="dxa"/>
              <w:bottom w:w="85" w:type="dxa"/>
              <w:start w:w="115" w:type="dxa"/>
              <w:end w:w="115" w:type="dxa"/>
            </w:tcMar>
          </w:tcPr>
          <w:p>
            <w:r>
              <w:rPr>
                <w:b/>
                <w:color w:val="FFFFFF"/>
                <w:sz w:val="18"/>
              </w:rPr>
              <w:t>Betekenis</w:t>
            </w:r>
          </w:p>
        </w:tc>
        <w:tc>
          <w:tcPr>
            <w:tcW w:type="dxa" w:w="3210"/>
            <w:shd w:fill="274F64"/>
            <w:vAlign w:val="center"/>
            <w:tcMar>
              <w:top w:w="85" w:type="dxa"/>
              <w:bottom w:w="85" w:type="dxa"/>
              <w:start w:w="115" w:type="dxa"/>
              <w:end w:w="115" w:type="dxa"/>
            </w:tcMar>
          </w:tcPr>
          <w:p>
            <w:r>
              <w:rPr>
                <w:b/>
                <w:color w:val="FFFFFF"/>
                <w:sz w:val="18"/>
              </w:rPr>
              <w:t>Handeling</w:t>
            </w:r>
          </w:p>
        </w:tc>
      </w:tr>
      <w:tr>
        <w:trPr>
          <w:cantSplit/>
        </w:trPr>
        <w:tc>
          <w:tcPr>
            <w:tcW w:type="dxa" w:w="1900"/>
            <w:vAlign w:val="center"/>
            <w:tcMar>
              <w:top w:w="85" w:type="dxa"/>
              <w:bottom w:w="85" w:type="dxa"/>
              <w:start w:w="115" w:type="dxa"/>
              <w:end w:w="115" w:type="dxa"/>
            </w:tcMar>
          </w:tcPr>
          <w:p>
            <w:pPr>
              <w:spacing w:after="0"/>
            </w:pPr>
            <w:r>
              <w:rPr>
                <w:sz w:val="18"/>
              </w:rPr>
              <w:t>BASIS</w:t>
            </w:r>
          </w:p>
        </w:tc>
        <w:tc>
          <w:tcPr>
            <w:tcW w:type="dxa" w:w="4150"/>
            <w:vAlign w:val="center"/>
            <w:tcMar>
              <w:top w:w="85" w:type="dxa"/>
              <w:bottom w:w="85" w:type="dxa"/>
              <w:start w:w="115" w:type="dxa"/>
              <w:end w:w="115" w:type="dxa"/>
            </w:tcMar>
          </w:tcPr>
          <w:p>
            <w:pPr>
              <w:spacing w:after="0"/>
            </w:pPr>
            <w:r>
              <w:rPr>
                <w:sz w:val="18"/>
              </w:rPr>
              <w:t>Nodig voor een complete eenvoudige publicatie.</w:t>
            </w:r>
          </w:p>
        </w:tc>
        <w:tc>
          <w:tcPr>
            <w:tcW w:type="dxa" w:w="3210"/>
            <w:vAlign w:val="center"/>
            <w:tcMar>
              <w:top w:w="85" w:type="dxa"/>
              <w:bottom w:w="85" w:type="dxa"/>
              <w:start w:w="115" w:type="dxa"/>
              <w:end w:w="115" w:type="dxa"/>
            </w:tcMar>
          </w:tcPr>
          <w:p>
            <w:pPr>
              <w:spacing w:after="0"/>
            </w:pPr>
            <w:r>
              <w:rPr>
                <w:sz w:val="18"/>
              </w:rPr>
              <w:t>Invullen en behouden.</w:t>
            </w:r>
          </w:p>
        </w:tc>
      </w:tr>
      <w:tr>
        <w:trPr>
          <w:cantSplit/>
        </w:trPr>
        <w:tc>
          <w:tcPr>
            <w:tcW w:type="dxa" w:w="1900"/>
            <w:vAlign w:val="center"/>
            <w:tcMar>
              <w:top w:w="85" w:type="dxa"/>
              <w:bottom w:w="85" w:type="dxa"/>
              <w:start w:w="115" w:type="dxa"/>
              <w:end w:w="115" w:type="dxa"/>
            </w:tcMar>
          </w:tcPr>
          <w:p>
            <w:pPr>
              <w:spacing w:after="0"/>
            </w:pPr>
            <w:r>
              <w:rPr>
                <w:sz w:val="18"/>
              </w:rPr>
              <w:t>VERDIEPING</w:t>
            </w:r>
          </w:p>
        </w:tc>
        <w:tc>
          <w:tcPr>
            <w:tcW w:type="dxa" w:w="4150"/>
            <w:vAlign w:val="center"/>
            <w:tcMar>
              <w:top w:w="85" w:type="dxa"/>
              <w:bottom w:w="85" w:type="dxa"/>
              <w:start w:w="115" w:type="dxa"/>
              <w:end w:w="115" w:type="dxa"/>
            </w:tcMar>
          </w:tcPr>
          <w:p>
            <w:pPr>
              <w:spacing w:after="0"/>
            </w:pPr>
            <w:r>
              <w:rPr>
                <w:sz w:val="18"/>
              </w:rPr>
              <w:t>Verbetert inhoud of bruikbaarheid.</w:t>
            </w:r>
          </w:p>
        </w:tc>
        <w:tc>
          <w:tcPr>
            <w:tcW w:type="dxa" w:w="3210"/>
            <w:vAlign w:val="center"/>
            <w:tcMar>
              <w:top w:w="85" w:type="dxa"/>
              <w:bottom w:w="85" w:type="dxa"/>
              <w:start w:w="115" w:type="dxa"/>
              <w:end w:w="115" w:type="dxa"/>
            </w:tcMar>
          </w:tcPr>
          <w:p>
            <w:pPr>
              <w:spacing w:after="0"/>
            </w:pPr>
            <w:r>
              <w:rPr>
                <w:sz w:val="18"/>
              </w:rPr>
              <w:t>Alleen behouden als gekozen.</w:t>
            </w:r>
          </w:p>
        </w:tc>
      </w:tr>
      <w:tr>
        <w:trPr>
          <w:cantSplit/>
        </w:trPr>
        <w:tc>
          <w:tcPr>
            <w:tcW w:type="dxa" w:w="1900"/>
            <w:vAlign w:val="center"/>
            <w:tcMar>
              <w:top w:w="85" w:type="dxa"/>
              <w:bottom w:w="85" w:type="dxa"/>
              <w:start w:w="115" w:type="dxa"/>
              <w:end w:w="115" w:type="dxa"/>
            </w:tcMar>
          </w:tcPr>
          <w:p>
            <w:pPr>
              <w:spacing w:after="0"/>
            </w:pPr>
            <w:r>
              <w:rPr>
                <w:sz w:val="18"/>
              </w:rPr>
              <w:t>UITGEVERSROUTE</w:t>
            </w:r>
          </w:p>
        </w:tc>
        <w:tc>
          <w:tcPr>
            <w:tcW w:type="dxa" w:w="4150"/>
            <w:vAlign w:val="center"/>
            <w:tcMar>
              <w:top w:w="85" w:type="dxa"/>
              <w:bottom w:w="85" w:type="dxa"/>
              <w:start w:w="115" w:type="dxa"/>
              <w:end w:w="115" w:type="dxa"/>
            </w:tcMar>
          </w:tcPr>
          <w:p>
            <w:pPr>
              <w:spacing w:after="0"/>
            </w:pPr>
            <w:r>
              <w:rPr>
                <w:sz w:val="18"/>
              </w:rPr>
              <w:t>Beroepsgerichte uitbreiding.</w:t>
            </w:r>
          </w:p>
        </w:tc>
        <w:tc>
          <w:tcPr>
            <w:tcW w:type="dxa" w:w="3210"/>
            <w:vAlign w:val="center"/>
            <w:tcMar>
              <w:top w:w="85" w:type="dxa"/>
              <w:bottom w:w="85" w:type="dxa"/>
              <w:start w:w="115" w:type="dxa"/>
              <w:end w:w="115" w:type="dxa"/>
            </w:tcMar>
          </w:tcPr>
          <w:p>
            <w:pPr>
              <w:spacing w:after="0"/>
            </w:pPr>
            <w:r>
              <w:rPr>
                <w:sz w:val="18"/>
              </w:rPr>
              <w:t>Alleen behouden als gekozen.</w:t>
            </w:r>
          </w:p>
        </w:tc>
      </w:tr>
      <w:tr>
        <w:trPr>
          <w:cantSplit/>
        </w:trPr>
        <w:tc>
          <w:tcPr>
            <w:tcW w:type="dxa" w:w="1900"/>
            <w:vAlign w:val="center"/>
            <w:tcMar>
              <w:top w:w="85" w:type="dxa"/>
              <w:bottom w:w="85" w:type="dxa"/>
              <w:start w:w="115" w:type="dxa"/>
              <w:end w:w="115" w:type="dxa"/>
            </w:tcMar>
          </w:tcPr>
          <w:p>
            <w:pPr>
              <w:spacing w:after="0"/>
            </w:pPr>
            <w:r>
              <w:rPr>
                <w:sz w:val="18"/>
              </w:rPr>
              <w:t>WERKINSTRUCTIE</w:t>
            </w:r>
          </w:p>
        </w:tc>
        <w:tc>
          <w:tcPr>
            <w:tcW w:type="dxa" w:w="4150"/>
            <w:vAlign w:val="center"/>
            <w:tcMar>
              <w:top w:w="85" w:type="dxa"/>
              <w:bottom w:w="85" w:type="dxa"/>
              <w:start w:w="115" w:type="dxa"/>
              <w:end w:w="115" w:type="dxa"/>
            </w:tcMar>
          </w:tcPr>
          <w:p>
            <w:pPr>
              <w:spacing w:after="0"/>
            </w:pPr>
            <w:r>
              <w:rPr>
                <w:sz w:val="18"/>
              </w:rPr>
              <w:t>Hulp bij het werken met het sjabloon.</w:t>
            </w:r>
          </w:p>
        </w:tc>
        <w:tc>
          <w:tcPr>
            <w:tcW w:type="dxa" w:w="3210"/>
            <w:vAlign w:val="center"/>
            <w:tcMar>
              <w:top w:w="85" w:type="dxa"/>
              <w:bottom w:w="85" w:type="dxa"/>
              <w:start w:w="115" w:type="dxa"/>
              <w:end w:w="115" w:type="dxa"/>
            </w:tcMar>
          </w:tcPr>
          <w:p>
            <w:pPr>
              <w:spacing w:after="0"/>
            </w:pPr>
            <w:r>
              <w:rPr>
                <w:sz w:val="18"/>
              </w:rPr>
              <w:t>Altijd verwijderen.</w:t>
            </w:r>
          </w:p>
        </w:tc>
      </w:tr>
    </w:tbl>
    <w:p>
      <w:pPr>
        <w:spacing w:after="0"/>
      </w:pPr>
    </w:p>
    <w:p>
      <w:pPr>
        <w:pStyle w:val="Heading2"/>
      </w:pPr>
      <w:r>
        <w:t>Vaste werkwijze</w:t>
      </w:r>
    </w:p>
    <w:p>
      <w:pPr>
        <w:pStyle w:val="ListBullet"/>
      </w:pPr>
      <w:r>
        <w:t>Werk met de bestaande kopstijlen; maak koppen niet handmatig groot of vet.</w:t>
      </w:r>
    </w:p>
    <w:p>
      <w:pPr>
        <w:pStyle w:val="ListBullet"/>
      </w:pPr>
      <w:r>
        <w:t>Gebruik voor de zichtbare inhoudsopgave maximaal drie niveaus.</w:t>
      </w:r>
    </w:p>
    <w:p>
      <w:pPr>
        <w:pStyle w:val="ListBullet"/>
      </w:pPr>
      <w:r>
        <w:t>Voeg afbeeldingen in als beeldbestand, niet als schermafbeelding van tekst.</w:t>
      </w:r>
    </w:p>
    <w:p>
      <w:pPr>
        <w:pStyle w:val="ListBullet"/>
      </w:pPr>
      <w:r>
        <w:t>Geef iedere afbeelding een bijschrift en registreer maker, bron, licentie of toestemming.</w:t>
      </w:r>
    </w:p>
    <w:p>
      <w:pPr>
        <w:pStyle w:val="ListBullet"/>
      </w:pPr>
      <w:r>
        <w:t>Werk met concept, proefversie en definitieve versie; publiceer pas na de eindcontrole.</w:t>
      </w:r>
    </w:p>
    <w:p>
      <w:pPr>
        <w:pStyle w:val="Placeholder"/>
      </w:pPr>
      <w:r>
        <w:t>[Naam van de klasuitgeverij]</w:t>
      </w:r>
    </w:p>
    <w:p>
      <w:pPr>
        <w:pStyle w:val="Placeholder"/>
      </w:pPr>
      <w:r>
        <w:t>[Projecttitel]</w:t>
      </w:r>
    </w:p>
    <w:p>
      <w:pPr>
        <w:pStyle w:val="Placeholder"/>
      </w:pPr>
      <w:r>
        <w:t>[Versie en datum]</w:t>
      </w:r>
    </w:p>
    <w:p>
      <w:pPr>
        <w:pStyle w:val="Placeholder"/>
      </w:pPr>
      <w:r>
        <w:t>[Naam van de vormgever die het sjabloon beheert]</w:t>
      </w:r>
    </w:p>
    <w:p>
      <w:r>
        <w:br w:type="page"/>
      </w:r>
    </w:p>
    <w:p>
      <w:pPr>
        <w:pStyle w:val="RouteLabel"/>
        <w:ind w:left="115" w:right="115"/>
        <w:shd w:fill="274F64"/>
      </w:pPr>
      <w:r>
        <w:t>BASIS · Voorblad</w:t>
      </w:r>
    </w:p>
    <w:p>
      <w:pPr>
        <w:spacing w:after="960"/>
      </w:pPr>
    </w:p>
    <w:p>
      <w:pPr>
        <w:spacing w:after="160"/>
        <w:jc w:val="center"/>
      </w:pPr>
      <w:r>
        <w:rPr>
          <w:rFonts w:ascii="Aptos Display" w:hAnsi="Aptos Display"/>
          <w:b/>
          <w:color w:val="274F64"/>
          <w:sz w:val="58"/>
        </w:rPr>
        <w:t>[TITEL VAN DE PUBLICATIE]</w:t>
      </w:r>
    </w:p>
    <w:p>
      <w:pPr>
        <w:spacing w:after="640"/>
        <w:jc w:val="center"/>
      </w:pPr>
      <w:r>
        <w:rPr>
          <w:color w:val="5B6B74"/>
          <w:sz w:val="32"/>
        </w:rPr>
        <w:t>[Ondertitel]</w:t>
      </w:r>
    </w:p>
    <w:tbl>
      <w:tblPr>
        <w:tblStyle w:val="TableGrid"/>
        <w:tblW w:type="dxa" w:w="7200"/>
        <w:jc w:val="left"/>
        <w:tblLayout w:type="fixed"/>
        <w:tblLook w:firstColumn="1" w:firstRow="1" w:lastColumn="0" w:lastRow="0" w:noHBand="0" w:noVBand="1" w:val="04A0"/>
        <w:tblInd w:w="120" w:type="dxa"/>
      </w:tblPr>
      <w:tblGrid>
        <w:gridCol w:w="7200"/>
      </w:tblGrid>
      <w:tr>
        <w:trPr>
          <w:cantSplit/>
        </w:trPr>
        <w:tc>
          <w:tcPr>
            <w:tcW w:type="dxa" w:w="7200"/>
            <w:shd w:fill="F4F7F8"/>
            <w:vAlign w:val="center"/>
            <w:tcMar>
              <w:top w:w="85" w:type="dxa"/>
              <w:bottom w:w="85" w:type="dxa"/>
              <w:start w:w="115" w:type="dxa"/>
              <w:end w:w="115" w:type="dxa"/>
            </w:tcMar>
          </w:tcPr>
          <w:p>
            <w:pPr>
              <w:jc w:val="center"/>
            </w:pPr>
            <w:r>
              <w:br/>
              <w:br/>
              <w:br/>
              <w:t>[Plaats hier het centrale omslagbeeld]</w:t>
              <w:br/>
              <w:br/>
              <w:br/>
            </w:r>
          </w:p>
        </w:tc>
      </w:tr>
    </w:tbl>
    <w:p>
      <w:pPr>
        <w:pStyle w:val="Bijschrift"/>
      </w:pPr>
      <w:r>
        <w:t>Figuur [nummer]. [Schrijf een informatief bijschrift en vermeld zo nodig de bron.]</w:t>
      </w:r>
    </w:p>
    <w:p>
      <w:pPr>
        <w:spacing w:after="760"/>
      </w:pPr>
    </w:p>
    <w:p>
      <w:pPr>
        <w:jc w:val="center"/>
      </w:pPr>
      <w:r>
        <w:rPr>
          <w:b/>
          <w:sz w:val="24"/>
        </w:rPr>
        <w:t>[Naam van de klasuitgeverij]</w:t>
      </w:r>
    </w:p>
    <w:p>
      <w:pPr>
        <w:jc w:val="center"/>
      </w:pPr>
      <w:r>
        <w:rPr>
          <w:sz w:val="21"/>
        </w:rPr>
        <w:t>[Plaats en jaar]</w:t>
      </w:r>
    </w:p>
    <w:p>
      <w:r>
        <w:br w:type="page"/>
      </w:r>
    </w:p>
    <w:p>
      <w:pPr>
        <w:pStyle w:val="RouteLabel"/>
        <w:ind w:left="115" w:right="115"/>
        <w:shd w:fill="274F64"/>
      </w:pPr>
      <w:r>
        <w:t>BASIS · Titelpagina</w:t>
      </w:r>
    </w:p>
    <w:p>
      <w:pPr>
        <w:spacing w:after="1280"/>
      </w:pPr>
    </w:p>
    <w:p>
      <w:pPr>
        <w:jc w:val="center"/>
      </w:pPr>
      <w:r>
        <w:rPr>
          <w:rFonts w:ascii="Aptos Display" w:hAnsi="Aptos Display"/>
          <w:b/>
          <w:color w:val="274F64"/>
          <w:sz w:val="50"/>
        </w:rPr>
        <w:t>[Volledige titel]</w:t>
      </w:r>
    </w:p>
    <w:p>
      <w:pPr>
        <w:jc w:val="center"/>
      </w:pPr>
      <w:r>
        <w:rPr>
          <w:sz w:val="30"/>
        </w:rPr>
        <w:t>[Volledige ondertitel]</w:t>
      </w:r>
    </w:p>
    <w:p>
      <w:pPr>
        <w:spacing w:after="1120"/>
      </w:pPr>
    </w:p>
    <w:p>
      <w:pPr>
        <w:jc w:val="center"/>
      </w:pPr>
      <w:r>
        <w:rPr>
          <w:sz w:val="22"/>
        </w:rPr>
        <w:t>[Gemaakt door klas/projectgroep]</w:t>
      </w:r>
    </w:p>
    <w:p>
      <w:pPr>
        <w:jc w:val="center"/>
      </w:pPr>
      <w:r>
        <w:rPr>
          <w:sz w:val="22"/>
        </w:rPr>
        <w:t>[School of opleiding]</w:t>
      </w:r>
    </w:p>
    <w:p>
      <w:pPr>
        <w:jc w:val="center"/>
      </w:pPr>
      <w:r>
        <w:rPr>
          <w:sz w:val="22"/>
        </w:rPr>
        <w:t>[Naam van de klasuitgeverij]</w:t>
      </w:r>
    </w:p>
    <w:p>
      <w:pPr>
        <w:jc w:val="center"/>
      </w:pPr>
      <w:r>
        <w:rPr>
          <w:sz w:val="22"/>
        </w:rPr>
        <w:t>[Plaats en jaar]</w:t>
      </w:r>
    </w:p>
    <w:p>
      <w:r>
        <w:br w:type="page"/>
      </w:r>
    </w:p>
    <w:p>
      <w:pPr>
        <w:pStyle w:val="RouteLabel"/>
        <w:ind w:left="115" w:right="115"/>
        <w:shd w:fill="274F64"/>
      </w:pPr>
      <w:r>
        <w:t>BASIS · Publicatiegegevens</w:t>
      </w:r>
    </w:p>
    <w:p>
      <w:pPr>
        <w:pStyle w:val="Heading1"/>
      </w:pPr>
      <w:r>
        <w:t>Publicatiegegevens</w:t>
      </w:r>
    </w:p>
    <w:tbl>
      <w:tblPr>
        <w:tblStyle w:val="TableGrid"/>
        <w:tblW w:type="dxa" w:w="9360"/>
        <w:jc w:val="left"/>
        <w:tblLayout w:type="fixed"/>
        <w:tblLook w:firstColumn="1" w:firstRow="1" w:lastColumn="0" w:lastRow="0" w:noHBand="0" w:noVBand="1" w:val="04A0"/>
        <w:tblInd w:w="120" w:type="dxa"/>
      </w:tblPr>
      <w:tblGrid>
        <w:gridCol w:w="2800"/>
        <w:gridCol w:w="6560"/>
      </w:tblGrid>
      <w:tr>
        <w:trPr>
          <w:tblHeader w:val="true"/>
          <w:cantSplit/>
        </w:trPr>
        <w:tc>
          <w:tcPr>
            <w:tcW w:type="dxa" w:w="2800"/>
            <w:shd w:fill="274F64"/>
            <w:vAlign w:val="center"/>
            <w:tcMar>
              <w:top w:w="85" w:type="dxa"/>
              <w:bottom w:w="85" w:type="dxa"/>
              <w:start w:w="115" w:type="dxa"/>
              <w:end w:w="115" w:type="dxa"/>
            </w:tcMar>
          </w:tcPr>
          <w:p>
            <w:r>
              <w:rPr>
                <w:b/>
                <w:color w:val="FFFFFF"/>
                <w:sz w:val="18"/>
              </w:rPr>
              <w:t>Gegeven</w:t>
            </w:r>
          </w:p>
        </w:tc>
        <w:tc>
          <w:tcPr>
            <w:tcW w:type="dxa" w:w="6560"/>
            <w:shd w:fill="274F64"/>
            <w:vAlign w:val="center"/>
            <w:tcMar>
              <w:top w:w="85" w:type="dxa"/>
              <w:bottom w:w="85" w:type="dxa"/>
              <w:start w:w="115" w:type="dxa"/>
              <w:end w:w="115" w:type="dxa"/>
            </w:tcMar>
          </w:tcPr>
          <w:p>
            <w:r>
              <w:rPr>
                <w:b/>
                <w:color w:val="FFFFFF"/>
                <w:sz w:val="18"/>
              </w:rPr>
              <w:t>Invullen</w:t>
            </w:r>
          </w:p>
        </w:tc>
      </w:tr>
      <w:tr>
        <w:trPr>
          <w:cantSplit/>
        </w:trPr>
        <w:tc>
          <w:tcPr>
            <w:tcW w:type="dxa" w:w="2800"/>
            <w:vAlign w:val="center"/>
            <w:tcMar>
              <w:top w:w="85" w:type="dxa"/>
              <w:bottom w:w="85" w:type="dxa"/>
              <w:start w:w="115" w:type="dxa"/>
              <w:end w:w="115" w:type="dxa"/>
            </w:tcMar>
          </w:tcPr>
          <w:p>
            <w:pPr>
              <w:spacing w:after="0"/>
            </w:pPr>
            <w:r>
              <w:rPr>
                <w:sz w:val="18"/>
              </w:rPr>
              <w:t>Titel</w:t>
            </w:r>
          </w:p>
        </w:tc>
        <w:tc>
          <w:tcPr>
            <w:tcW w:type="dxa" w:w="6560"/>
            <w:vAlign w:val="center"/>
            <w:tcMar>
              <w:top w:w="85" w:type="dxa"/>
              <w:bottom w:w="85" w:type="dxa"/>
              <w:start w:w="115" w:type="dxa"/>
              <w:end w:w="115" w:type="dxa"/>
            </w:tcMar>
          </w:tcPr>
          <w:p>
            <w:pPr>
              <w:spacing w:after="0"/>
            </w:pPr>
            <w:r>
              <w:rPr>
                <w:sz w:val="18"/>
              </w:rPr>
              <w:t>[Volledige titel]</w:t>
            </w:r>
          </w:p>
        </w:tc>
      </w:tr>
      <w:tr>
        <w:trPr>
          <w:cantSplit/>
        </w:trPr>
        <w:tc>
          <w:tcPr>
            <w:tcW w:type="dxa" w:w="2800"/>
            <w:vAlign w:val="center"/>
            <w:tcMar>
              <w:top w:w="85" w:type="dxa"/>
              <w:bottom w:w="85" w:type="dxa"/>
              <w:start w:w="115" w:type="dxa"/>
              <w:end w:w="115" w:type="dxa"/>
            </w:tcMar>
          </w:tcPr>
          <w:p>
            <w:pPr>
              <w:spacing w:after="0"/>
            </w:pPr>
            <w:r>
              <w:rPr>
                <w:sz w:val="18"/>
              </w:rPr>
              <w:t>Makers</w:t>
            </w:r>
          </w:p>
        </w:tc>
        <w:tc>
          <w:tcPr>
            <w:tcW w:type="dxa" w:w="6560"/>
            <w:vAlign w:val="center"/>
            <w:tcMar>
              <w:top w:w="85" w:type="dxa"/>
              <w:bottom w:w="85" w:type="dxa"/>
              <w:start w:w="115" w:type="dxa"/>
              <w:end w:w="115" w:type="dxa"/>
            </w:tcMar>
          </w:tcPr>
          <w:p>
            <w:pPr>
              <w:spacing w:after="0"/>
            </w:pPr>
            <w:r>
              <w:rPr>
                <w:sz w:val="18"/>
              </w:rPr>
              <w:t>[Klas, team of toegestane namen]</w:t>
            </w:r>
          </w:p>
        </w:tc>
      </w:tr>
      <w:tr>
        <w:trPr>
          <w:cantSplit/>
        </w:trPr>
        <w:tc>
          <w:tcPr>
            <w:tcW w:type="dxa" w:w="2800"/>
            <w:vAlign w:val="center"/>
            <w:tcMar>
              <w:top w:w="85" w:type="dxa"/>
              <w:bottom w:w="85" w:type="dxa"/>
              <w:start w:w="115" w:type="dxa"/>
              <w:end w:w="115" w:type="dxa"/>
            </w:tcMar>
          </w:tcPr>
          <w:p>
            <w:pPr>
              <w:spacing w:after="0"/>
            </w:pPr>
            <w:r>
              <w:rPr>
                <w:sz w:val="18"/>
              </w:rPr>
              <w:t>School/organisatie</w:t>
            </w:r>
          </w:p>
        </w:tc>
        <w:tc>
          <w:tcPr>
            <w:tcW w:type="dxa" w:w="6560"/>
            <w:vAlign w:val="center"/>
            <w:tcMar>
              <w:top w:w="85" w:type="dxa"/>
              <w:bottom w:w="85" w:type="dxa"/>
              <w:start w:w="115" w:type="dxa"/>
              <w:end w:w="115" w:type="dxa"/>
            </w:tcMar>
          </w:tcPr>
          <w:p>
            <w:pPr>
              <w:spacing w:after="0"/>
            </w:pPr>
            <w:r>
              <w:rPr>
                <w:sz w:val="18"/>
              </w:rPr>
              <w:t>[Naam]</w:t>
            </w:r>
          </w:p>
        </w:tc>
      </w:tr>
      <w:tr>
        <w:trPr>
          <w:cantSplit/>
        </w:trPr>
        <w:tc>
          <w:tcPr>
            <w:tcW w:type="dxa" w:w="2800"/>
            <w:vAlign w:val="center"/>
            <w:tcMar>
              <w:top w:w="85" w:type="dxa"/>
              <w:bottom w:w="85" w:type="dxa"/>
              <w:start w:w="115" w:type="dxa"/>
              <w:end w:w="115" w:type="dxa"/>
            </w:tcMar>
          </w:tcPr>
          <w:p>
            <w:pPr>
              <w:spacing w:after="0"/>
            </w:pPr>
            <w:r>
              <w:rPr>
                <w:sz w:val="18"/>
              </w:rPr>
              <w:t>Klasuitgeverij</w:t>
            </w:r>
          </w:p>
        </w:tc>
        <w:tc>
          <w:tcPr>
            <w:tcW w:type="dxa" w:w="6560"/>
            <w:vAlign w:val="center"/>
            <w:tcMar>
              <w:top w:w="85" w:type="dxa"/>
              <w:bottom w:w="85" w:type="dxa"/>
              <w:start w:w="115" w:type="dxa"/>
              <w:end w:w="115" w:type="dxa"/>
            </w:tcMar>
          </w:tcPr>
          <w:p>
            <w:pPr>
              <w:spacing w:after="0"/>
            </w:pPr>
            <w:r>
              <w:rPr>
                <w:sz w:val="18"/>
              </w:rPr>
              <w:t>[Naam]</w:t>
            </w:r>
          </w:p>
        </w:tc>
      </w:tr>
      <w:tr>
        <w:trPr>
          <w:cantSplit/>
        </w:trPr>
        <w:tc>
          <w:tcPr>
            <w:tcW w:type="dxa" w:w="2800"/>
            <w:vAlign w:val="center"/>
            <w:tcMar>
              <w:top w:w="85" w:type="dxa"/>
              <w:bottom w:w="85" w:type="dxa"/>
              <w:start w:w="115" w:type="dxa"/>
              <w:end w:w="115" w:type="dxa"/>
            </w:tcMar>
          </w:tcPr>
          <w:p>
            <w:pPr>
              <w:spacing w:after="0"/>
            </w:pPr>
            <w:r>
              <w:rPr>
                <w:sz w:val="18"/>
              </w:rPr>
              <w:t>Versie</w:t>
            </w:r>
          </w:p>
        </w:tc>
        <w:tc>
          <w:tcPr>
            <w:tcW w:type="dxa" w:w="6560"/>
            <w:vAlign w:val="center"/>
            <w:tcMar>
              <w:top w:w="85" w:type="dxa"/>
              <w:bottom w:w="85" w:type="dxa"/>
              <w:start w:w="115" w:type="dxa"/>
              <w:end w:w="115" w:type="dxa"/>
            </w:tcMar>
          </w:tcPr>
          <w:p>
            <w:pPr>
              <w:spacing w:after="0"/>
            </w:pPr>
            <w:r>
              <w:rPr>
                <w:sz w:val="18"/>
              </w:rPr>
              <w:t>[Versienummer en datum]</w:t>
            </w:r>
          </w:p>
        </w:tc>
      </w:tr>
      <w:tr>
        <w:trPr>
          <w:cantSplit/>
        </w:trPr>
        <w:tc>
          <w:tcPr>
            <w:tcW w:type="dxa" w:w="2800"/>
            <w:vAlign w:val="center"/>
            <w:tcMar>
              <w:top w:w="85" w:type="dxa"/>
              <w:bottom w:w="85" w:type="dxa"/>
              <w:start w:w="115" w:type="dxa"/>
              <w:end w:w="115" w:type="dxa"/>
            </w:tcMar>
          </w:tcPr>
          <w:p>
            <w:pPr>
              <w:spacing w:after="0"/>
            </w:pPr>
            <w:r>
              <w:rPr>
                <w:sz w:val="18"/>
              </w:rPr>
              <w:t>Redactie</w:t>
            </w:r>
          </w:p>
        </w:tc>
        <w:tc>
          <w:tcPr>
            <w:tcW w:type="dxa" w:w="6560"/>
            <w:vAlign w:val="center"/>
            <w:tcMar>
              <w:top w:w="85" w:type="dxa"/>
              <w:bottom w:w="85" w:type="dxa"/>
              <w:start w:w="115" w:type="dxa"/>
              <w:end w:w="115" w:type="dxa"/>
            </w:tcMar>
          </w:tcPr>
          <w:p>
            <w:pPr>
              <w:spacing w:after="0"/>
            </w:pPr>
            <w:r>
              <w:rPr>
                <w:sz w:val="18"/>
              </w:rPr>
              <w:t>[Namen of rollen]</w:t>
            </w:r>
          </w:p>
        </w:tc>
      </w:tr>
      <w:tr>
        <w:trPr>
          <w:cantSplit/>
        </w:trPr>
        <w:tc>
          <w:tcPr>
            <w:tcW w:type="dxa" w:w="2800"/>
            <w:vAlign w:val="center"/>
            <w:tcMar>
              <w:top w:w="85" w:type="dxa"/>
              <w:bottom w:w="85" w:type="dxa"/>
              <w:start w:w="115" w:type="dxa"/>
              <w:end w:w="115" w:type="dxa"/>
            </w:tcMar>
          </w:tcPr>
          <w:p>
            <w:pPr>
              <w:spacing w:after="0"/>
            </w:pPr>
            <w:r>
              <w:rPr>
                <w:sz w:val="18"/>
              </w:rPr>
              <w:t>Vormgeving</w:t>
            </w:r>
          </w:p>
        </w:tc>
        <w:tc>
          <w:tcPr>
            <w:tcW w:type="dxa" w:w="6560"/>
            <w:vAlign w:val="center"/>
            <w:tcMar>
              <w:top w:w="85" w:type="dxa"/>
              <w:bottom w:w="85" w:type="dxa"/>
              <w:start w:w="115" w:type="dxa"/>
              <w:end w:w="115" w:type="dxa"/>
            </w:tcMar>
          </w:tcPr>
          <w:p>
            <w:pPr>
              <w:spacing w:after="0"/>
            </w:pPr>
            <w:r>
              <w:rPr>
                <w:sz w:val="18"/>
              </w:rPr>
              <w:t>[Namen of rollen]</w:t>
            </w:r>
          </w:p>
        </w:tc>
      </w:tr>
      <w:tr>
        <w:trPr>
          <w:cantSplit/>
        </w:trPr>
        <w:tc>
          <w:tcPr>
            <w:tcW w:type="dxa" w:w="2800"/>
            <w:vAlign w:val="center"/>
            <w:tcMar>
              <w:top w:w="85" w:type="dxa"/>
              <w:bottom w:w="85" w:type="dxa"/>
              <w:start w:w="115" w:type="dxa"/>
              <w:end w:w="115" w:type="dxa"/>
            </w:tcMar>
          </w:tcPr>
          <w:p>
            <w:pPr>
              <w:spacing w:after="0"/>
            </w:pPr>
            <w:r>
              <w:rPr>
                <w:sz w:val="18"/>
              </w:rPr>
              <w:t>Beeld</w:t>
            </w:r>
          </w:p>
        </w:tc>
        <w:tc>
          <w:tcPr>
            <w:tcW w:type="dxa" w:w="6560"/>
            <w:vAlign w:val="center"/>
            <w:tcMar>
              <w:top w:w="85" w:type="dxa"/>
              <w:bottom w:w="85" w:type="dxa"/>
              <w:start w:w="115" w:type="dxa"/>
              <w:end w:w="115" w:type="dxa"/>
            </w:tcMar>
          </w:tcPr>
          <w:p>
            <w:pPr>
              <w:spacing w:after="0"/>
            </w:pPr>
            <w:r>
              <w:rPr>
                <w:sz w:val="18"/>
              </w:rPr>
              <w:t>[Namen of verwijzing naar beeldverantwoording]</w:t>
            </w:r>
          </w:p>
        </w:tc>
      </w:tr>
      <w:tr>
        <w:trPr>
          <w:cantSplit/>
        </w:trPr>
        <w:tc>
          <w:tcPr>
            <w:tcW w:type="dxa" w:w="2800"/>
            <w:vAlign w:val="center"/>
            <w:tcMar>
              <w:top w:w="85" w:type="dxa"/>
              <w:bottom w:w="85" w:type="dxa"/>
              <w:start w:w="115" w:type="dxa"/>
              <w:end w:w="115" w:type="dxa"/>
            </w:tcMar>
          </w:tcPr>
          <w:p>
            <w:pPr>
              <w:spacing w:after="0"/>
            </w:pPr>
            <w:r>
              <w:rPr>
                <w:sz w:val="18"/>
              </w:rPr>
              <w:t>Contact</w:t>
            </w:r>
          </w:p>
        </w:tc>
        <w:tc>
          <w:tcPr>
            <w:tcW w:type="dxa" w:w="6560"/>
            <w:vAlign w:val="center"/>
            <w:tcMar>
              <w:top w:w="85" w:type="dxa"/>
              <w:bottom w:w="85" w:type="dxa"/>
              <w:start w:w="115" w:type="dxa"/>
              <w:end w:w="115" w:type="dxa"/>
            </w:tcMar>
          </w:tcPr>
          <w:p>
            <w:pPr>
              <w:spacing w:after="0"/>
            </w:pPr>
            <w:r>
              <w:rPr>
                <w:sz w:val="18"/>
              </w:rPr>
              <w:t>[Zakelijk of schoolcontact; geen privégegevens leerlingen]</w:t>
            </w:r>
          </w:p>
        </w:tc>
      </w:tr>
    </w:tbl>
    <w:p>
      <w:pPr>
        <w:spacing w:after="0"/>
      </w:pPr>
    </w:p>
    <w:p>
      <w:pPr>
        <w:pStyle w:val="RouteLabel"/>
        <w:ind w:left="115" w:right="115"/>
        <w:shd w:fill="5B6B74"/>
      </w:pPr>
      <w:r>
        <w:t>UITGEVERSROUTE · Uitgebreide copyrightpagina; verwijderen als niet gekozen</w:t>
      </w:r>
    </w:p>
    <w:p>
      <w:pPr>
        <w:pStyle w:val="Placeholder"/>
      </w:pPr>
      <w:r>
        <w:t>[Beschrijf auteursrecht, gebruiksrechten, licenties, editie, productiegegevens en eventuele correctiemelding.]</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pStyle w:val="Placeholder"/>
      </w:pPr>
      <w:r>
        <w:t>[Controleer deze gegevens volgens het beleid van de school; neem geen juridisch klinkende standaardtekst over zonder controle.]</w:t>
      </w:r>
    </w:p>
    <w:p>
      <w:r>
        <w:br w:type="page"/>
      </w:r>
    </w:p>
    <w:p>
      <w:pPr>
        <w:pStyle w:val="RouteLabel"/>
        <w:ind w:left="115" w:right="115"/>
        <w:shd w:fill="927032"/>
      </w:pPr>
      <w:r>
        <w:t>VERDIEPING · Opdracht of dedicatie; verwijderen als niet gekozen</w:t>
      </w:r>
    </w:p>
    <w:p>
      <w:pPr>
        <w:pStyle w:val="Heading1"/>
      </w:pPr>
      <w:r>
        <w:t>[Opdracht]</w:t>
      </w:r>
    </w:p>
    <w:p>
      <w:pPr>
        <w:pStyle w:val="Placeholder"/>
      </w:pPr>
      <w:r>
        <w:t>[Schrijf een korte persoonlijke of inhoudelijke opdracht. Houd dit onderdeel los van het voorwoord.]</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640"/>
      </w:pPr>
    </w:p>
    <w:p>
      <w:pPr>
        <w:pStyle w:val="RouteLabel"/>
        <w:ind w:left="115" w:right="115"/>
        <w:shd w:fill="927032"/>
      </w:pPr>
      <w:r>
        <w:t>VERDIEPING · Voorwoord; verwijderen als niet gekozen</w:t>
      </w:r>
    </w:p>
    <w:p>
      <w:pPr>
        <w:pStyle w:val="Heading1"/>
      </w:pPr>
      <w:r>
        <w:t>Voorwoord</w:t>
      </w:r>
    </w:p>
    <w:p>
      <w:pPr>
        <w:pStyle w:val="Placeholder"/>
      </w:pPr>
      <w:r>
        <w:t>[Vertel hoe de publicatie ontstond, hoe is samengewerkt en wie wordt bedankt. Herhaal de inhoudelijke inleiding niet.]</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r>
        <w:br w:type="page"/>
      </w:r>
    </w:p>
    <w:p>
      <w:pPr>
        <w:pStyle w:val="RouteLabel"/>
        <w:ind w:left="115" w:right="115"/>
        <w:shd w:fill="274F64"/>
      </w:pPr>
      <w:r>
        <w:t>BASIS · Inhoudsopgave</w:t>
      </w:r>
    </w:p>
    <w:p>
      <w:pPr>
        <w:pStyle w:val="Heading1"/>
      </w:pPr>
      <w:r>
        <w:t>Inhoud</w:t>
      </w:r>
    </w:p>
    <w:p>
      <w:pPr>
        <w:pStyle w:val="Placeholder"/>
      </w:pPr>
      <w:r>
        <w:t>[Werk deze inhoudsopgave pas bij in de definitieve versie. Toon bij voorkeur alleen delen, hoofdstukken en paragrafen. Verwijder deze instructie.]</w:t>
      </w:r>
    </w:p>
    <w:tbl>
      <w:tblPr>
        <w:tblStyle w:val="TableGrid"/>
        <w:tblW w:type="dxa" w:w="9360"/>
        <w:jc w:val="left"/>
        <w:tblLayout w:type="fixed"/>
        <w:tblLook w:firstColumn="1" w:firstRow="1" w:lastColumn="0" w:lastRow="0" w:noHBand="0" w:noVBand="1" w:val="04A0"/>
        <w:tblInd w:w="120" w:type="dxa"/>
      </w:tblPr>
      <w:tblGrid>
        <w:gridCol w:w="1800"/>
        <w:gridCol w:w="6200"/>
        <w:gridCol w:w="1360"/>
      </w:tblGrid>
      <w:tr>
        <w:trPr>
          <w:tblHeader w:val="true"/>
          <w:cantSplit/>
        </w:trPr>
        <w:tc>
          <w:tcPr>
            <w:tcW w:type="dxa" w:w="1800"/>
            <w:shd w:fill="274F64"/>
            <w:vAlign w:val="center"/>
            <w:tcMar>
              <w:top w:w="85" w:type="dxa"/>
              <w:bottom w:w="85" w:type="dxa"/>
              <w:start w:w="115" w:type="dxa"/>
              <w:end w:w="115" w:type="dxa"/>
            </w:tcMar>
          </w:tcPr>
          <w:p>
            <w:r>
              <w:rPr>
                <w:b/>
                <w:color w:val="FFFFFF"/>
                <w:sz w:val="18"/>
              </w:rPr>
              <w:t>Onderdeel</w:t>
            </w:r>
          </w:p>
        </w:tc>
        <w:tc>
          <w:tcPr>
            <w:tcW w:type="dxa" w:w="6200"/>
            <w:shd w:fill="274F64"/>
            <w:vAlign w:val="center"/>
            <w:tcMar>
              <w:top w:w="85" w:type="dxa"/>
              <w:bottom w:w="85" w:type="dxa"/>
              <w:start w:w="115" w:type="dxa"/>
              <w:end w:w="115" w:type="dxa"/>
            </w:tcMar>
          </w:tcPr>
          <w:p>
            <w:r>
              <w:rPr>
                <w:b/>
                <w:color w:val="FFFFFF"/>
                <w:sz w:val="18"/>
              </w:rPr>
              <w:t>Titel</w:t>
            </w:r>
          </w:p>
        </w:tc>
        <w:tc>
          <w:tcPr>
            <w:tcW w:type="dxa" w:w="1360"/>
            <w:shd w:fill="274F64"/>
            <w:vAlign w:val="center"/>
            <w:tcMar>
              <w:top w:w="85" w:type="dxa"/>
              <w:bottom w:w="85" w:type="dxa"/>
              <w:start w:w="115" w:type="dxa"/>
              <w:end w:w="115" w:type="dxa"/>
            </w:tcMar>
          </w:tcPr>
          <w:p>
            <w:r>
              <w:rPr>
                <w:b/>
                <w:color w:val="FFFFFF"/>
                <w:sz w:val="18"/>
              </w:rPr>
              <w:t>Pagina</w:t>
            </w:r>
          </w:p>
        </w:tc>
      </w:tr>
      <w:tr>
        <w:trPr>
          <w:cantSplit/>
        </w:trPr>
        <w:tc>
          <w:tcPr>
            <w:tcW w:type="dxa" w:w="1800"/>
            <w:vAlign w:val="center"/>
            <w:tcMar>
              <w:top w:w="85" w:type="dxa"/>
              <w:bottom w:w="85" w:type="dxa"/>
              <w:start w:w="115" w:type="dxa"/>
              <w:end w:w="115" w:type="dxa"/>
            </w:tcMar>
          </w:tcPr>
          <w:p>
            <w:pPr>
              <w:spacing w:after="0"/>
            </w:pPr>
            <w:r>
              <w:rPr>
                <w:sz w:val="18"/>
              </w:rPr>
              <w:t>Inleiding</w:t>
            </w:r>
          </w:p>
        </w:tc>
        <w:tc>
          <w:tcPr>
            <w:tcW w:type="dxa" w:w="6200"/>
            <w:vAlign w:val="center"/>
            <w:tcMar>
              <w:top w:w="85" w:type="dxa"/>
              <w:bottom w:w="85" w:type="dxa"/>
              <w:start w:w="115" w:type="dxa"/>
              <w:end w:w="115" w:type="dxa"/>
            </w:tcMar>
          </w:tcPr>
          <w:p>
            <w:pPr>
              <w:spacing w:after="0"/>
            </w:pPr>
            <w:r>
              <w:rPr>
                <w:sz w:val="18"/>
              </w:rPr>
              <w:t>[Titel of Inleiding]</w:t>
            </w:r>
          </w:p>
        </w:tc>
        <w:tc>
          <w:tcPr>
            <w:tcW w:type="dxa" w:w="1360"/>
            <w:vAlign w:val="center"/>
            <w:tcMar>
              <w:top w:w="85" w:type="dxa"/>
              <w:bottom w:w="85" w:type="dxa"/>
              <w:start w:w="115" w:type="dxa"/>
              <w:end w:w="115" w:type="dxa"/>
            </w:tcMar>
          </w:tcPr>
          <w:p>
            <w:pPr>
              <w:spacing w:after="0"/>
            </w:pPr>
            <w:r>
              <w:rPr>
                <w:sz w:val="18"/>
              </w:rPr>
              <w:t>[…]</w:t>
            </w:r>
          </w:p>
        </w:tc>
      </w:tr>
      <w:tr>
        <w:trPr>
          <w:cantSplit/>
        </w:trPr>
        <w:tc>
          <w:tcPr>
            <w:tcW w:type="dxa" w:w="1800"/>
            <w:vAlign w:val="center"/>
            <w:tcMar>
              <w:top w:w="85" w:type="dxa"/>
              <w:bottom w:w="85" w:type="dxa"/>
              <w:start w:w="115" w:type="dxa"/>
              <w:end w:w="115" w:type="dxa"/>
            </w:tcMar>
          </w:tcPr>
          <w:p>
            <w:pPr>
              <w:spacing w:after="0"/>
            </w:pPr>
            <w:r>
              <w:rPr>
                <w:sz w:val="18"/>
              </w:rPr>
              <w:t>Deel 1</w:t>
            </w:r>
          </w:p>
        </w:tc>
        <w:tc>
          <w:tcPr>
            <w:tcW w:type="dxa" w:w="6200"/>
            <w:vAlign w:val="center"/>
            <w:tcMar>
              <w:top w:w="85" w:type="dxa"/>
              <w:bottom w:w="85" w:type="dxa"/>
              <w:start w:w="115" w:type="dxa"/>
              <w:end w:w="115" w:type="dxa"/>
            </w:tcMar>
          </w:tcPr>
          <w:p>
            <w:pPr>
              <w:spacing w:after="0"/>
            </w:pPr>
            <w:r>
              <w:rPr>
                <w:sz w:val="18"/>
              </w:rPr>
              <w:t>[Titel]</w:t>
            </w:r>
          </w:p>
        </w:tc>
        <w:tc>
          <w:tcPr>
            <w:tcW w:type="dxa" w:w="1360"/>
            <w:vAlign w:val="center"/>
            <w:tcMar>
              <w:top w:w="85" w:type="dxa"/>
              <w:bottom w:w="85" w:type="dxa"/>
              <w:start w:w="115" w:type="dxa"/>
              <w:end w:w="115" w:type="dxa"/>
            </w:tcMar>
          </w:tcPr>
          <w:p>
            <w:pPr>
              <w:spacing w:after="0"/>
            </w:pPr>
            <w:r>
              <w:rPr>
                <w:sz w:val="18"/>
              </w:rPr>
              <w:t>[…]</w:t>
            </w:r>
          </w:p>
        </w:tc>
      </w:tr>
      <w:tr>
        <w:trPr>
          <w:cantSplit/>
        </w:trPr>
        <w:tc>
          <w:tcPr>
            <w:tcW w:type="dxa" w:w="1800"/>
            <w:vAlign w:val="center"/>
            <w:tcMar>
              <w:top w:w="85" w:type="dxa"/>
              <w:bottom w:w="85" w:type="dxa"/>
              <w:start w:w="115" w:type="dxa"/>
              <w:end w:w="115" w:type="dxa"/>
            </w:tcMar>
          </w:tcPr>
          <w:p>
            <w:pPr>
              <w:spacing w:after="0"/>
            </w:pPr>
            <w:r>
              <w:rPr>
                <w:sz w:val="18"/>
              </w:rPr>
              <w:t>Hoofdstuk 1</w:t>
            </w:r>
          </w:p>
        </w:tc>
        <w:tc>
          <w:tcPr>
            <w:tcW w:type="dxa" w:w="6200"/>
            <w:vAlign w:val="center"/>
            <w:tcMar>
              <w:top w:w="85" w:type="dxa"/>
              <w:bottom w:w="85" w:type="dxa"/>
              <w:start w:w="115" w:type="dxa"/>
              <w:end w:w="115" w:type="dxa"/>
            </w:tcMar>
          </w:tcPr>
          <w:p>
            <w:pPr>
              <w:spacing w:after="0"/>
            </w:pPr>
            <w:r>
              <w:rPr>
                <w:sz w:val="18"/>
              </w:rPr>
              <w:t>[Titel]</w:t>
            </w:r>
          </w:p>
        </w:tc>
        <w:tc>
          <w:tcPr>
            <w:tcW w:type="dxa" w:w="1360"/>
            <w:vAlign w:val="center"/>
            <w:tcMar>
              <w:top w:w="85" w:type="dxa"/>
              <w:bottom w:w="85" w:type="dxa"/>
              <w:start w:w="115" w:type="dxa"/>
              <w:end w:w="115" w:type="dxa"/>
            </w:tcMar>
          </w:tcPr>
          <w:p>
            <w:pPr>
              <w:spacing w:after="0"/>
            </w:pPr>
            <w:r>
              <w:rPr>
                <w:sz w:val="18"/>
              </w:rPr>
              <w:t>[…]</w:t>
            </w:r>
          </w:p>
        </w:tc>
      </w:tr>
      <w:tr>
        <w:trPr>
          <w:cantSplit/>
        </w:trPr>
        <w:tc>
          <w:tcPr>
            <w:tcW w:type="dxa" w:w="1800"/>
            <w:vAlign w:val="center"/>
            <w:tcMar>
              <w:top w:w="85" w:type="dxa"/>
              <w:bottom w:w="85" w:type="dxa"/>
              <w:start w:w="115" w:type="dxa"/>
              <w:end w:w="115" w:type="dxa"/>
            </w:tcMar>
          </w:tcPr>
          <w:p>
            <w:pPr>
              <w:spacing w:after="0"/>
            </w:pPr>
            <w:r>
              <w:rPr>
                <w:sz w:val="18"/>
              </w:rPr>
              <w:t>1.1</w:t>
            </w:r>
          </w:p>
        </w:tc>
        <w:tc>
          <w:tcPr>
            <w:tcW w:type="dxa" w:w="6200"/>
            <w:vAlign w:val="center"/>
            <w:tcMar>
              <w:top w:w="85" w:type="dxa"/>
              <w:bottom w:w="85" w:type="dxa"/>
              <w:start w:w="115" w:type="dxa"/>
              <w:end w:w="115" w:type="dxa"/>
            </w:tcMar>
          </w:tcPr>
          <w:p>
            <w:pPr>
              <w:spacing w:after="0"/>
            </w:pPr>
            <w:r>
              <w:rPr>
                <w:sz w:val="18"/>
              </w:rPr>
              <w:t>[Paragraaftitel]</w:t>
            </w:r>
          </w:p>
        </w:tc>
        <w:tc>
          <w:tcPr>
            <w:tcW w:type="dxa" w:w="1360"/>
            <w:vAlign w:val="center"/>
            <w:tcMar>
              <w:top w:w="85" w:type="dxa"/>
              <w:bottom w:w="85" w:type="dxa"/>
              <w:start w:w="115" w:type="dxa"/>
              <w:end w:w="115" w:type="dxa"/>
            </w:tcMar>
          </w:tcPr>
          <w:p>
            <w:pPr>
              <w:spacing w:after="0"/>
            </w:pPr>
            <w:r>
              <w:rPr>
                <w:sz w:val="18"/>
              </w:rPr>
              <w:t>[…]</w:t>
            </w:r>
          </w:p>
        </w:tc>
      </w:tr>
      <w:tr>
        <w:trPr>
          <w:cantSplit/>
        </w:trPr>
        <w:tc>
          <w:tcPr>
            <w:tcW w:type="dxa" w:w="1800"/>
            <w:vAlign w:val="center"/>
            <w:tcMar>
              <w:top w:w="85" w:type="dxa"/>
              <w:bottom w:w="85" w:type="dxa"/>
              <w:start w:w="115" w:type="dxa"/>
              <w:end w:w="115" w:type="dxa"/>
            </w:tcMar>
          </w:tcPr>
          <w:p>
            <w:pPr>
              <w:spacing w:after="0"/>
            </w:pPr>
            <w:r>
              <w:rPr>
                <w:sz w:val="18"/>
              </w:rPr>
              <w:t>Hoofdstuk 2</w:t>
            </w:r>
          </w:p>
        </w:tc>
        <w:tc>
          <w:tcPr>
            <w:tcW w:type="dxa" w:w="6200"/>
            <w:vAlign w:val="center"/>
            <w:tcMar>
              <w:top w:w="85" w:type="dxa"/>
              <w:bottom w:w="85" w:type="dxa"/>
              <w:start w:w="115" w:type="dxa"/>
              <w:end w:w="115" w:type="dxa"/>
            </w:tcMar>
          </w:tcPr>
          <w:p>
            <w:pPr>
              <w:spacing w:after="0"/>
            </w:pPr>
            <w:r>
              <w:rPr>
                <w:sz w:val="18"/>
              </w:rPr>
              <w:t>[Titel]</w:t>
            </w:r>
          </w:p>
        </w:tc>
        <w:tc>
          <w:tcPr>
            <w:tcW w:type="dxa" w:w="1360"/>
            <w:vAlign w:val="center"/>
            <w:tcMar>
              <w:top w:w="85" w:type="dxa"/>
              <w:bottom w:w="85" w:type="dxa"/>
              <w:start w:w="115" w:type="dxa"/>
              <w:end w:w="115" w:type="dxa"/>
            </w:tcMar>
          </w:tcPr>
          <w:p>
            <w:pPr>
              <w:spacing w:after="0"/>
            </w:pPr>
            <w:r>
              <w:rPr>
                <w:sz w:val="18"/>
              </w:rPr>
              <w:t>[…]</w:t>
            </w:r>
          </w:p>
        </w:tc>
      </w:tr>
      <w:tr>
        <w:trPr>
          <w:cantSplit/>
        </w:trPr>
        <w:tc>
          <w:tcPr>
            <w:tcW w:type="dxa" w:w="1800"/>
            <w:vAlign w:val="center"/>
            <w:tcMar>
              <w:top w:w="85" w:type="dxa"/>
              <w:bottom w:w="85" w:type="dxa"/>
              <w:start w:w="115" w:type="dxa"/>
              <w:end w:w="115" w:type="dxa"/>
            </w:tcMar>
          </w:tcPr>
          <w:p>
            <w:pPr>
              <w:spacing w:after="0"/>
            </w:pPr>
            <w:r>
              <w:rPr>
                <w:sz w:val="18"/>
              </w:rPr>
              <w:t>Deel 2</w:t>
            </w:r>
          </w:p>
        </w:tc>
        <w:tc>
          <w:tcPr>
            <w:tcW w:type="dxa" w:w="6200"/>
            <w:vAlign w:val="center"/>
            <w:tcMar>
              <w:top w:w="85" w:type="dxa"/>
              <w:bottom w:w="85" w:type="dxa"/>
              <w:start w:w="115" w:type="dxa"/>
              <w:end w:w="115" w:type="dxa"/>
            </w:tcMar>
          </w:tcPr>
          <w:p>
            <w:pPr>
              <w:spacing w:after="0"/>
            </w:pPr>
            <w:r>
              <w:rPr>
                <w:sz w:val="18"/>
              </w:rPr>
              <w:t>[Titel]</w:t>
            </w:r>
          </w:p>
        </w:tc>
        <w:tc>
          <w:tcPr>
            <w:tcW w:type="dxa" w:w="1360"/>
            <w:vAlign w:val="center"/>
            <w:tcMar>
              <w:top w:w="85" w:type="dxa"/>
              <w:bottom w:w="85" w:type="dxa"/>
              <w:start w:w="115" w:type="dxa"/>
              <w:end w:w="115" w:type="dxa"/>
            </w:tcMar>
          </w:tcPr>
          <w:p>
            <w:pPr>
              <w:spacing w:after="0"/>
            </w:pPr>
            <w:r>
              <w:rPr>
                <w:sz w:val="18"/>
              </w:rPr>
              <w:t>[…]</w:t>
            </w:r>
          </w:p>
        </w:tc>
      </w:tr>
      <w:tr>
        <w:trPr>
          <w:cantSplit/>
        </w:trPr>
        <w:tc>
          <w:tcPr>
            <w:tcW w:type="dxa" w:w="1800"/>
            <w:vAlign w:val="center"/>
            <w:tcMar>
              <w:top w:w="85" w:type="dxa"/>
              <w:bottom w:w="85" w:type="dxa"/>
              <w:start w:w="115" w:type="dxa"/>
              <w:end w:w="115" w:type="dxa"/>
            </w:tcMar>
          </w:tcPr>
          <w:p>
            <w:pPr>
              <w:spacing w:after="0"/>
            </w:pPr>
            <w:r>
              <w:rPr>
                <w:sz w:val="18"/>
              </w:rPr>
              <w:t>Afsluiting</w:t>
            </w:r>
          </w:p>
        </w:tc>
        <w:tc>
          <w:tcPr>
            <w:tcW w:type="dxa" w:w="6200"/>
            <w:vAlign w:val="center"/>
            <w:tcMar>
              <w:top w:w="85" w:type="dxa"/>
              <w:bottom w:w="85" w:type="dxa"/>
              <w:start w:w="115" w:type="dxa"/>
              <w:end w:w="115" w:type="dxa"/>
            </w:tcMar>
          </w:tcPr>
          <w:p>
            <w:pPr>
              <w:spacing w:after="0"/>
            </w:pPr>
            <w:r>
              <w:rPr>
                <w:sz w:val="18"/>
              </w:rPr>
              <w:t>[Titel]</w:t>
            </w:r>
          </w:p>
        </w:tc>
        <w:tc>
          <w:tcPr>
            <w:tcW w:type="dxa" w:w="1360"/>
            <w:vAlign w:val="center"/>
            <w:tcMar>
              <w:top w:w="85" w:type="dxa"/>
              <w:bottom w:w="85" w:type="dxa"/>
              <w:start w:w="115" w:type="dxa"/>
              <w:end w:w="115" w:type="dxa"/>
            </w:tcMar>
          </w:tcPr>
          <w:p>
            <w:pPr>
              <w:spacing w:after="0"/>
            </w:pPr>
            <w:r>
              <w:rPr>
                <w:sz w:val="18"/>
              </w:rPr>
              <w:t>[…]</w:t>
            </w:r>
          </w:p>
        </w:tc>
      </w:tr>
      <w:tr>
        <w:trPr>
          <w:cantSplit/>
        </w:trPr>
        <w:tc>
          <w:tcPr>
            <w:tcW w:type="dxa" w:w="1800"/>
            <w:vAlign w:val="center"/>
            <w:tcMar>
              <w:top w:w="85" w:type="dxa"/>
              <w:bottom w:w="85" w:type="dxa"/>
              <w:start w:w="115" w:type="dxa"/>
              <w:end w:w="115" w:type="dxa"/>
            </w:tcMar>
          </w:tcPr>
          <w:p>
            <w:pPr>
              <w:spacing w:after="0"/>
            </w:pPr>
            <w:r>
              <w:rPr>
                <w:sz w:val="18"/>
              </w:rPr>
              <w:t>Bronnen</w:t>
            </w:r>
          </w:p>
        </w:tc>
        <w:tc>
          <w:tcPr>
            <w:tcW w:type="dxa" w:w="6200"/>
            <w:vAlign w:val="center"/>
            <w:tcMar>
              <w:top w:w="85" w:type="dxa"/>
              <w:bottom w:w="85" w:type="dxa"/>
              <w:start w:w="115" w:type="dxa"/>
              <w:end w:w="115" w:type="dxa"/>
            </w:tcMar>
          </w:tcPr>
          <w:p>
            <w:pPr>
              <w:spacing w:after="0"/>
            </w:pPr>
            <w:r>
              <w:rPr>
                <w:sz w:val="18"/>
              </w:rPr>
              <w:t>Bronnenlijst</w:t>
            </w:r>
          </w:p>
        </w:tc>
        <w:tc>
          <w:tcPr>
            <w:tcW w:type="dxa" w:w="1360"/>
            <w:vAlign w:val="center"/>
            <w:tcMar>
              <w:top w:w="85" w:type="dxa"/>
              <w:bottom w:w="85" w:type="dxa"/>
              <w:start w:w="115" w:type="dxa"/>
              <w:end w:w="115" w:type="dxa"/>
            </w:tcMar>
          </w:tcPr>
          <w:p>
            <w:pPr>
              <w:spacing w:after="0"/>
            </w:pPr>
            <w:r>
              <w:rPr>
                <w:sz w:val="18"/>
              </w:rPr>
              <w:t>[…]</w:t>
            </w:r>
          </w:p>
        </w:tc>
      </w:tr>
      <w:tr>
        <w:trPr>
          <w:cantSplit/>
        </w:trPr>
        <w:tc>
          <w:tcPr>
            <w:tcW w:type="dxa" w:w="1800"/>
            <w:vAlign w:val="center"/>
            <w:tcMar>
              <w:top w:w="85" w:type="dxa"/>
              <w:bottom w:w="85" w:type="dxa"/>
              <w:start w:w="115" w:type="dxa"/>
              <w:end w:w="115" w:type="dxa"/>
            </w:tcMar>
          </w:tcPr>
          <w:p>
            <w:pPr>
              <w:spacing w:after="0"/>
            </w:pPr>
            <w:r>
              <w:rPr>
                <w:sz w:val="18"/>
              </w:rPr>
              <w:t>Colofon</w:t>
            </w:r>
          </w:p>
        </w:tc>
        <w:tc>
          <w:tcPr>
            <w:tcW w:type="dxa" w:w="6200"/>
            <w:vAlign w:val="center"/>
            <w:tcMar>
              <w:top w:w="85" w:type="dxa"/>
              <w:bottom w:w="85" w:type="dxa"/>
              <w:start w:w="115" w:type="dxa"/>
              <w:end w:w="115" w:type="dxa"/>
            </w:tcMar>
          </w:tcPr>
          <w:p>
            <w:pPr>
              <w:spacing w:after="0"/>
            </w:pPr>
            <w:r>
              <w:rPr>
                <w:sz w:val="18"/>
              </w:rPr>
              <w:t>Colofon</w:t>
            </w:r>
          </w:p>
        </w:tc>
        <w:tc>
          <w:tcPr>
            <w:tcW w:type="dxa" w:w="1360"/>
            <w:vAlign w:val="center"/>
            <w:tcMar>
              <w:top w:w="85" w:type="dxa"/>
              <w:bottom w:w="85" w:type="dxa"/>
              <w:start w:w="115" w:type="dxa"/>
              <w:end w:w="115" w:type="dxa"/>
            </w:tcMar>
          </w:tcPr>
          <w:p>
            <w:pPr>
              <w:spacing w:after="0"/>
            </w:pPr>
            <w:r>
              <w:rPr>
                <w:sz w:val="18"/>
              </w:rPr>
              <w:t>[…]</w:t>
            </w:r>
          </w:p>
        </w:tc>
      </w:tr>
    </w:tbl>
    <w:p>
      <w:pPr>
        <w:spacing w:after="0"/>
      </w:pPr>
    </w:p>
    <w:p>
      <w:r>
        <w:br w:type="page"/>
      </w:r>
    </w:p>
    <w:p>
      <w:pPr>
        <w:pStyle w:val="RouteLabel"/>
        <w:ind w:left="115" w:right="115"/>
        <w:shd w:fill="274F64"/>
      </w:pPr>
      <w:r>
        <w:t>BASIS · Inleiding</w:t>
      </w:r>
    </w:p>
    <w:p>
      <w:pPr>
        <w:pStyle w:val="Heading1"/>
      </w:pPr>
      <w:r>
        <w:t>Inleiding</w:t>
      </w:r>
    </w:p>
    <w:p>
      <w:pPr>
        <w:pStyle w:val="Heading2"/>
      </w:pPr>
      <w:r>
        <w:t>[Onderwerp en aanleiding]</w:t>
      </w:r>
    </w:p>
    <w:p>
      <w:pPr>
        <w:pStyle w:val="Placeholder"/>
      </w:pPr>
      <w:r>
        <w:t>[Introduceer het onderwerp en leg uit waarom deze publicatie is gemaakt.]</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pStyle w:val="Heading2"/>
      </w:pPr>
      <w:r>
        <w:t>[Doel, publiek en centrale vraag]</w:t>
      </w:r>
    </w:p>
    <w:p>
      <w:pPr>
        <w:pStyle w:val="Placeholder"/>
      </w:pPr>
      <w:r>
        <w:t>[Beschrijf wat de lezer na afloop weet, begrijpt of kan. Formuleer de centrale vraag.]</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pStyle w:val="Heading2"/>
      </w:pPr>
      <w:r>
        <w:t>[Leeswijzer]</w:t>
      </w:r>
    </w:p>
    <w:p>
      <w:pPr>
        <w:pStyle w:val="Placeholder"/>
      </w:pPr>
      <w:r>
        <w:t>[Leg kort uit hoe de publicatie is opgebouwd.]</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r>
        <w:br w:type="page"/>
      </w:r>
    </w:p>
    <w:p>
      <w:pPr>
        <w:pStyle w:val="RouteLabel"/>
        <w:ind w:left="115" w:right="115"/>
        <w:shd w:fill="274F64"/>
      </w:pPr>
      <w:r>
        <w:t>BASIS · Hoofdtekst; kopieer deze modelpagina voor ieder hoofdstuk</w:t>
      </w:r>
    </w:p>
    <w:p>
      <w:pPr>
        <w:pStyle w:val="Heading1"/>
      </w:pPr>
      <w:r>
        <w:t>Deel 1 – [Titel van het deel]</w:t>
      </w:r>
    </w:p>
    <w:p>
      <w:pPr>
        <w:pStyle w:val="Placeholder"/>
      </w:pPr>
      <w:r>
        <w:t>[Schrijf alleen een korte deelinleiding als die de samenhang voor de lezer verduidelijkt.]</w:t>
      </w:r>
    </w:p>
    <w:p>
      <w:pPr>
        <w:pStyle w:val="Heading2"/>
      </w:pPr>
      <w:r>
        <w:t>Hoofdstuk 1 – [Titel van het hoofdstuk]</w:t>
      </w:r>
    </w:p>
    <w:p>
      <w:pPr>
        <w:pStyle w:val="Placeholder"/>
      </w:pPr>
      <w:r>
        <w:t>[Begin met een korte introductie. Maak duidelijk welke deelvraag in dit hoofdstuk wordt beantwoord.]</w:t>
      </w:r>
    </w:p>
    <w:p>
      <w:pPr>
        <w:pStyle w:val="Heading3"/>
      </w:pPr>
      <w:r>
        <w:t>1.1 [Paragraaftitel]</w:t>
      </w:r>
    </w:p>
    <w:p>
      <w:pPr>
        <w:pStyle w:val="Placeholder"/>
      </w:pPr>
      <w:r>
        <w:t>[Schrijf hier een samenhangende uitleg. Bouw de tekst op in alinea’s met elk één herkenbare kern. Verbind uitleg, voorbeelden en eventuele bronnen.]</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tbl>
      <w:tblPr>
        <w:tblStyle w:val="TableGrid"/>
        <w:tblW w:type="dxa" w:w="7200"/>
        <w:jc w:val="left"/>
        <w:tblLayout w:type="fixed"/>
        <w:tblLook w:firstColumn="1" w:firstRow="1" w:lastColumn="0" w:lastRow="0" w:noHBand="0" w:noVBand="1" w:val="04A0"/>
        <w:tblInd w:w="120" w:type="dxa"/>
      </w:tblPr>
      <w:tblGrid>
        <w:gridCol w:w="7200"/>
      </w:tblGrid>
      <w:tr>
        <w:trPr>
          <w:cantSplit/>
        </w:trPr>
        <w:tc>
          <w:tcPr>
            <w:tcW w:type="dxa" w:w="7200"/>
            <w:shd w:fill="F4F7F8"/>
            <w:vAlign w:val="center"/>
            <w:tcMar>
              <w:top w:w="85" w:type="dxa"/>
              <w:bottom w:w="85" w:type="dxa"/>
              <w:start w:w="115" w:type="dxa"/>
              <w:end w:w="115" w:type="dxa"/>
            </w:tcMar>
          </w:tcPr>
          <w:p>
            <w:pPr>
              <w:jc w:val="center"/>
            </w:pPr>
            <w:r>
              <w:br/>
              <w:br/>
              <w:br/>
              <w:t>[Voeg hier een afbeelding, schema of illustratie in]</w:t>
              <w:br/>
              <w:br/>
              <w:br/>
            </w:r>
          </w:p>
        </w:tc>
      </w:tr>
    </w:tbl>
    <w:p>
      <w:pPr>
        <w:pStyle w:val="Bijschrift"/>
      </w:pPr>
      <w:r>
        <w:t>Figuur [nummer]. [Schrijf een informatief bijschrift en vermeld zo nodig de bron.]</w:t>
      </w:r>
    </w:p>
    <w:p>
      <w:pPr>
        <w:pStyle w:val="Heading3"/>
      </w:pPr>
      <w:r>
        <w:t>1.2 [Paragraaftitel]</w:t>
      </w:r>
    </w:p>
    <w:p>
      <w:pPr>
        <w:pStyle w:val="Placeholder"/>
      </w:pPr>
      <w:r>
        <w:t>[Werk de volgende stap in de uitleg uit en sluit logisch aan op de vorige paragraaf.]</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r>
        <w:br w:type="page"/>
      </w:r>
    </w:p>
    <w:p>
      <w:pPr>
        <w:pStyle w:val="RouteLabel"/>
        <w:ind w:left="115" w:right="115"/>
        <w:shd w:fill="274F64"/>
      </w:pPr>
      <w:r>
        <w:t>BASIS · Bruikbare tekstelementen; kopieer alleen wat nodig is</w:t>
      </w:r>
    </w:p>
    <w:p>
      <w:pPr>
        <w:pStyle w:val="Heading2"/>
      </w:pPr>
      <w:r>
        <w:t>[Tussenkop]</w:t>
      </w:r>
    </w:p>
    <w:p>
      <w:pPr>
        <w:pStyle w:val="Placeholder"/>
      </w:pPr>
      <w:r>
        <w:t>[Lopende tekst onder een tussenkop. Houd de hiërarchie van de kopstijlen intact.]</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pStyle w:val="Heading3"/>
      </w:pPr>
      <w:r>
        <w:t>[Voorbeeld of casus]</w:t>
      </w:r>
    </w:p>
    <w:p>
      <w:pPr>
        <w:shd w:fill="EAF1F4"/>
        <w:pBdr>
          <w:left w:val="single" w:sz="18" w:space="8" w:color="274F64"/>
        </w:pBdr>
      </w:pPr>
      <w:r>
        <w:rPr>
          <w:b/>
        </w:rPr>
        <w:t xml:space="preserve">Voorbeeld. </w:t>
      </w:r>
      <w:r>
        <w:t>[Werk hier een correct, passend en controleerbaar voorbeeld uit.]</w:t>
      </w:r>
    </w:p>
    <w:p>
      <w:pPr>
        <w:pStyle w:val="Heading3"/>
      </w:pPr>
      <w:r>
        <w:t>[Citaat]</w:t>
      </w:r>
    </w:p>
    <w:p>
      <w:pPr>
        <w:ind w:left="504" w:right="504"/>
      </w:pPr>
      <w:r>
        <w:rPr>
          <w:i/>
          <w:color w:val="5B6B74"/>
        </w:rPr>
        <w:t>[Voeg hier alleen een noodzakelijk en kort citaat in. Vermeld de bron.]</w:t>
      </w:r>
    </w:p>
    <w:p>
      <w:pPr>
        <w:pStyle w:val="Heading3"/>
      </w:pPr>
      <w:r>
        <w:t>[Opsomming]</w:t>
      </w:r>
    </w:p>
    <w:p>
      <w:pPr>
        <w:pStyle w:val="ListBullet"/>
      </w:pPr>
      <w:r>
        <w:t>[Eerste gelijksoortige punt]</w:t>
      </w:r>
    </w:p>
    <w:p>
      <w:pPr>
        <w:pStyle w:val="ListBullet"/>
      </w:pPr>
      <w:r>
        <w:t>[Tweede gelijksoortige punt]</w:t>
      </w:r>
    </w:p>
    <w:p>
      <w:pPr>
        <w:pStyle w:val="ListBullet"/>
      </w:pPr>
      <w:r>
        <w:t>[Derde gelijksoortige punt]</w:t>
      </w:r>
    </w:p>
    <w:p>
      <w:pPr>
        <w:pStyle w:val="Heading3"/>
      </w:pPr>
      <w:r>
        <w:t>[Tabel]</w:t>
      </w:r>
    </w:p>
    <w:tbl>
      <w:tblPr>
        <w:tblStyle w:val="TableGrid"/>
        <w:tblW w:type="dxa" w:w="9360"/>
        <w:jc w:val="left"/>
        <w:tblLayout w:type="fixed"/>
        <w:tblLook w:firstColumn="1" w:firstRow="1" w:lastColumn="0" w:lastRow="0" w:noHBand="0" w:noVBand="1" w:val="04A0"/>
        <w:tblInd w:w="120" w:type="dxa"/>
      </w:tblPr>
      <w:tblGrid>
        <w:gridCol w:w="2400"/>
        <w:gridCol w:w="3300"/>
        <w:gridCol w:w="3660"/>
      </w:tblGrid>
      <w:tr>
        <w:trPr>
          <w:tblHeader w:val="true"/>
          <w:cantSplit/>
        </w:trPr>
        <w:tc>
          <w:tcPr>
            <w:tcW w:type="dxa" w:w="2400"/>
            <w:shd w:fill="274F64"/>
            <w:vAlign w:val="center"/>
            <w:tcMar>
              <w:top w:w="85" w:type="dxa"/>
              <w:bottom w:w="85" w:type="dxa"/>
              <w:start w:w="115" w:type="dxa"/>
              <w:end w:w="115" w:type="dxa"/>
            </w:tcMar>
          </w:tcPr>
          <w:p>
            <w:r>
              <w:rPr>
                <w:b/>
                <w:color w:val="FFFFFF"/>
                <w:sz w:val="18"/>
              </w:rPr>
              <w:t>Categorie</w:t>
            </w:r>
          </w:p>
        </w:tc>
        <w:tc>
          <w:tcPr>
            <w:tcW w:type="dxa" w:w="3300"/>
            <w:shd w:fill="274F64"/>
            <w:vAlign w:val="center"/>
            <w:tcMar>
              <w:top w:w="85" w:type="dxa"/>
              <w:bottom w:w="85" w:type="dxa"/>
              <w:start w:w="115" w:type="dxa"/>
              <w:end w:w="115" w:type="dxa"/>
            </w:tcMar>
          </w:tcPr>
          <w:p>
            <w:r>
              <w:rPr>
                <w:b/>
                <w:color w:val="FFFFFF"/>
                <w:sz w:val="18"/>
              </w:rPr>
              <w:t>Kenmerk</w:t>
            </w:r>
          </w:p>
        </w:tc>
        <w:tc>
          <w:tcPr>
            <w:tcW w:type="dxa" w:w="3660"/>
            <w:shd w:fill="274F64"/>
            <w:vAlign w:val="center"/>
            <w:tcMar>
              <w:top w:w="85" w:type="dxa"/>
              <w:bottom w:w="85" w:type="dxa"/>
              <w:start w:w="115" w:type="dxa"/>
              <w:end w:w="115" w:type="dxa"/>
            </w:tcMar>
          </w:tcPr>
          <w:p>
            <w:r>
              <w:rPr>
                <w:b/>
                <w:color w:val="FFFFFF"/>
                <w:sz w:val="18"/>
              </w:rPr>
              <w:t>Voorbeeld</w:t>
            </w:r>
          </w:p>
        </w:tc>
      </w:tr>
      <w:tr>
        <w:trPr>
          <w:cantSplit/>
        </w:trPr>
        <w:tc>
          <w:tcPr>
            <w:tcW w:type="dxa" w:w="2400"/>
            <w:vAlign w:val="center"/>
            <w:tcMar>
              <w:top w:w="85" w:type="dxa"/>
              <w:bottom w:w="85" w:type="dxa"/>
              <w:start w:w="115" w:type="dxa"/>
              <w:end w:w="115" w:type="dxa"/>
            </w:tcMar>
          </w:tcPr>
          <w:p>
            <w:pPr>
              <w:spacing w:after="0"/>
            </w:pPr>
            <w:r>
              <w:rPr>
                <w:sz w:val="18"/>
              </w:rPr>
              <w:t>[Categorie 1]</w:t>
            </w:r>
          </w:p>
        </w:tc>
        <w:tc>
          <w:tcPr>
            <w:tcW w:type="dxa" w:w="3300"/>
            <w:vAlign w:val="center"/>
            <w:tcMar>
              <w:top w:w="85" w:type="dxa"/>
              <w:bottom w:w="85" w:type="dxa"/>
              <w:start w:w="115" w:type="dxa"/>
              <w:end w:w="115" w:type="dxa"/>
            </w:tcMar>
          </w:tcPr>
          <w:p>
            <w:pPr>
              <w:spacing w:after="0"/>
            </w:pPr>
            <w:r>
              <w:rPr>
                <w:sz w:val="18"/>
              </w:rPr>
              <w:t>[Kenmerk]</w:t>
            </w:r>
          </w:p>
        </w:tc>
        <w:tc>
          <w:tcPr>
            <w:tcW w:type="dxa" w:w="3660"/>
            <w:vAlign w:val="center"/>
            <w:tcMar>
              <w:top w:w="85" w:type="dxa"/>
              <w:bottom w:w="85" w:type="dxa"/>
              <w:start w:w="115" w:type="dxa"/>
              <w:end w:w="115" w:type="dxa"/>
            </w:tcMar>
          </w:tcPr>
          <w:p>
            <w:pPr>
              <w:spacing w:after="0"/>
            </w:pPr>
            <w:r>
              <w:rPr>
                <w:sz w:val="18"/>
              </w:rPr>
              <w:t>[Voorbeeld]</w:t>
            </w:r>
          </w:p>
        </w:tc>
      </w:tr>
      <w:tr>
        <w:trPr>
          <w:cantSplit/>
        </w:trPr>
        <w:tc>
          <w:tcPr>
            <w:tcW w:type="dxa" w:w="2400"/>
            <w:vAlign w:val="center"/>
            <w:tcMar>
              <w:top w:w="85" w:type="dxa"/>
              <w:bottom w:w="85" w:type="dxa"/>
              <w:start w:w="115" w:type="dxa"/>
              <w:end w:w="115" w:type="dxa"/>
            </w:tcMar>
          </w:tcPr>
          <w:p>
            <w:pPr>
              <w:spacing w:after="0"/>
            </w:pPr>
            <w:r>
              <w:rPr>
                <w:sz w:val="18"/>
              </w:rPr>
              <w:t>[Categorie 2]</w:t>
            </w:r>
          </w:p>
        </w:tc>
        <w:tc>
          <w:tcPr>
            <w:tcW w:type="dxa" w:w="3300"/>
            <w:vAlign w:val="center"/>
            <w:tcMar>
              <w:top w:w="85" w:type="dxa"/>
              <w:bottom w:w="85" w:type="dxa"/>
              <w:start w:w="115" w:type="dxa"/>
              <w:end w:w="115" w:type="dxa"/>
            </w:tcMar>
          </w:tcPr>
          <w:p>
            <w:pPr>
              <w:spacing w:after="0"/>
            </w:pPr>
            <w:r>
              <w:rPr>
                <w:sz w:val="18"/>
              </w:rPr>
              <w:t>[Kenmerk]</w:t>
            </w:r>
          </w:p>
        </w:tc>
        <w:tc>
          <w:tcPr>
            <w:tcW w:type="dxa" w:w="3660"/>
            <w:vAlign w:val="center"/>
            <w:tcMar>
              <w:top w:w="85" w:type="dxa"/>
              <w:bottom w:w="85" w:type="dxa"/>
              <w:start w:w="115" w:type="dxa"/>
              <w:end w:w="115" w:type="dxa"/>
            </w:tcMar>
          </w:tcPr>
          <w:p>
            <w:pPr>
              <w:spacing w:after="0"/>
            </w:pPr>
            <w:r>
              <w:rPr>
                <w:sz w:val="18"/>
              </w:rPr>
              <w:t>[Voorbeeld]</w:t>
            </w:r>
          </w:p>
        </w:tc>
      </w:tr>
      <w:tr>
        <w:trPr>
          <w:cantSplit/>
        </w:trPr>
        <w:tc>
          <w:tcPr>
            <w:tcW w:type="dxa" w:w="2400"/>
            <w:vAlign w:val="center"/>
            <w:tcMar>
              <w:top w:w="85" w:type="dxa"/>
              <w:bottom w:w="85" w:type="dxa"/>
              <w:start w:w="115" w:type="dxa"/>
              <w:end w:w="115" w:type="dxa"/>
            </w:tcMar>
          </w:tcPr>
          <w:p>
            <w:pPr>
              <w:spacing w:after="0"/>
            </w:pPr>
            <w:r>
              <w:rPr>
                <w:sz w:val="18"/>
              </w:rPr>
              <w:t>[Categorie 3]</w:t>
            </w:r>
          </w:p>
        </w:tc>
        <w:tc>
          <w:tcPr>
            <w:tcW w:type="dxa" w:w="3300"/>
            <w:vAlign w:val="center"/>
            <w:tcMar>
              <w:top w:w="85" w:type="dxa"/>
              <w:bottom w:w="85" w:type="dxa"/>
              <w:start w:w="115" w:type="dxa"/>
              <w:end w:w="115" w:type="dxa"/>
            </w:tcMar>
          </w:tcPr>
          <w:p>
            <w:pPr>
              <w:spacing w:after="0"/>
            </w:pPr>
            <w:r>
              <w:rPr>
                <w:sz w:val="18"/>
              </w:rPr>
              <w:t>[Kenmerk]</w:t>
            </w:r>
          </w:p>
        </w:tc>
        <w:tc>
          <w:tcPr>
            <w:tcW w:type="dxa" w:w="3660"/>
            <w:vAlign w:val="center"/>
            <w:tcMar>
              <w:top w:w="85" w:type="dxa"/>
              <w:bottom w:w="85" w:type="dxa"/>
              <w:start w:w="115" w:type="dxa"/>
              <w:end w:w="115" w:type="dxa"/>
            </w:tcMar>
          </w:tcPr>
          <w:p>
            <w:pPr>
              <w:spacing w:after="0"/>
            </w:pPr>
            <w:r>
              <w:rPr>
                <w:sz w:val="18"/>
              </w:rPr>
              <w:t>[Voorbeeld]</w:t>
            </w:r>
          </w:p>
        </w:tc>
      </w:tr>
    </w:tbl>
    <w:p>
      <w:pPr>
        <w:spacing w:after="0"/>
      </w:pPr>
    </w:p>
    <w:p>
      <w:pPr>
        <w:pStyle w:val="Bijschrift"/>
      </w:pPr>
      <w:r>
        <w:t>Tabel [nummer]. [Schrijf een informatieve titel en vermeld zo nodig de bron.]</w:t>
      </w:r>
    </w:p>
    <w:p>
      <w:r>
        <w:br w:type="page"/>
      </w:r>
    </w:p>
    <w:p>
      <w:pPr>
        <w:pStyle w:val="RouteLabel"/>
        <w:ind w:left="115" w:right="115"/>
        <w:shd w:fill="274F64"/>
      </w:pPr>
      <w:r>
        <w:t>BASIS · Afsluiting</w:t>
      </w:r>
    </w:p>
    <w:p>
      <w:pPr>
        <w:pStyle w:val="Heading1"/>
      </w:pPr>
      <w:r>
        <w:t>Afsluiting</w:t>
      </w:r>
    </w:p>
    <w:p>
      <w:pPr>
        <w:pStyle w:val="Heading2"/>
      </w:pPr>
      <w:r>
        <w:t>[Belangrijkste bevindingen]</w:t>
      </w:r>
    </w:p>
    <w:p>
      <w:pPr>
        <w:pStyle w:val="Placeholder"/>
      </w:pPr>
      <w:r>
        <w:t>[Vat niet ieder hoofdstuk opnieuw samen, maar verbind de belangrijkste uitkomsten.]</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pStyle w:val="Heading2"/>
      </w:pPr>
      <w:r>
        <w:t>[Antwoord op de centrale vraag]</w:t>
      </w:r>
    </w:p>
    <w:p>
      <w:pPr>
        <w:pStyle w:val="Placeholder"/>
      </w:pPr>
      <w:r>
        <w:t>[Geef een duidelijk, onderbouwd antwoord op de centrale vraag.]</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pStyle w:val="Heading2"/>
      </w:pPr>
      <w:r>
        <w:t>[Slotgedachte of aanbeveling]</w:t>
      </w:r>
    </w:p>
    <w:p>
      <w:pPr>
        <w:pStyle w:val="Placeholder"/>
      </w:pPr>
      <w:r>
        <w:t>[Sluit af met een passende conclusie, toepassing of aanbeveling.]</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r>
        <w:br w:type="page"/>
      </w:r>
    </w:p>
    <w:p>
      <w:pPr>
        <w:pStyle w:val="RouteLabel"/>
        <w:ind w:left="115" w:right="115"/>
        <w:shd w:fill="927032"/>
      </w:pPr>
      <w:r>
        <w:t>VERDIEPING · Samenvatting; verwijderen als niet gekozen</w:t>
      </w:r>
    </w:p>
    <w:p>
      <w:pPr>
        <w:pStyle w:val="Heading1"/>
      </w:pPr>
      <w:r>
        <w:t>Samenvatting</w:t>
      </w:r>
    </w:p>
    <w:p>
      <w:pPr>
        <w:pStyle w:val="Placeholder"/>
      </w:pPr>
      <w:r>
        <w:t>[Beschrijf onderwerp, centrale bevindingen en belangrijkste conclusie in een zelfstandig leesbare korte tekst.]</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r>
        <w:br w:type="page"/>
      </w:r>
    </w:p>
    <w:p>
      <w:pPr>
        <w:pStyle w:val="RouteLabel"/>
        <w:ind w:left="115" w:right="115"/>
        <w:shd w:fill="927032"/>
      </w:pPr>
      <w:r>
        <w:t>VERDIEPING · Nawoord; verwijderen als niet gekozen</w:t>
      </w:r>
    </w:p>
    <w:p>
      <w:pPr>
        <w:pStyle w:val="Heading1"/>
      </w:pPr>
      <w:r>
        <w:t>Nawoord</w:t>
      </w:r>
    </w:p>
    <w:p>
      <w:pPr>
        <w:pStyle w:val="Placeholder"/>
      </w:pPr>
      <w:r>
        <w:t>[Blik terug op het project en de samenwerking. Voeg geen nieuwe inhoudelijke informatie toe.]</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pStyle w:val="RouteLabel"/>
        <w:ind w:left="115" w:right="115"/>
        <w:shd w:fill="927032"/>
      </w:pPr>
      <w:r>
        <w:t>VERDIEPING · Bijlagen; verwijderen als niet gekozen</w:t>
      </w:r>
    </w:p>
    <w:p>
      <w:pPr>
        <w:pStyle w:val="Heading1"/>
      </w:pPr>
      <w:r>
        <w:t>Bijlage A – [Titel]</w:t>
      </w:r>
    </w:p>
    <w:p>
      <w:pPr>
        <w:pStyle w:val="Placeholder"/>
      </w:pPr>
      <w:r>
        <w:t>[Plaats hier aanvullende gegevens, tabellen, onderzoeksinstrumenten of materiaal dat de hoofdtekst zou onderbreken.]</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r>
        <w:br w:type="page"/>
      </w:r>
    </w:p>
    <w:p>
      <w:pPr>
        <w:pStyle w:val="RouteLabel"/>
        <w:ind w:left="115" w:right="115"/>
        <w:shd w:fill="274F64"/>
      </w:pPr>
      <w:r>
        <w:t>BASIS · Bronnenlijst</w:t>
      </w:r>
    </w:p>
    <w:p>
      <w:pPr>
        <w:pStyle w:val="Heading1"/>
      </w:pPr>
      <w:r>
        <w:t>Bronnen</w:t>
      </w:r>
    </w:p>
    <w:p>
      <w:pPr>
        <w:pStyle w:val="Placeholder"/>
      </w:pPr>
      <w:r>
        <w:t>[Gebruik één consequente manier van bronvermelding. Neem alleen bronnen op die werkelijk zijn gebruikt. Verwijder deze instructie.]</w:t>
      </w:r>
    </w:p>
    <w:p>
      <w:pPr>
        <w:pStyle w:val="Heading2"/>
      </w:pPr>
      <w:r>
        <w:t>Boeken en artikelen</w:t>
      </w:r>
    </w:p>
    <w:p>
      <w:pPr>
        <w:pStyle w:val="Placeholder"/>
      </w:pPr>
      <w:r>
        <w:t>[Achternaam, voorletter(s). (Jaar). Titel. Uitgever of tijdschriftgegevens.]</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pStyle w:val="Heading2"/>
      </w:pPr>
      <w:r>
        <w:t>Websites en digitale bronnen</w:t>
      </w:r>
    </w:p>
    <w:p>
      <w:pPr>
        <w:pStyle w:val="Placeholder"/>
      </w:pPr>
      <w:r>
        <w:t>[Auteur of organisatie. (Jaar/datum indien bekend). Titel. URL en datum van raadpleging.]</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pStyle w:val="Heading2"/>
      </w:pPr>
      <w:r>
        <w:t>Audio, video en andere media</w:t>
      </w:r>
    </w:p>
    <w:p>
      <w:pPr>
        <w:pStyle w:val="Placeholder"/>
      </w:pPr>
      <w:r>
        <w:t>[Maker/organisatie. (Jaar). Titel [soort medium]. Vindplaats.]</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r>
        <w:br w:type="page"/>
      </w:r>
    </w:p>
    <w:p>
      <w:pPr>
        <w:pStyle w:val="RouteLabel"/>
        <w:ind w:left="115" w:right="115"/>
        <w:shd w:fill="927032"/>
      </w:pPr>
      <w:r>
        <w:t>VERDIEPING · Woordenlijst; verwijderen als niet gekozen</w:t>
      </w:r>
    </w:p>
    <w:p>
      <w:pPr>
        <w:pStyle w:val="Heading1"/>
      </w:pPr>
      <w:r>
        <w:t>Woordenlijst</w:t>
      </w:r>
    </w:p>
    <w:tbl>
      <w:tblPr>
        <w:tblStyle w:val="TableGrid"/>
        <w:tblW w:type="dxa" w:w="9360"/>
        <w:jc w:val="left"/>
        <w:tblLayout w:type="fixed"/>
        <w:tblLook w:firstColumn="1" w:firstRow="1" w:lastColumn="0" w:lastRow="0" w:noHBand="0" w:noVBand="1" w:val="04A0"/>
        <w:tblInd w:w="120" w:type="dxa"/>
      </w:tblPr>
      <w:tblGrid>
        <w:gridCol w:w="2400"/>
        <w:gridCol w:w="5600"/>
        <w:gridCol w:w="1360"/>
      </w:tblGrid>
      <w:tr>
        <w:trPr>
          <w:tblHeader w:val="true"/>
          <w:cantSplit/>
        </w:trPr>
        <w:tc>
          <w:tcPr>
            <w:tcW w:type="dxa" w:w="2400"/>
            <w:shd w:fill="274F64"/>
            <w:vAlign w:val="center"/>
            <w:tcMar>
              <w:top w:w="85" w:type="dxa"/>
              <w:bottom w:w="85" w:type="dxa"/>
              <w:start w:w="115" w:type="dxa"/>
              <w:end w:w="115" w:type="dxa"/>
            </w:tcMar>
          </w:tcPr>
          <w:p>
            <w:r>
              <w:rPr>
                <w:b/>
                <w:color w:val="FFFFFF"/>
                <w:sz w:val="18"/>
              </w:rPr>
              <w:t>Begrip</w:t>
            </w:r>
          </w:p>
        </w:tc>
        <w:tc>
          <w:tcPr>
            <w:tcW w:type="dxa" w:w="5600"/>
            <w:shd w:fill="274F64"/>
            <w:vAlign w:val="center"/>
            <w:tcMar>
              <w:top w:w="85" w:type="dxa"/>
              <w:bottom w:w="85" w:type="dxa"/>
              <w:start w:w="115" w:type="dxa"/>
              <w:end w:w="115" w:type="dxa"/>
            </w:tcMar>
          </w:tcPr>
          <w:p>
            <w:r>
              <w:rPr>
                <w:b/>
                <w:color w:val="FFFFFF"/>
                <w:sz w:val="18"/>
              </w:rPr>
              <w:t>Uitleg</w:t>
            </w:r>
          </w:p>
        </w:tc>
        <w:tc>
          <w:tcPr>
            <w:tcW w:type="dxa" w:w="1360"/>
            <w:shd w:fill="274F64"/>
            <w:vAlign w:val="center"/>
            <w:tcMar>
              <w:top w:w="85" w:type="dxa"/>
              <w:bottom w:w="85" w:type="dxa"/>
              <w:start w:w="115" w:type="dxa"/>
              <w:end w:w="115" w:type="dxa"/>
            </w:tcMar>
          </w:tcPr>
          <w:p>
            <w:r>
              <w:rPr>
                <w:b/>
                <w:color w:val="FFFFFF"/>
                <w:sz w:val="18"/>
              </w:rPr>
              <w:t>Pagina</w:t>
            </w:r>
          </w:p>
        </w:tc>
      </w:tr>
      <w:tr>
        <w:trPr>
          <w:cantSplit/>
        </w:trPr>
        <w:tc>
          <w:tcPr>
            <w:tcW w:type="dxa" w:w="2400"/>
            <w:vAlign w:val="center"/>
            <w:tcMar>
              <w:top w:w="85" w:type="dxa"/>
              <w:bottom w:w="85" w:type="dxa"/>
              <w:start w:w="115" w:type="dxa"/>
              <w:end w:w="115" w:type="dxa"/>
            </w:tcMar>
          </w:tcPr>
          <w:p>
            <w:pPr>
              <w:spacing w:after="0"/>
            </w:pPr>
            <w:r>
              <w:rPr>
                <w:sz w:val="18"/>
              </w:rPr>
              <w:t>[Begrip]</w:t>
            </w:r>
          </w:p>
        </w:tc>
        <w:tc>
          <w:tcPr>
            <w:tcW w:type="dxa" w:w="5600"/>
            <w:vAlign w:val="center"/>
            <w:tcMar>
              <w:top w:w="85" w:type="dxa"/>
              <w:bottom w:w="85" w:type="dxa"/>
              <w:start w:w="115" w:type="dxa"/>
              <w:end w:w="115" w:type="dxa"/>
            </w:tcMar>
          </w:tcPr>
          <w:p>
            <w:pPr>
              <w:spacing w:after="0"/>
            </w:pPr>
            <w:r>
              <w:rPr>
                <w:sz w:val="18"/>
              </w:rPr>
              <w:t>[Korte, begrijpelijke uitleg]</w:t>
            </w:r>
          </w:p>
        </w:tc>
        <w:tc>
          <w:tcPr>
            <w:tcW w:type="dxa" w:w="1360"/>
            <w:vAlign w:val="center"/>
            <w:tcMar>
              <w:top w:w="85" w:type="dxa"/>
              <w:bottom w:w="85" w:type="dxa"/>
              <w:start w:w="115" w:type="dxa"/>
              <w:end w:w="115" w:type="dxa"/>
            </w:tcMar>
          </w:tcPr>
          <w:p>
            <w:pPr>
              <w:spacing w:after="0"/>
            </w:pPr>
            <w:r>
              <w:rPr>
                <w:sz w:val="18"/>
              </w:rPr>
              <w:t>[…]</w:t>
            </w:r>
          </w:p>
        </w:tc>
      </w:tr>
      <w:tr>
        <w:trPr>
          <w:cantSplit/>
        </w:trPr>
        <w:tc>
          <w:tcPr>
            <w:tcW w:type="dxa" w:w="2400"/>
            <w:vAlign w:val="center"/>
            <w:tcMar>
              <w:top w:w="85" w:type="dxa"/>
              <w:bottom w:w="85" w:type="dxa"/>
              <w:start w:w="115" w:type="dxa"/>
              <w:end w:w="115" w:type="dxa"/>
            </w:tcMar>
          </w:tcPr>
          <w:p>
            <w:pPr>
              <w:spacing w:after="0"/>
            </w:pPr>
            <w:r>
              <w:rPr>
                <w:sz w:val="18"/>
              </w:rPr>
              <w:t>[Begrip]</w:t>
            </w:r>
          </w:p>
        </w:tc>
        <w:tc>
          <w:tcPr>
            <w:tcW w:type="dxa" w:w="5600"/>
            <w:vAlign w:val="center"/>
            <w:tcMar>
              <w:top w:w="85" w:type="dxa"/>
              <w:bottom w:w="85" w:type="dxa"/>
              <w:start w:w="115" w:type="dxa"/>
              <w:end w:w="115" w:type="dxa"/>
            </w:tcMar>
          </w:tcPr>
          <w:p>
            <w:pPr>
              <w:spacing w:after="0"/>
            </w:pPr>
            <w:r>
              <w:rPr>
                <w:sz w:val="18"/>
              </w:rPr>
              <w:t>[Korte, begrijpelijke uitleg]</w:t>
            </w:r>
          </w:p>
        </w:tc>
        <w:tc>
          <w:tcPr>
            <w:tcW w:type="dxa" w:w="1360"/>
            <w:vAlign w:val="center"/>
            <w:tcMar>
              <w:top w:w="85" w:type="dxa"/>
              <w:bottom w:w="85" w:type="dxa"/>
              <w:start w:w="115" w:type="dxa"/>
              <w:end w:w="115" w:type="dxa"/>
            </w:tcMar>
          </w:tcPr>
          <w:p>
            <w:pPr>
              <w:spacing w:after="0"/>
            </w:pPr>
            <w:r>
              <w:rPr>
                <w:sz w:val="18"/>
              </w:rPr>
              <w:t>[…]</w:t>
            </w:r>
          </w:p>
        </w:tc>
      </w:tr>
      <w:tr>
        <w:trPr>
          <w:cantSplit/>
        </w:trPr>
        <w:tc>
          <w:tcPr>
            <w:tcW w:type="dxa" w:w="2400"/>
            <w:vAlign w:val="center"/>
            <w:tcMar>
              <w:top w:w="85" w:type="dxa"/>
              <w:bottom w:w="85" w:type="dxa"/>
              <w:start w:w="115" w:type="dxa"/>
              <w:end w:w="115" w:type="dxa"/>
            </w:tcMar>
          </w:tcPr>
          <w:p>
            <w:pPr>
              <w:spacing w:after="0"/>
            </w:pPr>
            <w:r>
              <w:rPr>
                <w:sz w:val="18"/>
              </w:rPr>
              <w:t>[Begrip]</w:t>
            </w:r>
          </w:p>
        </w:tc>
        <w:tc>
          <w:tcPr>
            <w:tcW w:type="dxa" w:w="5600"/>
            <w:vAlign w:val="center"/>
            <w:tcMar>
              <w:top w:w="85" w:type="dxa"/>
              <w:bottom w:w="85" w:type="dxa"/>
              <w:start w:w="115" w:type="dxa"/>
              <w:end w:w="115" w:type="dxa"/>
            </w:tcMar>
          </w:tcPr>
          <w:p>
            <w:pPr>
              <w:spacing w:after="0"/>
            </w:pPr>
            <w:r>
              <w:rPr>
                <w:sz w:val="18"/>
              </w:rPr>
              <w:t>[Korte, begrijpelijke uitleg]</w:t>
            </w:r>
          </w:p>
        </w:tc>
        <w:tc>
          <w:tcPr>
            <w:tcW w:type="dxa" w:w="1360"/>
            <w:vAlign w:val="center"/>
            <w:tcMar>
              <w:top w:w="85" w:type="dxa"/>
              <w:bottom w:w="85" w:type="dxa"/>
              <w:start w:w="115" w:type="dxa"/>
              <w:end w:w="115" w:type="dxa"/>
            </w:tcMar>
          </w:tcPr>
          <w:p>
            <w:pPr>
              <w:spacing w:after="0"/>
            </w:pPr>
            <w:r>
              <w:rPr>
                <w:sz w:val="18"/>
              </w:rPr>
              <w:t>[…]</w:t>
            </w:r>
          </w:p>
        </w:tc>
      </w:tr>
      <w:tr>
        <w:trPr>
          <w:cantSplit/>
        </w:trPr>
        <w:tc>
          <w:tcPr>
            <w:tcW w:type="dxa" w:w="2400"/>
            <w:vAlign w:val="center"/>
            <w:tcMar>
              <w:top w:w="85" w:type="dxa"/>
              <w:bottom w:w="85" w:type="dxa"/>
              <w:start w:w="115" w:type="dxa"/>
              <w:end w:w="115" w:type="dxa"/>
            </w:tcMar>
          </w:tcPr>
          <w:p>
            <w:pPr>
              <w:spacing w:after="0"/>
            </w:pPr>
            <w:r>
              <w:rPr>
                <w:sz w:val="18"/>
              </w:rPr>
              <w:t>[Begrip]</w:t>
            </w:r>
          </w:p>
        </w:tc>
        <w:tc>
          <w:tcPr>
            <w:tcW w:type="dxa" w:w="5600"/>
            <w:vAlign w:val="center"/>
            <w:tcMar>
              <w:top w:w="85" w:type="dxa"/>
              <w:bottom w:w="85" w:type="dxa"/>
              <w:start w:w="115" w:type="dxa"/>
              <w:end w:w="115" w:type="dxa"/>
            </w:tcMar>
          </w:tcPr>
          <w:p>
            <w:pPr>
              <w:spacing w:after="0"/>
            </w:pPr>
            <w:r>
              <w:rPr>
                <w:sz w:val="18"/>
              </w:rPr>
              <w:t>[Korte, begrijpelijke uitleg]</w:t>
            </w:r>
          </w:p>
        </w:tc>
        <w:tc>
          <w:tcPr>
            <w:tcW w:type="dxa" w:w="1360"/>
            <w:vAlign w:val="center"/>
            <w:tcMar>
              <w:top w:w="85" w:type="dxa"/>
              <w:bottom w:w="85" w:type="dxa"/>
              <w:start w:w="115" w:type="dxa"/>
              <w:end w:w="115" w:type="dxa"/>
            </w:tcMar>
          </w:tcPr>
          <w:p>
            <w:pPr>
              <w:spacing w:after="0"/>
            </w:pPr>
            <w:r>
              <w:rPr>
                <w:sz w:val="18"/>
              </w:rPr>
              <w:t>[…]</w:t>
            </w:r>
          </w:p>
        </w:tc>
      </w:tr>
      <w:tr>
        <w:trPr>
          <w:cantSplit/>
        </w:trPr>
        <w:tc>
          <w:tcPr>
            <w:tcW w:type="dxa" w:w="2400"/>
            <w:vAlign w:val="center"/>
            <w:tcMar>
              <w:top w:w="85" w:type="dxa"/>
              <w:bottom w:w="85" w:type="dxa"/>
              <w:start w:w="115" w:type="dxa"/>
              <w:end w:w="115" w:type="dxa"/>
            </w:tcMar>
          </w:tcPr>
          <w:p>
            <w:pPr>
              <w:spacing w:after="0"/>
            </w:pPr>
            <w:r>
              <w:rPr>
                <w:sz w:val="18"/>
              </w:rPr>
              <w:t>[Begrip]</w:t>
            </w:r>
          </w:p>
        </w:tc>
        <w:tc>
          <w:tcPr>
            <w:tcW w:type="dxa" w:w="5600"/>
            <w:vAlign w:val="center"/>
            <w:tcMar>
              <w:top w:w="85" w:type="dxa"/>
              <w:bottom w:w="85" w:type="dxa"/>
              <w:start w:w="115" w:type="dxa"/>
              <w:end w:w="115" w:type="dxa"/>
            </w:tcMar>
          </w:tcPr>
          <w:p>
            <w:pPr>
              <w:spacing w:after="0"/>
            </w:pPr>
            <w:r>
              <w:rPr>
                <w:sz w:val="18"/>
              </w:rPr>
              <w:t>[Korte, begrijpelijke uitleg]</w:t>
            </w:r>
          </w:p>
        </w:tc>
        <w:tc>
          <w:tcPr>
            <w:tcW w:type="dxa" w:w="1360"/>
            <w:vAlign w:val="center"/>
            <w:tcMar>
              <w:top w:w="85" w:type="dxa"/>
              <w:bottom w:w="85" w:type="dxa"/>
              <w:start w:w="115" w:type="dxa"/>
              <w:end w:w="115" w:type="dxa"/>
            </w:tcMar>
          </w:tcPr>
          <w:p>
            <w:pPr>
              <w:spacing w:after="0"/>
            </w:pPr>
            <w:r>
              <w:rPr>
                <w:sz w:val="18"/>
              </w:rPr>
              <w:t>[…]</w:t>
            </w:r>
          </w:p>
        </w:tc>
      </w:tr>
      <w:tr>
        <w:trPr>
          <w:cantSplit/>
        </w:trPr>
        <w:tc>
          <w:tcPr>
            <w:tcW w:type="dxa" w:w="2400"/>
            <w:vAlign w:val="center"/>
            <w:tcMar>
              <w:top w:w="85" w:type="dxa"/>
              <w:bottom w:w="85" w:type="dxa"/>
              <w:start w:w="115" w:type="dxa"/>
              <w:end w:w="115" w:type="dxa"/>
            </w:tcMar>
          </w:tcPr>
          <w:p>
            <w:pPr>
              <w:spacing w:after="0"/>
            </w:pPr>
            <w:r>
              <w:rPr>
                <w:sz w:val="18"/>
              </w:rPr>
              <w:t>[Begrip]</w:t>
            </w:r>
          </w:p>
        </w:tc>
        <w:tc>
          <w:tcPr>
            <w:tcW w:type="dxa" w:w="5600"/>
            <w:vAlign w:val="center"/>
            <w:tcMar>
              <w:top w:w="85" w:type="dxa"/>
              <w:bottom w:w="85" w:type="dxa"/>
              <w:start w:w="115" w:type="dxa"/>
              <w:end w:w="115" w:type="dxa"/>
            </w:tcMar>
          </w:tcPr>
          <w:p>
            <w:pPr>
              <w:spacing w:after="0"/>
            </w:pPr>
            <w:r>
              <w:rPr>
                <w:sz w:val="18"/>
              </w:rPr>
              <w:t>[Korte, begrijpelijke uitleg]</w:t>
            </w:r>
          </w:p>
        </w:tc>
        <w:tc>
          <w:tcPr>
            <w:tcW w:type="dxa" w:w="1360"/>
            <w:vAlign w:val="center"/>
            <w:tcMar>
              <w:top w:w="85" w:type="dxa"/>
              <w:bottom w:w="85" w:type="dxa"/>
              <w:start w:w="115" w:type="dxa"/>
              <w:end w:w="115" w:type="dxa"/>
            </w:tcMar>
          </w:tcPr>
          <w:p>
            <w:pPr>
              <w:spacing w:after="0"/>
            </w:pPr>
            <w:r>
              <w:rPr>
                <w:sz w:val="18"/>
              </w:rPr>
              <w:t>[…]</w:t>
            </w:r>
          </w:p>
        </w:tc>
      </w:tr>
      <w:tr>
        <w:trPr>
          <w:cantSplit/>
        </w:trPr>
        <w:tc>
          <w:tcPr>
            <w:tcW w:type="dxa" w:w="2400"/>
            <w:vAlign w:val="center"/>
            <w:tcMar>
              <w:top w:w="85" w:type="dxa"/>
              <w:bottom w:w="85" w:type="dxa"/>
              <w:start w:w="115" w:type="dxa"/>
              <w:end w:w="115" w:type="dxa"/>
            </w:tcMar>
          </w:tcPr>
          <w:p>
            <w:pPr>
              <w:spacing w:after="0"/>
            </w:pPr>
            <w:r>
              <w:rPr>
                <w:sz w:val="18"/>
              </w:rPr>
              <w:t>[Begrip]</w:t>
            </w:r>
          </w:p>
        </w:tc>
        <w:tc>
          <w:tcPr>
            <w:tcW w:type="dxa" w:w="5600"/>
            <w:vAlign w:val="center"/>
            <w:tcMar>
              <w:top w:w="85" w:type="dxa"/>
              <w:bottom w:w="85" w:type="dxa"/>
              <w:start w:w="115" w:type="dxa"/>
              <w:end w:w="115" w:type="dxa"/>
            </w:tcMar>
          </w:tcPr>
          <w:p>
            <w:pPr>
              <w:spacing w:after="0"/>
            </w:pPr>
            <w:r>
              <w:rPr>
                <w:sz w:val="18"/>
              </w:rPr>
              <w:t>[Korte, begrijpelijke uitleg]</w:t>
            </w:r>
          </w:p>
        </w:tc>
        <w:tc>
          <w:tcPr>
            <w:tcW w:type="dxa" w:w="1360"/>
            <w:vAlign w:val="center"/>
            <w:tcMar>
              <w:top w:w="85" w:type="dxa"/>
              <w:bottom w:w="85" w:type="dxa"/>
              <w:start w:w="115" w:type="dxa"/>
              <w:end w:w="115" w:type="dxa"/>
            </w:tcMar>
          </w:tcPr>
          <w:p>
            <w:pPr>
              <w:spacing w:after="0"/>
            </w:pPr>
            <w:r>
              <w:rPr>
                <w:sz w:val="18"/>
              </w:rPr>
              <w:t>[…]</w:t>
            </w:r>
          </w:p>
        </w:tc>
      </w:tr>
      <w:tr>
        <w:trPr>
          <w:cantSplit/>
        </w:trPr>
        <w:tc>
          <w:tcPr>
            <w:tcW w:type="dxa" w:w="2400"/>
            <w:vAlign w:val="center"/>
            <w:tcMar>
              <w:top w:w="85" w:type="dxa"/>
              <w:bottom w:w="85" w:type="dxa"/>
              <w:start w:w="115" w:type="dxa"/>
              <w:end w:w="115" w:type="dxa"/>
            </w:tcMar>
          </w:tcPr>
          <w:p>
            <w:pPr>
              <w:spacing w:after="0"/>
            </w:pPr>
            <w:r>
              <w:rPr>
                <w:sz w:val="18"/>
              </w:rPr>
              <w:t>[Begrip]</w:t>
            </w:r>
          </w:p>
        </w:tc>
        <w:tc>
          <w:tcPr>
            <w:tcW w:type="dxa" w:w="5600"/>
            <w:vAlign w:val="center"/>
            <w:tcMar>
              <w:top w:w="85" w:type="dxa"/>
              <w:bottom w:w="85" w:type="dxa"/>
              <w:start w:w="115" w:type="dxa"/>
              <w:end w:w="115" w:type="dxa"/>
            </w:tcMar>
          </w:tcPr>
          <w:p>
            <w:pPr>
              <w:spacing w:after="0"/>
            </w:pPr>
            <w:r>
              <w:rPr>
                <w:sz w:val="18"/>
              </w:rPr>
              <w:t>[Korte, begrijpelijke uitleg]</w:t>
            </w:r>
          </w:p>
        </w:tc>
        <w:tc>
          <w:tcPr>
            <w:tcW w:type="dxa" w:w="1360"/>
            <w:vAlign w:val="center"/>
            <w:tcMar>
              <w:top w:w="85" w:type="dxa"/>
              <w:bottom w:w="85" w:type="dxa"/>
              <w:start w:w="115" w:type="dxa"/>
              <w:end w:w="115" w:type="dxa"/>
            </w:tcMar>
          </w:tcPr>
          <w:p>
            <w:pPr>
              <w:spacing w:after="0"/>
            </w:pPr>
            <w:r>
              <w:rPr>
                <w:sz w:val="18"/>
              </w:rPr>
              <w:t>[…]</w:t>
            </w:r>
          </w:p>
        </w:tc>
      </w:tr>
      <w:tr>
        <w:trPr>
          <w:cantSplit/>
        </w:trPr>
        <w:tc>
          <w:tcPr>
            <w:tcW w:type="dxa" w:w="2400"/>
            <w:vAlign w:val="center"/>
            <w:tcMar>
              <w:top w:w="85" w:type="dxa"/>
              <w:bottom w:w="85" w:type="dxa"/>
              <w:start w:w="115" w:type="dxa"/>
              <w:end w:w="115" w:type="dxa"/>
            </w:tcMar>
          </w:tcPr>
          <w:p>
            <w:pPr>
              <w:spacing w:after="0"/>
            </w:pPr>
            <w:r>
              <w:rPr>
                <w:sz w:val="18"/>
              </w:rPr>
              <w:t>[Begrip]</w:t>
            </w:r>
          </w:p>
        </w:tc>
        <w:tc>
          <w:tcPr>
            <w:tcW w:type="dxa" w:w="5600"/>
            <w:vAlign w:val="center"/>
            <w:tcMar>
              <w:top w:w="85" w:type="dxa"/>
              <w:bottom w:w="85" w:type="dxa"/>
              <w:start w:w="115" w:type="dxa"/>
              <w:end w:w="115" w:type="dxa"/>
            </w:tcMar>
          </w:tcPr>
          <w:p>
            <w:pPr>
              <w:spacing w:after="0"/>
            </w:pPr>
            <w:r>
              <w:rPr>
                <w:sz w:val="18"/>
              </w:rPr>
              <w:t>[Korte, begrijpelijke uitleg]</w:t>
            </w:r>
          </w:p>
        </w:tc>
        <w:tc>
          <w:tcPr>
            <w:tcW w:type="dxa" w:w="1360"/>
            <w:vAlign w:val="center"/>
            <w:tcMar>
              <w:top w:w="85" w:type="dxa"/>
              <w:bottom w:w="85" w:type="dxa"/>
              <w:start w:w="115" w:type="dxa"/>
              <w:end w:w="115" w:type="dxa"/>
            </w:tcMar>
          </w:tcPr>
          <w:p>
            <w:pPr>
              <w:spacing w:after="0"/>
            </w:pPr>
            <w:r>
              <w:rPr>
                <w:sz w:val="18"/>
              </w:rPr>
              <w:t>[…]</w:t>
            </w:r>
          </w:p>
        </w:tc>
      </w:tr>
    </w:tbl>
    <w:p>
      <w:pPr>
        <w:spacing w:after="0"/>
      </w:pPr>
    </w:p>
    <w:p>
      <w:pPr>
        <w:pStyle w:val="RouteLabel"/>
        <w:ind w:left="115" w:right="115"/>
        <w:shd w:fill="5B6B74"/>
      </w:pPr>
      <w:r>
        <w:t>UITGEVERSROUTE · Noten; verwijderen als niet gekozen</w:t>
      </w:r>
    </w:p>
    <w:p>
      <w:pPr>
        <w:pStyle w:val="Heading1"/>
      </w:pPr>
      <w:r>
        <w:t>Noten</w:t>
      </w:r>
    </w:p>
    <w:tbl>
      <w:tblPr>
        <w:tblStyle w:val="TableGrid"/>
        <w:tblW w:type="dxa" w:w="9360"/>
        <w:jc w:val="left"/>
        <w:tblLayout w:type="fixed"/>
        <w:tblLook w:firstColumn="1" w:firstRow="1" w:lastColumn="0" w:lastRow="0" w:noHBand="0" w:noVBand="1" w:val="04A0"/>
        <w:tblInd w:w="120" w:type="dxa"/>
      </w:tblPr>
      <w:tblGrid>
        <w:gridCol w:w="800"/>
        <w:gridCol w:w="6200"/>
        <w:gridCol w:w="2360"/>
      </w:tblGrid>
      <w:tr>
        <w:trPr>
          <w:tblHeader w:val="true"/>
          <w:cantSplit/>
        </w:trPr>
        <w:tc>
          <w:tcPr>
            <w:tcW w:type="dxa" w:w="800"/>
            <w:shd w:fill="274F64"/>
            <w:vAlign w:val="center"/>
            <w:tcMar>
              <w:top w:w="85" w:type="dxa"/>
              <w:bottom w:w="85" w:type="dxa"/>
              <w:start w:w="115" w:type="dxa"/>
              <w:end w:w="115" w:type="dxa"/>
            </w:tcMar>
          </w:tcPr>
          <w:p>
            <w:r>
              <w:rPr>
                <w:b/>
                <w:color w:val="FFFFFF"/>
                <w:sz w:val="18"/>
              </w:rPr>
              <w:t>Nr.</w:t>
            </w:r>
          </w:p>
        </w:tc>
        <w:tc>
          <w:tcPr>
            <w:tcW w:type="dxa" w:w="6200"/>
            <w:shd w:fill="274F64"/>
            <w:vAlign w:val="center"/>
            <w:tcMar>
              <w:top w:w="85" w:type="dxa"/>
              <w:bottom w:w="85" w:type="dxa"/>
              <w:start w:w="115" w:type="dxa"/>
              <w:end w:w="115" w:type="dxa"/>
            </w:tcMar>
          </w:tcPr>
          <w:p>
            <w:r>
              <w:rPr>
                <w:b/>
                <w:color w:val="FFFFFF"/>
                <w:sz w:val="18"/>
              </w:rPr>
              <w:t>Toelichting of bron</w:t>
            </w:r>
          </w:p>
        </w:tc>
        <w:tc>
          <w:tcPr>
            <w:tcW w:type="dxa" w:w="2360"/>
            <w:shd w:fill="274F64"/>
            <w:vAlign w:val="center"/>
            <w:tcMar>
              <w:top w:w="85" w:type="dxa"/>
              <w:bottom w:w="85" w:type="dxa"/>
              <w:start w:w="115" w:type="dxa"/>
              <w:end w:w="115" w:type="dxa"/>
            </w:tcMar>
          </w:tcPr>
          <w:p>
            <w:r>
              <w:rPr>
                <w:b/>
                <w:color w:val="FFFFFF"/>
                <w:sz w:val="18"/>
              </w:rPr>
              <w:t>Verwijst naar</w:t>
            </w:r>
          </w:p>
        </w:tc>
      </w:tr>
      <w:tr>
        <w:trPr>
          <w:cantSplit/>
        </w:trPr>
        <w:tc>
          <w:tcPr>
            <w:tcW w:type="dxa" w:w="800"/>
            <w:vAlign w:val="center"/>
            <w:tcMar>
              <w:top w:w="85" w:type="dxa"/>
              <w:bottom w:w="85" w:type="dxa"/>
              <w:start w:w="115" w:type="dxa"/>
              <w:end w:w="115" w:type="dxa"/>
            </w:tcMar>
          </w:tcPr>
          <w:p>
            <w:pPr>
              <w:spacing w:after="0"/>
            </w:pPr>
            <w:r>
              <w:rPr>
                <w:sz w:val="18"/>
              </w:rPr>
              <w:t>1</w:t>
            </w:r>
          </w:p>
        </w:tc>
        <w:tc>
          <w:tcPr>
            <w:tcW w:type="dxa" w:w="6200"/>
            <w:vAlign w:val="center"/>
            <w:tcMar>
              <w:top w:w="85" w:type="dxa"/>
              <w:bottom w:w="85" w:type="dxa"/>
              <w:start w:w="115" w:type="dxa"/>
              <w:end w:w="115" w:type="dxa"/>
            </w:tcMar>
          </w:tcPr>
          <w:p>
            <w:pPr>
              <w:spacing w:after="0"/>
            </w:pPr>
            <w:r>
              <w:rPr>
                <w:sz w:val="18"/>
              </w:rPr>
              <w:t>[Toelichting]</w:t>
            </w:r>
          </w:p>
        </w:tc>
        <w:tc>
          <w:tcPr>
            <w:tcW w:type="dxa" w:w="2360"/>
            <w:vAlign w:val="center"/>
            <w:tcMar>
              <w:top w:w="85" w:type="dxa"/>
              <w:bottom w:w="85" w:type="dxa"/>
              <w:start w:w="115" w:type="dxa"/>
              <w:end w:w="115" w:type="dxa"/>
            </w:tcMar>
          </w:tcPr>
          <w:p>
            <w:pPr>
              <w:spacing w:after="0"/>
            </w:pPr>
            <w:r>
              <w:rPr>
                <w:sz w:val="18"/>
              </w:rPr>
              <w:t>[Pagina/paragraaf]</w:t>
            </w:r>
          </w:p>
        </w:tc>
      </w:tr>
      <w:tr>
        <w:trPr>
          <w:cantSplit/>
        </w:trPr>
        <w:tc>
          <w:tcPr>
            <w:tcW w:type="dxa" w:w="800"/>
            <w:vAlign w:val="center"/>
            <w:tcMar>
              <w:top w:w="85" w:type="dxa"/>
              <w:bottom w:w="85" w:type="dxa"/>
              <w:start w:w="115" w:type="dxa"/>
              <w:end w:w="115" w:type="dxa"/>
            </w:tcMar>
          </w:tcPr>
          <w:p>
            <w:pPr>
              <w:spacing w:after="0"/>
            </w:pPr>
            <w:r>
              <w:rPr>
                <w:sz w:val="18"/>
              </w:rPr>
              <w:t>2</w:t>
            </w:r>
          </w:p>
        </w:tc>
        <w:tc>
          <w:tcPr>
            <w:tcW w:type="dxa" w:w="6200"/>
            <w:vAlign w:val="center"/>
            <w:tcMar>
              <w:top w:w="85" w:type="dxa"/>
              <w:bottom w:w="85" w:type="dxa"/>
              <w:start w:w="115" w:type="dxa"/>
              <w:end w:w="115" w:type="dxa"/>
            </w:tcMar>
          </w:tcPr>
          <w:p>
            <w:pPr>
              <w:spacing w:after="0"/>
            </w:pPr>
            <w:r>
              <w:rPr>
                <w:sz w:val="18"/>
              </w:rPr>
              <w:t>[Toelichting]</w:t>
            </w:r>
          </w:p>
        </w:tc>
        <w:tc>
          <w:tcPr>
            <w:tcW w:type="dxa" w:w="2360"/>
            <w:vAlign w:val="center"/>
            <w:tcMar>
              <w:top w:w="85" w:type="dxa"/>
              <w:bottom w:w="85" w:type="dxa"/>
              <w:start w:w="115" w:type="dxa"/>
              <w:end w:w="115" w:type="dxa"/>
            </w:tcMar>
          </w:tcPr>
          <w:p>
            <w:pPr>
              <w:spacing w:after="0"/>
            </w:pPr>
            <w:r>
              <w:rPr>
                <w:sz w:val="18"/>
              </w:rPr>
              <w:t>[Pagina/paragraaf]</w:t>
            </w:r>
          </w:p>
        </w:tc>
      </w:tr>
      <w:tr>
        <w:trPr>
          <w:cantSplit/>
        </w:trPr>
        <w:tc>
          <w:tcPr>
            <w:tcW w:type="dxa" w:w="800"/>
            <w:vAlign w:val="center"/>
            <w:tcMar>
              <w:top w:w="85" w:type="dxa"/>
              <w:bottom w:w="85" w:type="dxa"/>
              <w:start w:w="115" w:type="dxa"/>
              <w:end w:w="115" w:type="dxa"/>
            </w:tcMar>
          </w:tcPr>
          <w:p>
            <w:pPr>
              <w:spacing w:after="0"/>
            </w:pPr>
            <w:r>
              <w:rPr>
                <w:sz w:val="18"/>
              </w:rPr>
              <w:t>3</w:t>
            </w:r>
          </w:p>
        </w:tc>
        <w:tc>
          <w:tcPr>
            <w:tcW w:type="dxa" w:w="6200"/>
            <w:vAlign w:val="center"/>
            <w:tcMar>
              <w:top w:w="85" w:type="dxa"/>
              <w:bottom w:w="85" w:type="dxa"/>
              <w:start w:w="115" w:type="dxa"/>
              <w:end w:w="115" w:type="dxa"/>
            </w:tcMar>
          </w:tcPr>
          <w:p>
            <w:pPr>
              <w:spacing w:after="0"/>
            </w:pPr>
            <w:r>
              <w:rPr>
                <w:sz w:val="18"/>
              </w:rPr>
              <w:t>[Toelichting]</w:t>
            </w:r>
          </w:p>
        </w:tc>
        <w:tc>
          <w:tcPr>
            <w:tcW w:type="dxa" w:w="2360"/>
            <w:vAlign w:val="center"/>
            <w:tcMar>
              <w:top w:w="85" w:type="dxa"/>
              <w:bottom w:w="85" w:type="dxa"/>
              <w:start w:w="115" w:type="dxa"/>
              <w:end w:w="115" w:type="dxa"/>
            </w:tcMar>
          </w:tcPr>
          <w:p>
            <w:pPr>
              <w:spacing w:after="0"/>
            </w:pPr>
            <w:r>
              <w:rPr>
                <w:sz w:val="18"/>
              </w:rPr>
              <w:t>[Pagina/paragraaf]</w:t>
            </w:r>
          </w:p>
        </w:tc>
      </w:tr>
      <w:tr>
        <w:trPr>
          <w:cantSplit/>
        </w:trPr>
        <w:tc>
          <w:tcPr>
            <w:tcW w:type="dxa" w:w="800"/>
            <w:vAlign w:val="center"/>
            <w:tcMar>
              <w:top w:w="85" w:type="dxa"/>
              <w:bottom w:w="85" w:type="dxa"/>
              <w:start w:w="115" w:type="dxa"/>
              <w:end w:w="115" w:type="dxa"/>
            </w:tcMar>
          </w:tcPr>
          <w:p>
            <w:pPr>
              <w:spacing w:after="0"/>
            </w:pPr>
            <w:r>
              <w:rPr>
                <w:sz w:val="18"/>
              </w:rPr>
              <w:t>4</w:t>
            </w:r>
          </w:p>
        </w:tc>
        <w:tc>
          <w:tcPr>
            <w:tcW w:type="dxa" w:w="6200"/>
            <w:vAlign w:val="center"/>
            <w:tcMar>
              <w:top w:w="85" w:type="dxa"/>
              <w:bottom w:w="85" w:type="dxa"/>
              <w:start w:w="115" w:type="dxa"/>
              <w:end w:w="115" w:type="dxa"/>
            </w:tcMar>
          </w:tcPr>
          <w:p>
            <w:pPr>
              <w:spacing w:after="0"/>
            </w:pPr>
            <w:r>
              <w:rPr>
                <w:sz w:val="18"/>
              </w:rPr>
              <w:t>[Toelichting]</w:t>
            </w:r>
          </w:p>
        </w:tc>
        <w:tc>
          <w:tcPr>
            <w:tcW w:type="dxa" w:w="2360"/>
            <w:vAlign w:val="center"/>
            <w:tcMar>
              <w:top w:w="85" w:type="dxa"/>
              <w:bottom w:w="85" w:type="dxa"/>
              <w:start w:w="115" w:type="dxa"/>
              <w:end w:w="115" w:type="dxa"/>
            </w:tcMar>
          </w:tcPr>
          <w:p>
            <w:pPr>
              <w:spacing w:after="0"/>
            </w:pPr>
            <w:r>
              <w:rPr>
                <w:sz w:val="18"/>
              </w:rPr>
              <w:t>[Pagina/paragraaf]</w:t>
            </w:r>
          </w:p>
        </w:tc>
      </w:tr>
      <w:tr>
        <w:trPr>
          <w:cantSplit/>
        </w:trPr>
        <w:tc>
          <w:tcPr>
            <w:tcW w:type="dxa" w:w="800"/>
            <w:vAlign w:val="center"/>
            <w:tcMar>
              <w:top w:w="85" w:type="dxa"/>
              <w:bottom w:w="85" w:type="dxa"/>
              <w:start w:w="115" w:type="dxa"/>
              <w:end w:w="115" w:type="dxa"/>
            </w:tcMar>
          </w:tcPr>
          <w:p>
            <w:pPr>
              <w:spacing w:after="0"/>
            </w:pPr>
            <w:r>
              <w:rPr>
                <w:sz w:val="18"/>
              </w:rPr>
              <w:t>5</w:t>
            </w:r>
          </w:p>
        </w:tc>
        <w:tc>
          <w:tcPr>
            <w:tcW w:type="dxa" w:w="6200"/>
            <w:vAlign w:val="center"/>
            <w:tcMar>
              <w:top w:w="85" w:type="dxa"/>
              <w:bottom w:w="85" w:type="dxa"/>
              <w:start w:w="115" w:type="dxa"/>
              <w:end w:w="115" w:type="dxa"/>
            </w:tcMar>
          </w:tcPr>
          <w:p>
            <w:pPr>
              <w:spacing w:after="0"/>
            </w:pPr>
            <w:r>
              <w:rPr>
                <w:sz w:val="18"/>
              </w:rPr>
              <w:t>[Toelichting]</w:t>
            </w:r>
          </w:p>
        </w:tc>
        <w:tc>
          <w:tcPr>
            <w:tcW w:type="dxa" w:w="2360"/>
            <w:vAlign w:val="center"/>
            <w:tcMar>
              <w:top w:w="85" w:type="dxa"/>
              <w:bottom w:w="85" w:type="dxa"/>
              <w:start w:w="115" w:type="dxa"/>
              <w:end w:w="115" w:type="dxa"/>
            </w:tcMar>
          </w:tcPr>
          <w:p>
            <w:pPr>
              <w:spacing w:after="0"/>
            </w:pPr>
            <w:r>
              <w:rPr>
                <w:sz w:val="18"/>
              </w:rPr>
              <w:t>[Pagina/paragraaf]</w:t>
            </w:r>
          </w:p>
        </w:tc>
      </w:tr>
    </w:tbl>
    <w:p>
      <w:pPr>
        <w:spacing w:after="0"/>
      </w:pPr>
    </w:p>
    <w:p>
      <w:r>
        <w:br w:type="page"/>
      </w:r>
    </w:p>
    <w:p>
      <w:pPr>
        <w:pStyle w:val="RouteLabel"/>
        <w:ind w:left="115" w:right="115"/>
        <w:shd w:fill="5B6B74"/>
      </w:pPr>
      <w:r>
        <w:t>UITGEVERSROUTE · Register; verwijderen als niet gekozen</w:t>
      </w:r>
    </w:p>
    <w:p>
      <w:pPr>
        <w:pStyle w:val="Heading1"/>
      </w:pPr>
      <w:r>
        <w:t>Register</w:t>
      </w:r>
    </w:p>
    <w:p>
      <w:pPr>
        <w:pStyle w:val="Placeholder"/>
      </w:pPr>
      <w:r>
        <w:t>[Neem alleen belangrijke namen, onderwerpen of begrippen op. Orden alfabetisch en controleer de paginanummers pas in de definitieve versie. Verwijder deze instructie.]</w:t>
      </w:r>
    </w:p>
    <w:tbl>
      <w:tblPr>
        <w:tblStyle w:val="TableGrid"/>
        <w:tblW w:type="dxa" w:w="9360"/>
        <w:jc w:val="left"/>
        <w:tblLayout w:type="fixed"/>
        <w:tblLook w:firstColumn="1" w:firstRow="1" w:lastColumn="0" w:lastRow="0" w:noHBand="0" w:noVBand="1" w:val="04A0"/>
        <w:tblInd w:w="120" w:type="dxa"/>
      </w:tblPr>
      <w:tblGrid>
        <w:gridCol w:w="2800"/>
        <w:gridCol w:w="1880"/>
        <w:gridCol w:w="2800"/>
        <w:gridCol w:w="1880"/>
      </w:tblGrid>
      <w:tr>
        <w:trPr>
          <w:tblHeader w:val="true"/>
          <w:cantSplit/>
        </w:trPr>
        <w:tc>
          <w:tcPr>
            <w:tcW w:type="dxa" w:w="2800"/>
            <w:shd w:fill="274F64"/>
            <w:vAlign w:val="center"/>
            <w:tcMar>
              <w:top w:w="85" w:type="dxa"/>
              <w:bottom w:w="85" w:type="dxa"/>
              <w:start w:w="115" w:type="dxa"/>
              <w:end w:w="115" w:type="dxa"/>
            </w:tcMar>
          </w:tcPr>
          <w:p>
            <w:r>
              <w:rPr>
                <w:b/>
                <w:color w:val="FFFFFF"/>
                <w:sz w:val="18"/>
              </w:rPr>
              <w:t>Term</w:t>
            </w:r>
          </w:p>
        </w:tc>
        <w:tc>
          <w:tcPr>
            <w:tcW w:type="dxa" w:w="1880"/>
            <w:shd w:fill="274F64"/>
            <w:vAlign w:val="center"/>
            <w:tcMar>
              <w:top w:w="85" w:type="dxa"/>
              <w:bottom w:w="85" w:type="dxa"/>
              <w:start w:w="115" w:type="dxa"/>
              <w:end w:w="115" w:type="dxa"/>
            </w:tcMar>
          </w:tcPr>
          <w:p>
            <w:r>
              <w:rPr>
                <w:b/>
                <w:color w:val="FFFFFF"/>
                <w:sz w:val="18"/>
              </w:rPr>
              <w:t>Paginanummer(s)</w:t>
            </w:r>
          </w:p>
        </w:tc>
        <w:tc>
          <w:tcPr>
            <w:tcW w:type="dxa" w:w="2800"/>
            <w:shd w:fill="274F64"/>
            <w:vAlign w:val="center"/>
            <w:tcMar>
              <w:top w:w="85" w:type="dxa"/>
              <w:bottom w:w="85" w:type="dxa"/>
              <w:start w:w="115" w:type="dxa"/>
              <w:end w:w="115" w:type="dxa"/>
            </w:tcMar>
          </w:tcPr>
          <w:p>
            <w:r>
              <w:rPr>
                <w:b/>
                <w:color w:val="FFFFFF"/>
                <w:sz w:val="18"/>
              </w:rPr>
              <w:t>Term</w:t>
            </w:r>
          </w:p>
        </w:tc>
        <w:tc>
          <w:tcPr>
            <w:tcW w:type="dxa" w:w="1880"/>
            <w:shd w:fill="274F64"/>
            <w:vAlign w:val="center"/>
            <w:tcMar>
              <w:top w:w="85" w:type="dxa"/>
              <w:bottom w:w="85" w:type="dxa"/>
              <w:start w:w="115" w:type="dxa"/>
              <w:end w:w="115" w:type="dxa"/>
            </w:tcMar>
          </w:tcPr>
          <w:p>
            <w:r>
              <w:rPr>
                <w:b/>
                <w:color w:val="FFFFFF"/>
                <w:sz w:val="18"/>
              </w:rPr>
              <w:t>Paginanummer(s)</w:t>
            </w:r>
          </w:p>
        </w:tc>
      </w:tr>
      <w:tr>
        <w:trPr>
          <w:cantSplit/>
        </w:trPr>
        <w:tc>
          <w:tcPr>
            <w:tcW w:type="dxa" w:w="2800"/>
            <w:vAlign w:val="center"/>
            <w:tcMar>
              <w:top w:w="85" w:type="dxa"/>
              <w:bottom w:w="85" w:type="dxa"/>
              <w:start w:w="115" w:type="dxa"/>
              <w:end w:w="115" w:type="dxa"/>
            </w:tcMar>
          </w:tcPr>
          <w:p>
            <w:pPr>
              <w:spacing w:after="0"/>
            </w:pPr>
            <w:r>
              <w:rPr>
                <w:sz w:val="18"/>
              </w:rPr>
              <w:t>[Term]</w:t>
            </w:r>
          </w:p>
        </w:tc>
        <w:tc>
          <w:tcPr>
            <w:tcW w:type="dxa" w:w="1880"/>
            <w:vAlign w:val="center"/>
            <w:tcMar>
              <w:top w:w="85" w:type="dxa"/>
              <w:bottom w:w="85" w:type="dxa"/>
              <w:start w:w="115" w:type="dxa"/>
              <w:end w:w="115" w:type="dxa"/>
            </w:tcMar>
          </w:tcPr>
          <w:p>
            <w:pPr>
              <w:spacing w:after="0"/>
            </w:pPr>
            <w:r>
              <w:rPr>
                <w:sz w:val="18"/>
              </w:rPr>
              <w:t>[…]</w:t>
            </w:r>
          </w:p>
        </w:tc>
        <w:tc>
          <w:tcPr>
            <w:tcW w:type="dxa" w:w="2800"/>
            <w:vAlign w:val="center"/>
            <w:tcMar>
              <w:top w:w="85" w:type="dxa"/>
              <w:bottom w:w="85" w:type="dxa"/>
              <w:start w:w="115" w:type="dxa"/>
              <w:end w:w="115" w:type="dxa"/>
            </w:tcMar>
          </w:tcPr>
          <w:p>
            <w:pPr>
              <w:spacing w:after="0"/>
            </w:pPr>
            <w:r>
              <w:rPr>
                <w:sz w:val="18"/>
              </w:rPr>
              <w:t>[Term]</w:t>
            </w:r>
          </w:p>
        </w:tc>
        <w:tc>
          <w:tcPr>
            <w:tcW w:type="dxa" w:w="1880"/>
            <w:vAlign w:val="center"/>
            <w:tcMar>
              <w:top w:w="85" w:type="dxa"/>
              <w:bottom w:w="85" w:type="dxa"/>
              <w:start w:w="115" w:type="dxa"/>
              <w:end w:w="115" w:type="dxa"/>
            </w:tcMar>
          </w:tcPr>
          <w:p>
            <w:pPr>
              <w:spacing w:after="0"/>
            </w:pPr>
            <w:r>
              <w:rPr>
                <w:sz w:val="18"/>
              </w:rPr>
              <w:t>[…]</w:t>
            </w:r>
          </w:p>
        </w:tc>
      </w:tr>
      <w:tr>
        <w:trPr>
          <w:cantSplit/>
        </w:trPr>
        <w:tc>
          <w:tcPr>
            <w:tcW w:type="dxa" w:w="2800"/>
            <w:vAlign w:val="center"/>
            <w:tcMar>
              <w:top w:w="85" w:type="dxa"/>
              <w:bottom w:w="85" w:type="dxa"/>
              <w:start w:w="115" w:type="dxa"/>
              <w:end w:w="115" w:type="dxa"/>
            </w:tcMar>
          </w:tcPr>
          <w:p>
            <w:pPr>
              <w:spacing w:after="0"/>
            </w:pPr>
            <w:r>
              <w:rPr>
                <w:sz w:val="18"/>
              </w:rPr>
              <w:t>[Term]</w:t>
            </w:r>
          </w:p>
        </w:tc>
        <w:tc>
          <w:tcPr>
            <w:tcW w:type="dxa" w:w="1880"/>
            <w:vAlign w:val="center"/>
            <w:tcMar>
              <w:top w:w="85" w:type="dxa"/>
              <w:bottom w:w="85" w:type="dxa"/>
              <w:start w:w="115" w:type="dxa"/>
              <w:end w:w="115" w:type="dxa"/>
            </w:tcMar>
          </w:tcPr>
          <w:p>
            <w:pPr>
              <w:spacing w:after="0"/>
            </w:pPr>
            <w:r>
              <w:rPr>
                <w:sz w:val="18"/>
              </w:rPr>
              <w:t>[…]</w:t>
            </w:r>
          </w:p>
        </w:tc>
        <w:tc>
          <w:tcPr>
            <w:tcW w:type="dxa" w:w="2800"/>
            <w:vAlign w:val="center"/>
            <w:tcMar>
              <w:top w:w="85" w:type="dxa"/>
              <w:bottom w:w="85" w:type="dxa"/>
              <w:start w:w="115" w:type="dxa"/>
              <w:end w:w="115" w:type="dxa"/>
            </w:tcMar>
          </w:tcPr>
          <w:p>
            <w:pPr>
              <w:spacing w:after="0"/>
            </w:pPr>
            <w:r>
              <w:rPr>
                <w:sz w:val="18"/>
              </w:rPr>
              <w:t>[Term]</w:t>
            </w:r>
          </w:p>
        </w:tc>
        <w:tc>
          <w:tcPr>
            <w:tcW w:type="dxa" w:w="1880"/>
            <w:vAlign w:val="center"/>
            <w:tcMar>
              <w:top w:w="85" w:type="dxa"/>
              <w:bottom w:w="85" w:type="dxa"/>
              <w:start w:w="115" w:type="dxa"/>
              <w:end w:w="115" w:type="dxa"/>
            </w:tcMar>
          </w:tcPr>
          <w:p>
            <w:pPr>
              <w:spacing w:after="0"/>
            </w:pPr>
            <w:r>
              <w:rPr>
                <w:sz w:val="18"/>
              </w:rPr>
              <w:t>[…]</w:t>
            </w:r>
          </w:p>
        </w:tc>
      </w:tr>
      <w:tr>
        <w:trPr>
          <w:cantSplit/>
        </w:trPr>
        <w:tc>
          <w:tcPr>
            <w:tcW w:type="dxa" w:w="2800"/>
            <w:vAlign w:val="center"/>
            <w:tcMar>
              <w:top w:w="85" w:type="dxa"/>
              <w:bottom w:w="85" w:type="dxa"/>
              <w:start w:w="115" w:type="dxa"/>
              <w:end w:w="115" w:type="dxa"/>
            </w:tcMar>
          </w:tcPr>
          <w:p>
            <w:pPr>
              <w:spacing w:after="0"/>
            </w:pPr>
            <w:r>
              <w:rPr>
                <w:sz w:val="18"/>
              </w:rPr>
              <w:t>[Term]</w:t>
            </w:r>
          </w:p>
        </w:tc>
        <w:tc>
          <w:tcPr>
            <w:tcW w:type="dxa" w:w="1880"/>
            <w:vAlign w:val="center"/>
            <w:tcMar>
              <w:top w:w="85" w:type="dxa"/>
              <w:bottom w:w="85" w:type="dxa"/>
              <w:start w:w="115" w:type="dxa"/>
              <w:end w:w="115" w:type="dxa"/>
            </w:tcMar>
          </w:tcPr>
          <w:p>
            <w:pPr>
              <w:spacing w:after="0"/>
            </w:pPr>
            <w:r>
              <w:rPr>
                <w:sz w:val="18"/>
              </w:rPr>
              <w:t>[…]</w:t>
            </w:r>
          </w:p>
        </w:tc>
        <w:tc>
          <w:tcPr>
            <w:tcW w:type="dxa" w:w="2800"/>
            <w:vAlign w:val="center"/>
            <w:tcMar>
              <w:top w:w="85" w:type="dxa"/>
              <w:bottom w:w="85" w:type="dxa"/>
              <w:start w:w="115" w:type="dxa"/>
              <w:end w:w="115" w:type="dxa"/>
            </w:tcMar>
          </w:tcPr>
          <w:p>
            <w:pPr>
              <w:spacing w:after="0"/>
            </w:pPr>
            <w:r>
              <w:rPr>
                <w:sz w:val="18"/>
              </w:rPr>
              <w:t>[Term]</w:t>
            </w:r>
          </w:p>
        </w:tc>
        <w:tc>
          <w:tcPr>
            <w:tcW w:type="dxa" w:w="1880"/>
            <w:vAlign w:val="center"/>
            <w:tcMar>
              <w:top w:w="85" w:type="dxa"/>
              <w:bottom w:w="85" w:type="dxa"/>
              <w:start w:w="115" w:type="dxa"/>
              <w:end w:w="115" w:type="dxa"/>
            </w:tcMar>
          </w:tcPr>
          <w:p>
            <w:pPr>
              <w:spacing w:after="0"/>
            </w:pPr>
            <w:r>
              <w:rPr>
                <w:sz w:val="18"/>
              </w:rPr>
              <w:t>[…]</w:t>
            </w:r>
          </w:p>
        </w:tc>
      </w:tr>
      <w:tr>
        <w:trPr>
          <w:cantSplit/>
        </w:trPr>
        <w:tc>
          <w:tcPr>
            <w:tcW w:type="dxa" w:w="2800"/>
            <w:vAlign w:val="center"/>
            <w:tcMar>
              <w:top w:w="85" w:type="dxa"/>
              <w:bottom w:w="85" w:type="dxa"/>
              <w:start w:w="115" w:type="dxa"/>
              <w:end w:w="115" w:type="dxa"/>
            </w:tcMar>
          </w:tcPr>
          <w:p>
            <w:pPr>
              <w:spacing w:after="0"/>
            </w:pPr>
            <w:r>
              <w:rPr>
                <w:sz w:val="18"/>
              </w:rPr>
              <w:t>[Term]</w:t>
            </w:r>
          </w:p>
        </w:tc>
        <w:tc>
          <w:tcPr>
            <w:tcW w:type="dxa" w:w="1880"/>
            <w:vAlign w:val="center"/>
            <w:tcMar>
              <w:top w:w="85" w:type="dxa"/>
              <w:bottom w:w="85" w:type="dxa"/>
              <w:start w:w="115" w:type="dxa"/>
              <w:end w:w="115" w:type="dxa"/>
            </w:tcMar>
          </w:tcPr>
          <w:p>
            <w:pPr>
              <w:spacing w:after="0"/>
            </w:pPr>
            <w:r>
              <w:rPr>
                <w:sz w:val="18"/>
              </w:rPr>
              <w:t>[…]</w:t>
            </w:r>
          </w:p>
        </w:tc>
        <w:tc>
          <w:tcPr>
            <w:tcW w:type="dxa" w:w="2800"/>
            <w:vAlign w:val="center"/>
            <w:tcMar>
              <w:top w:w="85" w:type="dxa"/>
              <w:bottom w:w="85" w:type="dxa"/>
              <w:start w:w="115" w:type="dxa"/>
              <w:end w:w="115" w:type="dxa"/>
            </w:tcMar>
          </w:tcPr>
          <w:p>
            <w:pPr>
              <w:spacing w:after="0"/>
            </w:pPr>
            <w:r>
              <w:rPr>
                <w:sz w:val="18"/>
              </w:rPr>
              <w:t>[Term]</w:t>
            </w:r>
          </w:p>
        </w:tc>
        <w:tc>
          <w:tcPr>
            <w:tcW w:type="dxa" w:w="1880"/>
            <w:vAlign w:val="center"/>
            <w:tcMar>
              <w:top w:w="85" w:type="dxa"/>
              <w:bottom w:w="85" w:type="dxa"/>
              <w:start w:w="115" w:type="dxa"/>
              <w:end w:w="115" w:type="dxa"/>
            </w:tcMar>
          </w:tcPr>
          <w:p>
            <w:pPr>
              <w:spacing w:after="0"/>
            </w:pPr>
            <w:r>
              <w:rPr>
                <w:sz w:val="18"/>
              </w:rPr>
              <w:t>[…]</w:t>
            </w:r>
          </w:p>
        </w:tc>
      </w:tr>
      <w:tr>
        <w:trPr>
          <w:cantSplit/>
        </w:trPr>
        <w:tc>
          <w:tcPr>
            <w:tcW w:type="dxa" w:w="2800"/>
            <w:vAlign w:val="center"/>
            <w:tcMar>
              <w:top w:w="85" w:type="dxa"/>
              <w:bottom w:w="85" w:type="dxa"/>
              <w:start w:w="115" w:type="dxa"/>
              <w:end w:w="115" w:type="dxa"/>
            </w:tcMar>
          </w:tcPr>
          <w:p>
            <w:pPr>
              <w:spacing w:after="0"/>
            </w:pPr>
            <w:r>
              <w:rPr>
                <w:sz w:val="18"/>
              </w:rPr>
              <w:t>[Term]</w:t>
            </w:r>
          </w:p>
        </w:tc>
        <w:tc>
          <w:tcPr>
            <w:tcW w:type="dxa" w:w="1880"/>
            <w:vAlign w:val="center"/>
            <w:tcMar>
              <w:top w:w="85" w:type="dxa"/>
              <w:bottom w:w="85" w:type="dxa"/>
              <w:start w:w="115" w:type="dxa"/>
              <w:end w:w="115" w:type="dxa"/>
            </w:tcMar>
          </w:tcPr>
          <w:p>
            <w:pPr>
              <w:spacing w:after="0"/>
            </w:pPr>
            <w:r>
              <w:rPr>
                <w:sz w:val="18"/>
              </w:rPr>
              <w:t>[…]</w:t>
            </w:r>
          </w:p>
        </w:tc>
        <w:tc>
          <w:tcPr>
            <w:tcW w:type="dxa" w:w="2800"/>
            <w:vAlign w:val="center"/>
            <w:tcMar>
              <w:top w:w="85" w:type="dxa"/>
              <w:bottom w:w="85" w:type="dxa"/>
              <w:start w:w="115" w:type="dxa"/>
              <w:end w:w="115" w:type="dxa"/>
            </w:tcMar>
          </w:tcPr>
          <w:p>
            <w:pPr>
              <w:spacing w:after="0"/>
            </w:pPr>
            <w:r>
              <w:rPr>
                <w:sz w:val="18"/>
              </w:rPr>
              <w:t>[Term]</w:t>
            </w:r>
          </w:p>
        </w:tc>
        <w:tc>
          <w:tcPr>
            <w:tcW w:type="dxa" w:w="1880"/>
            <w:vAlign w:val="center"/>
            <w:tcMar>
              <w:top w:w="85" w:type="dxa"/>
              <w:bottom w:w="85" w:type="dxa"/>
              <w:start w:w="115" w:type="dxa"/>
              <w:end w:w="115" w:type="dxa"/>
            </w:tcMar>
          </w:tcPr>
          <w:p>
            <w:pPr>
              <w:spacing w:after="0"/>
            </w:pPr>
            <w:r>
              <w:rPr>
                <w:sz w:val="18"/>
              </w:rPr>
              <w:t>[…]</w:t>
            </w:r>
          </w:p>
        </w:tc>
      </w:tr>
      <w:tr>
        <w:trPr>
          <w:cantSplit/>
        </w:trPr>
        <w:tc>
          <w:tcPr>
            <w:tcW w:type="dxa" w:w="2800"/>
            <w:vAlign w:val="center"/>
            <w:tcMar>
              <w:top w:w="85" w:type="dxa"/>
              <w:bottom w:w="85" w:type="dxa"/>
              <w:start w:w="115" w:type="dxa"/>
              <w:end w:w="115" w:type="dxa"/>
            </w:tcMar>
          </w:tcPr>
          <w:p>
            <w:pPr>
              <w:spacing w:after="0"/>
            </w:pPr>
            <w:r>
              <w:rPr>
                <w:sz w:val="18"/>
              </w:rPr>
              <w:t>[Term]</w:t>
            </w:r>
          </w:p>
        </w:tc>
        <w:tc>
          <w:tcPr>
            <w:tcW w:type="dxa" w:w="1880"/>
            <w:vAlign w:val="center"/>
            <w:tcMar>
              <w:top w:w="85" w:type="dxa"/>
              <w:bottom w:w="85" w:type="dxa"/>
              <w:start w:w="115" w:type="dxa"/>
              <w:end w:w="115" w:type="dxa"/>
            </w:tcMar>
          </w:tcPr>
          <w:p>
            <w:pPr>
              <w:spacing w:after="0"/>
            </w:pPr>
            <w:r>
              <w:rPr>
                <w:sz w:val="18"/>
              </w:rPr>
              <w:t>[…]</w:t>
            </w:r>
          </w:p>
        </w:tc>
        <w:tc>
          <w:tcPr>
            <w:tcW w:type="dxa" w:w="2800"/>
            <w:vAlign w:val="center"/>
            <w:tcMar>
              <w:top w:w="85" w:type="dxa"/>
              <w:bottom w:w="85" w:type="dxa"/>
              <w:start w:w="115" w:type="dxa"/>
              <w:end w:w="115" w:type="dxa"/>
            </w:tcMar>
          </w:tcPr>
          <w:p>
            <w:pPr>
              <w:spacing w:after="0"/>
            </w:pPr>
            <w:r>
              <w:rPr>
                <w:sz w:val="18"/>
              </w:rPr>
              <w:t>[Term]</w:t>
            </w:r>
          </w:p>
        </w:tc>
        <w:tc>
          <w:tcPr>
            <w:tcW w:type="dxa" w:w="1880"/>
            <w:vAlign w:val="center"/>
            <w:tcMar>
              <w:top w:w="85" w:type="dxa"/>
              <w:bottom w:w="85" w:type="dxa"/>
              <w:start w:w="115" w:type="dxa"/>
              <w:end w:w="115" w:type="dxa"/>
            </w:tcMar>
          </w:tcPr>
          <w:p>
            <w:pPr>
              <w:spacing w:after="0"/>
            </w:pPr>
            <w:r>
              <w:rPr>
                <w:sz w:val="18"/>
              </w:rPr>
              <w:t>[…]</w:t>
            </w:r>
          </w:p>
        </w:tc>
      </w:tr>
      <w:tr>
        <w:trPr>
          <w:cantSplit/>
        </w:trPr>
        <w:tc>
          <w:tcPr>
            <w:tcW w:type="dxa" w:w="2800"/>
            <w:vAlign w:val="center"/>
            <w:tcMar>
              <w:top w:w="85" w:type="dxa"/>
              <w:bottom w:w="85" w:type="dxa"/>
              <w:start w:w="115" w:type="dxa"/>
              <w:end w:w="115" w:type="dxa"/>
            </w:tcMar>
          </w:tcPr>
          <w:p>
            <w:pPr>
              <w:spacing w:after="0"/>
            </w:pPr>
            <w:r>
              <w:rPr>
                <w:sz w:val="18"/>
              </w:rPr>
              <w:t>[Term]</w:t>
            </w:r>
          </w:p>
        </w:tc>
        <w:tc>
          <w:tcPr>
            <w:tcW w:type="dxa" w:w="1880"/>
            <w:vAlign w:val="center"/>
            <w:tcMar>
              <w:top w:w="85" w:type="dxa"/>
              <w:bottom w:w="85" w:type="dxa"/>
              <w:start w:w="115" w:type="dxa"/>
              <w:end w:w="115" w:type="dxa"/>
            </w:tcMar>
          </w:tcPr>
          <w:p>
            <w:pPr>
              <w:spacing w:after="0"/>
            </w:pPr>
            <w:r>
              <w:rPr>
                <w:sz w:val="18"/>
              </w:rPr>
              <w:t>[…]</w:t>
            </w:r>
          </w:p>
        </w:tc>
        <w:tc>
          <w:tcPr>
            <w:tcW w:type="dxa" w:w="2800"/>
            <w:vAlign w:val="center"/>
            <w:tcMar>
              <w:top w:w="85" w:type="dxa"/>
              <w:bottom w:w="85" w:type="dxa"/>
              <w:start w:w="115" w:type="dxa"/>
              <w:end w:w="115" w:type="dxa"/>
            </w:tcMar>
          </w:tcPr>
          <w:p>
            <w:pPr>
              <w:spacing w:after="0"/>
            </w:pPr>
            <w:r>
              <w:rPr>
                <w:sz w:val="18"/>
              </w:rPr>
              <w:t>[Term]</w:t>
            </w:r>
          </w:p>
        </w:tc>
        <w:tc>
          <w:tcPr>
            <w:tcW w:type="dxa" w:w="1880"/>
            <w:vAlign w:val="center"/>
            <w:tcMar>
              <w:top w:w="85" w:type="dxa"/>
              <w:bottom w:w="85" w:type="dxa"/>
              <w:start w:w="115" w:type="dxa"/>
              <w:end w:w="115" w:type="dxa"/>
            </w:tcMar>
          </w:tcPr>
          <w:p>
            <w:pPr>
              <w:spacing w:after="0"/>
            </w:pPr>
            <w:r>
              <w:rPr>
                <w:sz w:val="18"/>
              </w:rPr>
              <w:t>[…]</w:t>
            </w:r>
          </w:p>
        </w:tc>
      </w:tr>
      <w:tr>
        <w:trPr>
          <w:cantSplit/>
        </w:trPr>
        <w:tc>
          <w:tcPr>
            <w:tcW w:type="dxa" w:w="2800"/>
            <w:vAlign w:val="center"/>
            <w:tcMar>
              <w:top w:w="85" w:type="dxa"/>
              <w:bottom w:w="85" w:type="dxa"/>
              <w:start w:w="115" w:type="dxa"/>
              <w:end w:w="115" w:type="dxa"/>
            </w:tcMar>
          </w:tcPr>
          <w:p>
            <w:pPr>
              <w:spacing w:after="0"/>
            </w:pPr>
            <w:r>
              <w:rPr>
                <w:sz w:val="18"/>
              </w:rPr>
              <w:t>[Term]</w:t>
            </w:r>
          </w:p>
        </w:tc>
        <w:tc>
          <w:tcPr>
            <w:tcW w:type="dxa" w:w="1880"/>
            <w:vAlign w:val="center"/>
            <w:tcMar>
              <w:top w:w="85" w:type="dxa"/>
              <w:bottom w:w="85" w:type="dxa"/>
              <w:start w:w="115" w:type="dxa"/>
              <w:end w:w="115" w:type="dxa"/>
            </w:tcMar>
          </w:tcPr>
          <w:p>
            <w:pPr>
              <w:spacing w:after="0"/>
            </w:pPr>
            <w:r>
              <w:rPr>
                <w:sz w:val="18"/>
              </w:rPr>
              <w:t>[…]</w:t>
            </w:r>
          </w:p>
        </w:tc>
        <w:tc>
          <w:tcPr>
            <w:tcW w:type="dxa" w:w="2800"/>
            <w:vAlign w:val="center"/>
            <w:tcMar>
              <w:top w:w="85" w:type="dxa"/>
              <w:bottom w:w="85" w:type="dxa"/>
              <w:start w:w="115" w:type="dxa"/>
              <w:end w:w="115" w:type="dxa"/>
            </w:tcMar>
          </w:tcPr>
          <w:p>
            <w:pPr>
              <w:spacing w:after="0"/>
            </w:pPr>
            <w:r>
              <w:rPr>
                <w:sz w:val="18"/>
              </w:rPr>
              <w:t>[Term]</w:t>
            </w:r>
          </w:p>
        </w:tc>
        <w:tc>
          <w:tcPr>
            <w:tcW w:type="dxa" w:w="1880"/>
            <w:vAlign w:val="center"/>
            <w:tcMar>
              <w:top w:w="85" w:type="dxa"/>
              <w:bottom w:w="85" w:type="dxa"/>
              <w:start w:w="115" w:type="dxa"/>
              <w:end w:w="115" w:type="dxa"/>
            </w:tcMar>
          </w:tcPr>
          <w:p>
            <w:pPr>
              <w:spacing w:after="0"/>
            </w:pPr>
            <w:r>
              <w:rPr>
                <w:sz w:val="18"/>
              </w:rPr>
              <w:t>[…]</w:t>
            </w:r>
          </w:p>
        </w:tc>
      </w:tr>
      <w:tr>
        <w:trPr>
          <w:cantSplit/>
        </w:trPr>
        <w:tc>
          <w:tcPr>
            <w:tcW w:type="dxa" w:w="2800"/>
            <w:vAlign w:val="center"/>
            <w:tcMar>
              <w:top w:w="85" w:type="dxa"/>
              <w:bottom w:w="85" w:type="dxa"/>
              <w:start w:w="115" w:type="dxa"/>
              <w:end w:w="115" w:type="dxa"/>
            </w:tcMar>
          </w:tcPr>
          <w:p>
            <w:pPr>
              <w:spacing w:after="0"/>
            </w:pPr>
            <w:r>
              <w:rPr>
                <w:sz w:val="18"/>
              </w:rPr>
              <w:t>[Term]</w:t>
            </w:r>
          </w:p>
        </w:tc>
        <w:tc>
          <w:tcPr>
            <w:tcW w:type="dxa" w:w="1880"/>
            <w:vAlign w:val="center"/>
            <w:tcMar>
              <w:top w:w="85" w:type="dxa"/>
              <w:bottom w:w="85" w:type="dxa"/>
              <w:start w:w="115" w:type="dxa"/>
              <w:end w:w="115" w:type="dxa"/>
            </w:tcMar>
          </w:tcPr>
          <w:p>
            <w:pPr>
              <w:spacing w:after="0"/>
            </w:pPr>
            <w:r>
              <w:rPr>
                <w:sz w:val="18"/>
              </w:rPr>
              <w:t>[…]</w:t>
            </w:r>
          </w:p>
        </w:tc>
        <w:tc>
          <w:tcPr>
            <w:tcW w:type="dxa" w:w="2800"/>
            <w:vAlign w:val="center"/>
            <w:tcMar>
              <w:top w:w="85" w:type="dxa"/>
              <w:bottom w:w="85" w:type="dxa"/>
              <w:start w:w="115" w:type="dxa"/>
              <w:end w:w="115" w:type="dxa"/>
            </w:tcMar>
          </w:tcPr>
          <w:p>
            <w:pPr>
              <w:spacing w:after="0"/>
            </w:pPr>
            <w:r>
              <w:rPr>
                <w:sz w:val="18"/>
              </w:rPr>
              <w:t>[Term]</w:t>
            </w:r>
          </w:p>
        </w:tc>
        <w:tc>
          <w:tcPr>
            <w:tcW w:type="dxa" w:w="1880"/>
            <w:vAlign w:val="center"/>
            <w:tcMar>
              <w:top w:w="85" w:type="dxa"/>
              <w:bottom w:w="85" w:type="dxa"/>
              <w:start w:w="115" w:type="dxa"/>
              <w:end w:w="115" w:type="dxa"/>
            </w:tcMar>
          </w:tcPr>
          <w:p>
            <w:pPr>
              <w:spacing w:after="0"/>
            </w:pPr>
            <w:r>
              <w:rPr>
                <w:sz w:val="18"/>
              </w:rPr>
              <w:t>[…]</w:t>
            </w:r>
          </w:p>
        </w:tc>
      </w:tr>
      <w:tr>
        <w:trPr>
          <w:cantSplit/>
        </w:trPr>
        <w:tc>
          <w:tcPr>
            <w:tcW w:type="dxa" w:w="2800"/>
            <w:vAlign w:val="center"/>
            <w:tcMar>
              <w:top w:w="85" w:type="dxa"/>
              <w:bottom w:w="85" w:type="dxa"/>
              <w:start w:w="115" w:type="dxa"/>
              <w:end w:w="115" w:type="dxa"/>
            </w:tcMar>
          </w:tcPr>
          <w:p>
            <w:pPr>
              <w:spacing w:after="0"/>
            </w:pPr>
            <w:r>
              <w:rPr>
                <w:sz w:val="18"/>
              </w:rPr>
              <w:t>[Term]</w:t>
            </w:r>
          </w:p>
        </w:tc>
        <w:tc>
          <w:tcPr>
            <w:tcW w:type="dxa" w:w="1880"/>
            <w:vAlign w:val="center"/>
            <w:tcMar>
              <w:top w:w="85" w:type="dxa"/>
              <w:bottom w:w="85" w:type="dxa"/>
              <w:start w:w="115" w:type="dxa"/>
              <w:end w:w="115" w:type="dxa"/>
            </w:tcMar>
          </w:tcPr>
          <w:p>
            <w:pPr>
              <w:spacing w:after="0"/>
            </w:pPr>
            <w:r>
              <w:rPr>
                <w:sz w:val="18"/>
              </w:rPr>
              <w:t>[…]</w:t>
            </w:r>
          </w:p>
        </w:tc>
        <w:tc>
          <w:tcPr>
            <w:tcW w:type="dxa" w:w="2800"/>
            <w:vAlign w:val="center"/>
            <w:tcMar>
              <w:top w:w="85" w:type="dxa"/>
              <w:bottom w:w="85" w:type="dxa"/>
              <w:start w:w="115" w:type="dxa"/>
              <w:end w:w="115" w:type="dxa"/>
            </w:tcMar>
          </w:tcPr>
          <w:p>
            <w:pPr>
              <w:spacing w:after="0"/>
            </w:pPr>
            <w:r>
              <w:rPr>
                <w:sz w:val="18"/>
              </w:rPr>
              <w:t>[Term]</w:t>
            </w:r>
          </w:p>
        </w:tc>
        <w:tc>
          <w:tcPr>
            <w:tcW w:type="dxa" w:w="1880"/>
            <w:vAlign w:val="center"/>
            <w:tcMar>
              <w:top w:w="85" w:type="dxa"/>
              <w:bottom w:w="85" w:type="dxa"/>
              <w:start w:w="115" w:type="dxa"/>
              <w:end w:w="115" w:type="dxa"/>
            </w:tcMar>
          </w:tcPr>
          <w:p>
            <w:pPr>
              <w:spacing w:after="0"/>
            </w:pPr>
            <w:r>
              <w:rPr>
                <w:sz w:val="18"/>
              </w:rPr>
              <w:t>[…]</w:t>
            </w:r>
          </w:p>
        </w:tc>
      </w:tr>
      <w:tr>
        <w:trPr>
          <w:cantSplit/>
        </w:trPr>
        <w:tc>
          <w:tcPr>
            <w:tcW w:type="dxa" w:w="2800"/>
            <w:vAlign w:val="center"/>
            <w:tcMar>
              <w:top w:w="85" w:type="dxa"/>
              <w:bottom w:w="85" w:type="dxa"/>
              <w:start w:w="115" w:type="dxa"/>
              <w:end w:w="115" w:type="dxa"/>
            </w:tcMar>
          </w:tcPr>
          <w:p>
            <w:pPr>
              <w:spacing w:after="0"/>
            </w:pPr>
            <w:r>
              <w:rPr>
                <w:sz w:val="18"/>
              </w:rPr>
              <w:t>[Term]</w:t>
            </w:r>
          </w:p>
        </w:tc>
        <w:tc>
          <w:tcPr>
            <w:tcW w:type="dxa" w:w="1880"/>
            <w:vAlign w:val="center"/>
            <w:tcMar>
              <w:top w:w="85" w:type="dxa"/>
              <w:bottom w:w="85" w:type="dxa"/>
              <w:start w:w="115" w:type="dxa"/>
              <w:end w:w="115" w:type="dxa"/>
            </w:tcMar>
          </w:tcPr>
          <w:p>
            <w:pPr>
              <w:spacing w:after="0"/>
            </w:pPr>
            <w:r>
              <w:rPr>
                <w:sz w:val="18"/>
              </w:rPr>
              <w:t>[…]</w:t>
            </w:r>
          </w:p>
        </w:tc>
        <w:tc>
          <w:tcPr>
            <w:tcW w:type="dxa" w:w="2800"/>
            <w:vAlign w:val="center"/>
            <w:tcMar>
              <w:top w:w="85" w:type="dxa"/>
              <w:bottom w:w="85" w:type="dxa"/>
              <w:start w:w="115" w:type="dxa"/>
              <w:end w:w="115" w:type="dxa"/>
            </w:tcMar>
          </w:tcPr>
          <w:p>
            <w:pPr>
              <w:spacing w:after="0"/>
            </w:pPr>
            <w:r>
              <w:rPr>
                <w:sz w:val="18"/>
              </w:rPr>
              <w:t>[Term]</w:t>
            </w:r>
          </w:p>
        </w:tc>
        <w:tc>
          <w:tcPr>
            <w:tcW w:type="dxa" w:w="1880"/>
            <w:vAlign w:val="center"/>
            <w:tcMar>
              <w:top w:w="85" w:type="dxa"/>
              <w:bottom w:w="85" w:type="dxa"/>
              <w:start w:w="115" w:type="dxa"/>
              <w:end w:w="115" w:type="dxa"/>
            </w:tcMar>
          </w:tcPr>
          <w:p>
            <w:pPr>
              <w:spacing w:after="0"/>
            </w:pPr>
            <w:r>
              <w:rPr>
                <w:sz w:val="18"/>
              </w:rPr>
              <w:t>[…]</w:t>
            </w:r>
          </w:p>
        </w:tc>
      </w:tr>
      <w:tr>
        <w:trPr>
          <w:cantSplit/>
        </w:trPr>
        <w:tc>
          <w:tcPr>
            <w:tcW w:type="dxa" w:w="2800"/>
            <w:vAlign w:val="center"/>
            <w:tcMar>
              <w:top w:w="85" w:type="dxa"/>
              <w:bottom w:w="85" w:type="dxa"/>
              <w:start w:w="115" w:type="dxa"/>
              <w:end w:w="115" w:type="dxa"/>
            </w:tcMar>
          </w:tcPr>
          <w:p>
            <w:pPr>
              <w:spacing w:after="0"/>
            </w:pPr>
            <w:r>
              <w:rPr>
                <w:sz w:val="18"/>
              </w:rPr>
              <w:t>[Term]</w:t>
            </w:r>
          </w:p>
        </w:tc>
        <w:tc>
          <w:tcPr>
            <w:tcW w:type="dxa" w:w="1880"/>
            <w:vAlign w:val="center"/>
            <w:tcMar>
              <w:top w:w="85" w:type="dxa"/>
              <w:bottom w:w="85" w:type="dxa"/>
              <w:start w:w="115" w:type="dxa"/>
              <w:end w:w="115" w:type="dxa"/>
            </w:tcMar>
          </w:tcPr>
          <w:p>
            <w:pPr>
              <w:spacing w:after="0"/>
            </w:pPr>
            <w:r>
              <w:rPr>
                <w:sz w:val="18"/>
              </w:rPr>
              <w:t>[…]</w:t>
            </w:r>
          </w:p>
        </w:tc>
        <w:tc>
          <w:tcPr>
            <w:tcW w:type="dxa" w:w="2800"/>
            <w:vAlign w:val="center"/>
            <w:tcMar>
              <w:top w:w="85" w:type="dxa"/>
              <w:bottom w:w="85" w:type="dxa"/>
              <w:start w:w="115" w:type="dxa"/>
              <w:end w:w="115" w:type="dxa"/>
            </w:tcMar>
          </w:tcPr>
          <w:p>
            <w:pPr>
              <w:spacing w:after="0"/>
            </w:pPr>
            <w:r>
              <w:rPr>
                <w:sz w:val="18"/>
              </w:rPr>
              <w:t>[Term]</w:t>
            </w:r>
          </w:p>
        </w:tc>
        <w:tc>
          <w:tcPr>
            <w:tcW w:type="dxa" w:w="1880"/>
            <w:vAlign w:val="center"/>
            <w:tcMar>
              <w:top w:w="85" w:type="dxa"/>
              <w:bottom w:w="85" w:type="dxa"/>
              <w:start w:w="115" w:type="dxa"/>
              <w:end w:w="115" w:type="dxa"/>
            </w:tcMar>
          </w:tcPr>
          <w:p>
            <w:pPr>
              <w:spacing w:after="0"/>
            </w:pPr>
            <w:r>
              <w:rPr>
                <w:sz w:val="18"/>
              </w:rPr>
              <w:t>[…]</w:t>
            </w:r>
          </w:p>
        </w:tc>
      </w:tr>
    </w:tbl>
    <w:p>
      <w:pPr>
        <w:spacing w:after="0"/>
      </w:pPr>
    </w:p>
    <w:p>
      <w:r>
        <w:br w:type="page"/>
      </w:r>
    </w:p>
    <w:p>
      <w:pPr>
        <w:pStyle w:val="RouteLabel"/>
        <w:ind w:left="115" w:right="115"/>
        <w:shd w:fill="927032"/>
      </w:pPr>
      <w:r>
        <w:t>VERDIEPING · Illustratieverantwoording; verwijderen als niet gekozen</w:t>
      </w:r>
    </w:p>
    <w:p>
      <w:pPr>
        <w:pStyle w:val="Heading1"/>
      </w:pPr>
      <w:r>
        <w:t>Illustratieverantwoording</w:t>
      </w:r>
    </w:p>
    <w:tbl>
      <w:tblPr>
        <w:tblStyle w:val="TableGrid"/>
        <w:tblW w:type="dxa" w:w="9360"/>
        <w:jc w:val="left"/>
        <w:tblLayout w:type="fixed"/>
        <w:tblLook w:firstColumn="1" w:firstRow="1" w:lastColumn="0" w:lastRow="0" w:noHBand="0" w:noVBand="1" w:val="04A0"/>
        <w:tblInd w:w="120" w:type="dxa"/>
      </w:tblPr>
      <w:tblGrid>
        <w:gridCol w:w="1800"/>
        <w:gridCol w:w="2200"/>
        <w:gridCol w:w="2300"/>
        <w:gridCol w:w="2200"/>
        <w:gridCol w:w="860"/>
      </w:tblGrid>
      <w:tr>
        <w:trPr>
          <w:tblHeader w:val="true"/>
          <w:cantSplit/>
        </w:trPr>
        <w:tc>
          <w:tcPr>
            <w:tcW w:type="dxa" w:w="1800"/>
            <w:shd w:fill="274F64"/>
            <w:vAlign w:val="center"/>
            <w:tcMar>
              <w:top w:w="85" w:type="dxa"/>
              <w:bottom w:w="85" w:type="dxa"/>
              <w:start w:w="115" w:type="dxa"/>
              <w:end w:w="115" w:type="dxa"/>
            </w:tcMar>
          </w:tcPr>
          <w:p>
            <w:r>
              <w:rPr>
                <w:b/>
                <w:color w:val="FFFFFF"/>
                <w:sz w:val="16"/>
              </w:rPr>
              <w:t>Afbeelding</w:t>
            </w:r>
          </w:p>
        </w:tc>
        <w:tc>
          <w:tcPr>
            <w:tcW w:type="dxa" w:w="2200"/>
            <w:shd w:fill="274F64"/>
            <w:vAlign w:val="center"/>
            <w:tcMar>
              <w:top w:w="85" w:type="dxa"/>
              <w:bottom w:w="85" w:type="dxa"/>
              <w:start w:w="115" w:type="dxa"/>
              <w:end w:w="115" w:type="dxa"/>
            </w:tcMar>
          </w:tcPr>
          <w:p>
            <w:r>
              <w:rPr>
                <w:b/>
                <w:color w:val="FFFFFF"/>
                <w:sz w:val="16"/>
              </w:rPr>
              <w:t>Maker/bron</w:t>
            </w:r>
          </w:p>
        </w:tc>
        <w:tc>
          <w:tcPr>
            <w:tcW w:type="dxa" w:w="2300"/>
            <w:shd w:fill="274F64"/>
            <w:vAlign w:val="center"/>
            <w:tcMar>
              <w:top w:w="85" w:type="dxa"/>
              <w:bottom w:w="85" w:type="dxa"/>
              <w:start w:w="115" w:type="dxa"/>
              <w:end w:w="115" w:type="dxa"/>
            </w:tcMar>
          </w:tcPr>
          <w:p>
            <w:r>
              <w:rPr>
                <w:b/>
                <w:color w:val="FFFFFF"/>
                <w:sz w:val="16"/>
              </w:rPr>
              <w:t>Licentie/toestemming</w:t>
            </w:r>
          </w:p>
        </w:tc>
        <w:tc>
          <w:tcPr>
            <w:tcW w:type="dxa" w:w="2200"/>
            <w:shd w:fill="274F64"/>
            <w:vAlign w:val="center"/>
            <w:tcMar>
              <w:top w:w="85" w:type="dxa"/>
              <w:bottom w:w="85" w:type="dxa"/>
              <w:start w:w="115" w:type="dxa"/>
              <w:end w:w="115" w:type="dxa"/>
            </w:tcMar>
          </w:tcPr>
          <w:p>
            <w:r>
              <w:rPr>
                <w:b/>
                <w:color w:val="FFFFFF"/>
                <w:sz w:val="16"/>
              </w:rPr>
              <w:t>Naamsvermelding</w:t>
            </w:r>
          </w:p>
        </w:tc>
        <w:tc>
          <w:tcPr>
            <w:tcW w:type="dxa" w:w="860"/>
            <w:shd w:fill="274F64"/>
            <w:vAlign w:val="center"/>
            <w:tcMar>
              <w:top w:w="85" w:type="dxa"/>
              <w:bottom w:w="85" w:type="dxa"/>
              <w:start w:w="115" w:type="dxa"/>
              <w:end w:w="115" w:type="dxa"/>
            </w:tcMar>
          </w:tcPr>
          <w:p>
            <w:r>
              <w:rPr>
                <w:b/>
                <w:color w:val="FFFFFF"/>
                <w:sz w:val="16"/>
              </w:rPr>
              <w:t>Pagina</w:t>
            </w:r>
          </w:p>
        </w:tc>
      </w:tr>
      <w:tr>
        <w:trPr>
          <w:cantSplit/>
        </w:trPr>
        <w:tc>
          <w:tcPr>
            <w:tcW w:type="dxa" w:w="1800"/>
            <w:vAlign w:val="center"/>
            <w:tcMar>
              <w:top w:w="85" w:type="dxa"/>
              <w:bottom w:w="85" w:type="dxa"/>
              <w:start w:w="115" w:type="dxa"/>
              <w:end w:w="115" w:type="dxa"/>
            </w:tcMar>
          </w:tcPr>
          <w:p>
            <w:pPr>
              <w:spacing w:after="0"/>
            </w:pPr>
            <w:r>
              <w:rPr>
                <w:sz w:val="16"/>
              </w:rPr>
              <w:t>[Omschrijving]</w:t>
            </w:r>
          </w:p>
        </w:tc>
        <w:tc>
          <w:tcPr>
            <w:tcW w:type="dxa" w:w="2200"/>
            <w:vAlign w:val="center"/>
            <w:tcMar>
              <w:top w:w="85" w:type="dxa"/>
              <w:bottom w:w="85" w:type="dxa"/>
              <w:start w:w="115" w:type="dxa"/>
              <w:end w:w="115" w:type="dxa"/>
            </w:tcMar>
          </w:tcPr>
          <w:p>
            <w:pPr>
              <w:spacing w:after="0"/>
            </w:pPr>
            <w:r>
              <w:rPr>
                <w:sz w:val="16"/>
              </w:rPr>
              <w:t>[Maker/bron]</w:t>
            </w:r>
          </w:p>
        </w:tc>
        <w:tc>
          <w:tcPr>
            <w:tcW w:type="dxa" w:w="2300"/>
            <w:vAlign w:val="center"/>
            <w:tcMar>
              <w:top w:w="85" w:type="dxa"/>
              <w:bottom w:w="85" w:type="dxa"/>
              <w:start w:w="115" w:type="dxa"/>
              <w:end w:w="115" w:type="dxa"/>
            </w:tcMar>
          </w:tcPr>
          <w:p>
            <w:pPr>
              <w:spacing w:after="0"/>
            </w:pPr>
            <w:r>
              <w:rPr>
                <w:sz w:val="16"/>
              </w:rPr>
              <w:t>[Voorwaarde]</w:t>
            </w:r>
          </w:p>
        </w:tc>
        <w:tc>
          <w:tcPr>
            <w:tcW w:type="dxa" w:w="2200"/>
            <w:vAlign w:val="center"/>
            <w:tcMar>
              <w:top w:w="85" w:type="dxa"/>
              <w:bottom w:w="85" w:type="dxa"/>
              <w:start w:w="115" w:type="dxa"/>
              <w:end w:w="115" w:type="dxa"/>
            </w:tcMar>
          </w:tcPr>
          <w:p>
            <w:pPr>
              <w:spacing w:after="0"/>
            </w:pPr>
            <w:r>
              <w:rPr>
                <w:sz w:val="16"/>
              </w:rPr>
              <w:t>[Vermelding]</w:t>
            </w:r>
          </w:p>
        </w:tc>
        <w:tc>
          <w:tcPr>
            <w:tcW w:type="dxa" w:w="860"/>
            <w:vAlign w:val="center"/>
            <w:tcMar>
              <w:top w:w="85" w:type="dxa"/>
              <w:bottom w:w="85" w:type="dxa"/>
              <w:start w:w="115" w:type="dxa"/>
              <w:end w:w="115" w:type="dxa"/>
            </w:tcMar>
          </w:tcPr>
          <w:p>
            <w:pPr>
              <w:spacing w:after="0"/>
            </w:pPr>
            <w:r>
              <w:rPr>
                <w:sz w:val="16"/>
              </w:rPr>
              <w:t>[…]</w:t>
            </w:r>
          </w:p>
        </w:tc>
      </w:tr>
      <w:tr>
        <w:trPr>
          <w:cantSplit/>
        </w:trPr>
        <w:tc>
          <w:tcPr>
            <w:tcW w:type="dxa" w:w="1800"/>
            <w:vAlign w:val="center"/>
            <w:tcMar>
              <w:top w:w="85" w:type="dxa"/>
              <w:bottom w:w="85" w:type="dxa"/>
              <w:start w:w="115" w:type="dxa"/>
              <w:end w:w="115" w:type="dxa"/>
            </w:tcMar>
          </w:tcPr>
          <w:p>
            <w:pPr>
              <w:spacing w:after="0"/>
            </w:pPr>
            <w:r>
              <w:rPr>
                <w:sz w:val="16"/>
              </w:rPr>
              <w:t>[Omschrijving]</w:t>
            </w:r>
          </w:p>
        </w:tc>
        <w:tc>
          <w:tcPr>
            <w:tcW w:type="dxa" w:w="2200"/>
            <w:vAlign w:val="center"/>
            <w:tcMar>
              <w:top w:w="85" w:type="dxa"/>
              <w:bottom w:w="85" w:type="dxa"/>
              <w:start w:w="115" w:type="dxa"/>
              <w:end w:w="115" w:type="dxa"/>
            </w:tcMar>
          </w:tcPr>
          <w:p>
            <w:pPr>
              <w:spacing w:after="0"/>
            </w:pPr>
            <w:r>
              <w:rPr>
                <w:sz w:val="16"/>
              </w:rPr>
              <w:t>[Maker/bron]</w:t>
            </w:r>
          </w:p>
        </w:tc>
        <w:tc>
          <w:tcPr>
            <w:tcW w:type="dxa" w:w="2300"/>
            <w:vAlign w:val="center"/>
            <w:tcMar>
              <w:top w:w="85" w:type="dxa"/>
              <w:bottom w:w="85" w:type="dxa"/>
              <w:start w:w="115" w:type="dxa"/>
              <w:end w:w="115" w:type="dxa"/>
            </w:tcMar>
          </w:tcPr>
          <w:p>
            <w:pPr>
              <w:spacing w:after="0"/>
            </w:pPr>
            <w:r>
              <w:rPr>
                <w:sz w:val="16"/>
              </w:rPr>
              <w:t>[Voorwaarde]</w:t>
            </w:r>
          </w:p>
        </w:tc>
        <w:tc>
          <w:tcPr>
            <w:tcW w:type="dxa" w:w="2200"/>
            <w:vAlign w:val="center"/>
            <w:tcMar>
              <w:top w:w="85" w:type="dxa"/>
              <w:bottom w:w="85" w:type="dxa"/>
              <w:start w:w="115" w:type="dxa"/>
              <w:end w:w="115" w:type="dxa"/>
            </w:tcMar>
          </w:tcPr>
          <w:p>
            <w:pPr>
              <w:spacing w:after="0"/>
            </w:pPr>
            <w:r>
              <w:rPr>
                <w:sz w:val="16"/>
              </w:rPr>
              <w:t>[Vermelding]</w:t>
            </w:r>
          </w:p>
        </w:tc>
        <w:tc>
          <w:tcPr>
            <w:tcW w:type="dxa" w:w="860"/>
            <w:vAlign w:val="center"/>
            <w:tcMar>
              <w:top w:w="85" w:type="dxa"/>
              <w:bottom w:w="85" w:type="dxa"/>
              <w:start w:w="115" w:type="dxa"/>
              <w:end w:w="115" w:type="dxa"/>
            </w:tcMar>
          </w:tcPr>
          <w:p>
            <w:pPr>
              <w:spacing w:after="0"/>
            </w:pPr>
            <w:r>
              <w:rPr>
                <w:sz w:val="16"/>
              </w:rPr>
              <w:t>[…]</w:t>
            </w:r>
          </w:p>
        </w:tc>
      </w:tr>
      <w:tr>
        <w:trPr>
          <w:cantSplit/>
        </w:trPr>
        <w:tc>
          <w:tcPr>
            <w:tcW w:type="dxa" w:w="1800"/>
            <w:vAlign w:val="center"/>
            <w:tcMar>
              <w:top w:w="85" w:type="dxa"/>
              <w:bottom w:w="85" w:type="dxa"/>
              <w:start w:w="115" w:type="dxa"/>
              <w:end w:w="115" w:type="dxa"/>
            </w:tcMar>
          </w:tcPr>
          <w:p>
            <w:pPr>
              <w:spacing w:after="0"/>
            </w:pPr>
            <w:r>
              <w:rPr>
                <w:sz w:val="16"/>
              </w:rPr>
              <w:t>[Omschrijving]</w:t>
            </w:r>
          </w:p>
        </w:tc>
        <w:tc>
          <w:tcPr>
            <w:tcW w:type="dxa" w:w="2200"/>
            <w:vAlign w:val="center"/>
            <w:tcMar>
              <w:top w:w="85" w:type="dxa"/>
              <w:bottom w:w="85" w:type="dxa"/>
              <w:start w:w="115" w:type="dxa"/>
              <w:end w:w="115" w:type="dxa"/>
            </w:tcMar>
          </w:tcPr>
          <w:p>
            <w:pPr>
              <w:spacing w:after="0"/>
            </w:pPr>
            <w:r>
              <w:rPr>
                <w:sz w:val="16"/>
              </w:rPr>
              <w:t>[Maker/bron]</w:t>
            </w:r>
          </w:p>
        </w:tc>
        <w:tc>
          <w:tcPr>
            <w:tcW w:type="dxa" w:w="2300"/>
            <w:vAlign w:val="center"/>
            <w:tcMar>
              <w:top w:w="85" w:type="dxa"/>
              <w:bottom w:w="85" w:type="dxa"/>
              <w:start w:w="115" w:type="dxa"/>
              <w:end w:w="115" w:type="dxa"/>
            </w:tcMar>
          </w:tcPr>
          <w:p>
            <w:pPr>
              <w:spacing w:after="0"/>
            </w:pPr>
            <w:r>
              <w:rPr>
                <w:sz w:val="16"/>
              </w:rPr>
              <w:t>[Voorwaarde]</w:t>
            </w:r>
          </w:p>
        </w:tc>
        <w:tc>
          <w:tcPr>
            <w:tcW w:type="dxa" w:w="2200"/>
            <w:vAlign w:val="center"/>
            <w:tcMar>
              <w:top w:w="85" w:type="dxa"/>
              <w:bottom w:w="85" w:type="dxa"/>
              <w:start w:w="115" w:type="dxa"/>
              <w:end w:w="115" w:type="dxa"/>
            </w:tcMar>
          </w:tcPr>
          <w:p>
            <w:pPr>
              <w:spacing w:after="0"/>
            </w:pPr>
            <w:r>
              <w:rPr>
                <w:sz w:val="16"/>
              </w:rPr>
              <w:t>[Vermelding]</w:t>
            </w:r>
          </w:p>
        </w:tc>
        <w:tc>
          <w:tcPr>
            <w:tcW w:type="dxa" w:w="860"/>
            <w:vAlign w:val="center"/>
            <w:tcMar>
              <w:top w:w="85" w:type="dxa"/>
              <w:bottom w:w="85" w:type="dxa"/>
              <w:start w:w="115" w:type="dxa"/>
              <w:end w:w="115" w:type="dxa"/>
            </w:tcMar>
          </w:tcPr>
          <w:p>
            <w:pPr>
              <w:spacing w:after="0"/>
            </w:pPr>
            <w:r>
              <w:rPr>
                <w:sz w:val="16"/>
              </w:rPr>
              <w:t>[…]</w:t>
            </w:r>
          </w:p>
        </w:tc>
      </w:tr>
      <w:tr>
        <w:trPr>
          <w:cantSplit/>
        </w:trPr>
        <w:tc>
          <w:tcPr>
            <w:tcW w:type="dxa" w:w="1800"/>
            <w:vAlign w:val="center"/>
            <w:tcMar>
              <w:top w:w="85" w:type="dxa"/>
              <w:bottom w:w="85" w:type="dxa"/>
              <w:start w:w="115" w:type="dxa"/>
              <w:end w:w="115" w:type="dxa"/>
            </w:tcMar>
          </w:tcPr>
          <w:p>
            <w:pPr>
              <w:spacing w:after="0"/>
            </w:pPr>
            <w:r>
              <w:rPr>
                <w:sz w:val="16"/>
              </w:rPr>
              <w:t>[Omschrijving]</w:t>
            </w:r>
          </w:p>
        </w:tc>
        <w:tc>
          <w:tcPr>
            <w:tcW w:type="dxa" w:w="2200"/>
            <w:vAlign w:val="center"/>
            <w:tcMar>
              <w:top w:w="85" w:type="dxa"/>
              <w:bottom w:w="85" w:type="dxa"/>
              <w:start w:w="115" w:type="dxa"/>
              <w:end w:w="115" w:type="dxa"/>
            </w:tcMar>
          </w:tcPr>
          <w:p>
            <w:pPr>
              <w:spacing w:after="0"/>
            </w:pPr>
            <w:r>
              <w:rPr>
                <w:sz w:val="16"/>
              </w:rPr>
              <w:t>[Maker/bron]</w:t>
            </w:r>
          </w:p>
        </w:tc>
        <w:tc>
          <w:tcPr>
            <w:tcW w:type="dxa" w:w="2300"/>
            <w:vAlign w:val="center"/>
            <w:tcMar>
              <w:top w:w="85" w:type="dxa"/>
              <w:bottom w:w="85" w:type="dxa"/>
              <w:start w:w="115" w:type="dxa"/>
              <w:end w:w="115" w:type="dxa"/>
            </w:tcMar>
          </w:tcPr>
          <w:p>
            <w:pPr>
              <w:spacing w:after="0"/>
            </w:pPr>
            <w:r>
              <w:rPr>
                <w:sz w:val="16"/>
              </w:rPr>
              <w:t>[Voorwaarde]</w:t>
            </w:r>
          </w:p>
        </w:tc>
        <w:tc>
          <w:tcPr>
            <w:tcW w:type="dxa" w:w="2200"/>
            <w:vAlign w:val="center"/>
            <w:tcMar>
              <w:top w:w="85" w:type="dxa"/>
              <w:bottom w:w="85" w:type="dxa"/>
              <w:start w:w="115" w:type="dxa"/>
              <w:end w:w="115" w:type="dxa"/>
            </w:tcMar>
          </w:tcPr>
          <w:p>
            <w:pPr>
              <w:spacing w:after="0"/>
            </w:pPr>
            <w:r>
              <w:rPr>
                <w:sz w:val="16"/>
              </w:rPr>
              <w:t>[Vermelding]</w:t>
            </w:r>
          </w:p>
        </w:tc>
        <w:tc>
          <w:tcPr>
            <w:tcW w:type="dxa" w:w="860"/>
            <w:vAlign w:val="center"/>
            <w:tcMar>
              <w:top w:w="85" w:type="dxa"/>
              <w:bottom w:w="85" w:type="dxa"/>
              <w:start w:w="115" w:type="dxa"/>
              <w:end w:w="115" w:type="dxa"/>
            </w:tcMar>
          </w:tcPr>
          <w:p>
            <w:pPr>
              <w:spacing w:after="0"/>
            </w:pPr>
            <w:r>
              <w:rPr>
                <w:sz w:val="16"/>
              </w:rPr>
              <w:t>[…]</w:t>
            </w:r>
          </w:p>
        </w:tc>
      </w:tr>
      <w:tr>
        <w:trPr>
          <w:cantSplit/>
        </w:trPr>
        <w:tc>
          <w:tcPr>
            <w:tcW w:type="dxa" w:w="1800"/>
            <w:vAlign w:val="center"/>
            <w:tcMar>
              <w:top w:w="85" w:type="dxa"/>
              <w:bottom w:w="85" w:type="dxa"/>
              <w:start w:w="115" w:type="dxa"/>
              <w:end w:w="115" w:type="dxa"/>
            </w:tcMar>
          </w:tcPr>
          <w:p>
            <w:pPr>
              <w:spacing w:after="0"/>
            </w:pPr>
            <w:r>
              <w:rPr>
                <w:sz w:val="16"/>
              </w:rPr>
              <w:t>[Omschrijving]</w:t>
            </w:r>
          </w:p>
        </w:tc>
        <w:tc>
          <w:tcPr>
            <w:tcW w:type="dxa" w:w="2200"/>
            <w:vAlign w:val="center"/>
            <w:tcMar>
              <w:top w:w="85" w:type="dxa"/>
              <w:bottom w:w="85" w:type="dxa"/>
              <w:start w:w="115" w:type="dxa"/>
              <w:end w:w="115" w:type="dxa"/>
            </w:tcMar>
          </w:tcPr>
          <w:p>
            <w:pPr>
              <w:spacing w:after="0"/>
            </w:pPr>
            <w:r>
              <w:rPr>
                <w:sz w:val="16"/>
              </w:rPr>
              <w:t>[Maker/bron]</w:t>
            </w:r>
          </w:p>
        </w:tc>
        <w:tc>
          <w:tcPr>
            <w:tcW w:type="dxa" w:w="2300"/>
            <w:vAlign w:val="center"/>
            <w:tcMar>
              <w:top w:w="85" w:type="dxa"/>
              <w:bottom w:w="85" w:type="dxa"/>
              <w:start w:w="115" w:type="dxa"/>
              <w:end w:w="115" w:type="dxa"/>
            </w:tcMar>
          </w:tcPr>
          <w:p>
            <w:pPr>
              <w:spacing w:after="0"/>
            </w:pPr>
            <w:r>
              <w:rPr>
                <w:sz w:val="16"/>
              </w:rPr>
              <w:t>[Voorwaarde]</w:t>
            </w:r>
          </w:p>
        </w:tc>
        <w:tc>
          <w:tcPr>
            <w:tcW w:type="dxa" w:w="2200"/>
            <w:vAlign w:val="center"/>
            <w:tcMar>
              <w:top w:w="85" w:type="dxa"/>
              <w:bottom w:w="85" w:type="dxa"/>
              <w:start w:w="115" w:type="dxa"/>
              <w:end w:w="115" w:type="dxa"/>
            </w:tcMar>
          </w:tcPr>
          <w:p>
            <w:pPr>
              <w:spacing w:after="0"/>
            </w:pPr>
            <w:r>
              <w:rPr>
                <w:sz w:val="16"/>
              </w:rPr>
              <w:t>[Vermelding]</w:t>
            </w:r>
          </w:p>
        </w:tc>
        <w:tc>
          <w:tcPr>
            <w:tcW w:type="dxa" w:w="860"/>
            <w:vAlign w:val="center"/>
            <w:tcMar>
              <w:top w:w="85" w:type="dxa"/>
              <w:bottom w:w="85" w:type="dxa"/>
              <w:start w:w="115" w:type="dxa"/>
              <w:end w:w="115" w:type="dxa"/>
            </w:tcMar>
          </w:tcPr>
          <w:p>
            <w:pPr>
              <w:spacing w:after="0"/>
            </w:pPr>
            <w:r>
              <w:rPr>
                <w:sz w:val="16"/>
              </w:rPr>
              <w:t>[…]</w:t>
            </w:r>
          </w:p>
        </w:tc>
      </w:tr>
      <w:tr>
        <w:trPr>
          <w:cantSplit/>
        </w:trPr>
        <w:tc>
          <w:tcPr>
            <w:tcW w:type="dxa" w:w="1800"/>
            <w:vAlign w:val="center"/>
            <w:tcMar>
              <w:top w:w="85" w:type="dxa"/>
              <w:bottom w:w="85" w:type="dxa"/>
              <w:start w:w="115" w:type="dxa"/>
              <w:end w:w="115" w:type="dxa"/>
            </w:tcMar>
          </w:tcPr>
          <w:p>
            <w:pPr>
              <w:spacing w:after="0"/>
            </w:pPr>
            <w:r>
              <w:rPr>
                <w:sz w:val="16"/>
              </w:rPr>
              <w:t>[Omschrijving]</w:t>
            </w:r>
          </w:p>
        </w:tc>
        <w:tc>
          <w:tcPr>
            <w:tcW w:type="dxa" w:w="2200"/>
            <w:vAlign w:val="center"/>
            <w:tcMar>
              <w:top w:w="85" w:type="dxa"/>
              <w:bottom w:w="85" w:type="dxa"/>
              <w:start w:w="115" w:type="dxa"/>
              <w:end w:w="115" w:type="dxa"/>
            </w:tcMar>
          </w:tcPr>
          <w:p>
            <w:pPr>
              <w:spacing w:after="0"/>
            </w:pPr>
            <w:r>
              <w:rPr>
                <w:sz w:val="16"/>
              </w:rPr>
              <w:t>[Maker/bron]</w:t>
            </w:r>
          </w:p>
        </w:tc>
        <w:tc>
          <w:tcPr>
            <w:tcW w:type="dxa" w:w="2300"/>
            <w:vAlign w:val="center"/>
            <w:tcMar>
              <w:top w:w="85" w:type="dxa"/>
              <w:bottom w:w="85" w:type="dxa"/>
              <w:start w:w="115" w:type="dxa"/>
              <w:end w:w="115" w:type="dxa"/>
            </w:tcMar>
          </w:tcPr>
          <w:p>
            <w:pPr>
              <w:spacing w:after="0"/>
            </w:pPr>
            <w:r>
              <w:rPr>
                <w:sz w:val="16"/>
              </w:rPr>
              <w:t>[Voorwaarde]</w:t>
            </w:r>
          </w:p>
        </w:tc>
        <w:tc>
          <w:tcPr>
            <w:tcW w:type="dxa" w:w="2200"/>
            <w:vAlign w:val="center"/>
            <w:tcMar>
              <w:top w:w="85" w:type="dxa"/>
              <w:bottom w:w="85" w:type="dxa"/>
              <w:start w:w="115" w:type="dxa"/>
              <w:end w:w="115" w:type="dxa"/>
            </w:tcMar>
          </w:tcPr>
          <w:p>
            <w:pPr>
              <w:spacing w:after="0"/>
            </w:pPr>
            <w:r>
              <w:rPr>
                <w:sz w:val="16"/>
              </w:rPr>
              <w:t>[Vermelding]</w:t>
            </w:r>
          </w:p>
        </w:tc>
        <w:tc>
          <w:tcPr>
            <w:tcW w:type="dxa" w:w="860"/>
            <w:vAlign w:val="center"/>
            <w:tcMar>
              <w:top w:w="85" w:type="dxa"/>
              <w:bottom w:w="85" w:type="dxa"/>
              <w:start w:w="115" w:type="dxa"/>
              <w:end w:w="115" w:type="dxa"/>
            </w:tcMar>
          </w:tcPr>
          <w:p>
            <w:pPr>
              <w:spacing w:after="0"/>
            </w:pPr>
            <w:r>
              <w:rPr>
                <w:sz w:val="16"/>
              </w:rPr>
              <w:t>[…]</w:t>
            </w:r>
          </w:p>
        </w:tc>
      </w:tr>
      <w:tr>
        <w:trPr>
          <w:cantSplit/>
        </w:trPr>
        <w:tc>
          <w:tcPr>
            <w:tcW w:type="dxa" w:w="1800"/>
            <w:vAlign w:val="center"/>
            <w:tcMar>
              <w:top w:w="85" w:type="dxa"/>
              <w:bottom w:w="85" w:type="dxa"/>
              <w:start w:w="115" w:type="dxa"/>
              <w:end w:w="115" w:type="dxa"/>
            </w:tcMar>
          </w:tcPr>
          <w:p>
            <w:pPr>
              <w:spacing w:after="0"/>
            </w:pPr>
            <w:r>
              <w:rPr>
                <w:sz w:val="16"/>
              </w:rPr>
              <w:t>[Omschrijving]</w:t>
            </w:r>
          </w:p>
        </w:tc>
        <w:tc>
          <w:tcPr>
            <w:tcW w:type="dxa" w:w="2200"/>
            <w:vAlign w:val="center"/>
            <w:tcMar>
              <w:top w:w="85" w:type="dxa"/>
              <w:bottom w:w="85" w:type="dxa"/>
              <w:start w:w="115" w:type="dxa"/>
              <w:end w:w="115" w:type="dxa"/>
            </w:tcMar>
          </w:tcPr>
          <w:p>
            <w:pPr>
              <w:spacing w:after="0"/>
            </w:pPr>
            <w:r>
              <w:rPr>
                <w:sz w:val="16"/>
              </w:rPr>
              <w:t>[Maker/bron]</w:t>
            </w:r>
          </w:p>
        </w:tc>
        <w:tc>
          <w:tcPr>
            <w:tcW w:type="dxa" w:w="2300"/>
            <w:vAlign w:val="center"/>
            <w:tcMar>
              <w:top w:w="85" w:type="dxa"/>
              <w:bottom w:w="85" w:type="dxa"/>
              <w:start w:w="115" w:type="dxa"/>
              <w:end w:w="115" w:type="dxa"/>
            </w:tcMar>
          </w:tcPr>
          <w:p>
            <w:pPr>
              <w:spacing w:after="0"/>
            </w:pPr>
            <w:r>
              <w:rPr>
                <w:sz w:val="16"/>
              </w:rPr>
              <w:t>[Voorwaarde]</w:t>
            </w:r>
          </w:p>
        </w:tc>
        <w:tc>
          <w:tcPr>
            <w:tcW w:type="dxa" w:w="2200"/>
            <w:vAlign w:val="center"/>
            <w:tcMar>
              <w:top w:w="85" w:type="dxa"/>
              <w:bottom w:w="85" w:type="dxa"/>
              <w:start w:w="115" w:type="dxa"/>
              <w:end w:w="115" w:type="dxa"/>
            </w:tcMar>
          </w:tcPr>
          <w:p>
            <w:pPr>
              <w:spacing w:after="0"/>
            </w:pPr>
            <w:r>
              <w:rPr>
                <w:sz w:val="16"/>
              </w:rPr>
              <w:t>[Vermelding]</w:t>
            </w:r>
          </w:p>
        </w:tc>
        <w:tc>
          <w:tcPr>
            <w:tcW w:type="dxa" w:w="860"/>
            <w:vAlign w:val="center"/>
            <w:tcMar>
              <w:top w:w="85" w:type="dxa"/>
              <w:bottom w:w="85" w:type="dxa"/>
              <w:start w:w="115" w:type="dxa"/>
              <w:end w:w="115" w:type="dxa"/>
            </w:tcMar>
          </w:tcPr>
          <w:p>
            <w:pPr>
              <w:spacing w:after="0"/>
            </w:pPr>
            <w:r>
              <w:rPr>
                <w:sz w:val="16"/>
              </w:rPr>
              <w:t>[…]</w:t>
            </w:r>
          </w:p>
        </w:tc>
      </w:tr>
    </w:tbl>
    <w:p>
      <w:pPr>
        <w:spacing w:after="0"/>
      </w:pPr>
    </w:p>
    <w:p>
      <w:pPr>
        <w:pStyle w:val="RouteLabel"/>
        <w:ind w:left="115" w:right="115"/>
        <w:shd w:fill="274F64"/>
      </w:pPr>
      <w:r>
        <w:t>BASIS · Colofon</w:t>
      </w:r>
    </w:p>
    <w:p>
      <w:pPr>
        <w:pStyle w:val="Heading1"/>
      </w:pPr>
      <w:r>
        <w:t>Colofon</w:t>
      </w:r>
    </w:p>
    <w:tbl>
      <w:tblPr>
        <w:tblStyle w:val="TableGrid"/>
        <w:tblW w:type="dxa" w:w="9360"/>
        <w:jc w:val="left"/>
        <w:tblLayout w:type="fixed"/>
        <w:tblLook w:firstColumn="1" w:firstRow="1" w:lastColumn="0" w:lastRow="0" w:noHBand="0" w:noVBand="1" w:val="04A0"/>
        <w:tblInd w:w="120" w:type="dxa"/>
      </w:tblPr>
      <w:tblGrid>
        <w:gridCol w:w="3000"/>
        <w:gridCol w:w="6360"/>
      </w:tblGrid>
      <w:tr>
        <w:trPr>
          <w:tblHeader w:val="true"/>
          <w:cantSplit/>
        </w:trPr>
        <w:tc>
          <w:tcPr>
            <w:tcW w:type="dxa" w:w="3000"/>
            <w:shd w:fill="274F64"/>
            <w:vAlign w:val="center"/>
            <w:tcMar>
              <w:top w:w="85" w:type="dxa"/>
              <w:bottom w:w="85" w:type="dxa"/>
              <w:start w:w="115" w:type="dxa"/>
              <w:end w:w="115" w:type="dxa"/>
            </w:tcMar>
          </w:tcPr>
          <w:p>
            <w:r>
              <w:rPr>
                <w:b/>
                <w:color w:val="FFFFFF"/>
                <w:sz w:val="18"/>
              </w:rPr>
              <w:t>Rol</w:t>
            </w:r>
          </w:p>
        </w:tc>
        <w:tc>
          <w:tcPr>
            <w:tcW w:type="dxa" w:w="6360"/>
            <w:shd w:fill="274F64"/>
            <w:vAlign w:val="center"/>
            <w:tcMar>
              <w:top w:w="85" w:type="dxa"/>
              <w:bottom w:w="85" w:type="dxa"/>
              <w:start w:w="115" w:type="dxa"/>
              <w:end w:w="115" w:type="dxa"/>
            </w:tcMar>
          </w:tcPr>
          <w:p>
            <w:r>
              <w:rPr>
                <w:b/>
                <w:color w:val="FFFFFF"/>
                <w:sz w:val="18"/>
              </w:rPr>
              <w:t>Naam/namen</w:t>
            </w:r>
          </w:p>
        </w:tc>
      </w:tr>
      <w:tr>
        <w:trPr>
          <w:cantSplit/>
        </w:trPr>
        <w:tc>
          <w:tcPr>
            <w:tcW w:type="dxa" w:w="3000"/>
            <w:vAlign w:val="center"/>
            <w:tcMar>
              <w:top w:w="85" w:type="dxa"/>
              <w:bottom w:w="85" w:type="dxa"/>
              <w:start w:w="115" w:type="dxa"/>
              <w:end w:w="115" w:type="dxa"/>
            </w:tcMar>
          </w:tcPr>
          <w:p>
            <w:pPr>
              <w:spacing w:after="0"/>
            </w:pPr>
            <w:r>
              <w:rPr>
                <w:sz w:val="18"/>
              </w:rPr>
              <w:t>Projectleiding</w:t>
            </w:r>
          </w:p>
        </w:tc>
        <w:tc>
          <w:tcPr>
            <w:tcW w:type="dxa" w:w="6360"/>
            <w:vAlign w:val="center"/>
            <w:tcMar>
              <w:top w:w="85" w:type="dxa"/>
              <w:bottom w:w="85" w:type="dxa"/>
              <w:start w:w="115" w:type="dxa"/>
              <w:end w:w="115" w:type="dxa"/>
            </w:tcMar>
          </w:tcPr>
          <w:p>
            <w:pPr>
              <w:spacing w:after="0"/>
            </w:pPr>
            <w:r>
              <w:rPr>
                <w:sz w:val="18"/>
              </w:rPr>
              <w:t>[…]</w:t>
            </w:r>
          </w:p>
        </w:tc>
      </w:tr>
      <w:tr>
        <w:trPr>
          <w:cantSplit/>
        </w:trPr>
        <w:tc>
          <w:tcPr>
            <w:tcW w:type="dxa" w:w="3000"/>
            <w:vAlign w:val="center"/>
            <w:tcMar>
              <w:top w:w="85" w:type="dxa"/>
              <w:bottom w:w="85" w:type="dxa"/>
              <w:start w:w="115" w:type="dxa"/>
              <w:end w:w="115" w:type="dxa"/>
            </w:tcMar>
          </w:tcPr>
          <w:p>
            <w:pPr>
              <w:spacing w:after="0"/>
            </w:pPr>
            <w:r>
              <w:rPr>
                <w:sz w:val="18"/>
              </w:rPr>
              <w:t>Onderzoek</w:t>
            </w:r>
          </w:p>
        </w:tc>
        <w:tc>
          <w:tcPr>
            <w:tcW w:type="dxa" w:w="6360"/>
            <w:vAlign w:val="center"/>
            <w:tcMar>
              <w:top w:w="85" w:type="dxa"/>
              <w:bottom w:w="85" w:type="dxa"/>
              <w:start w:w="115" w:type="dxa"/>
              <w:end w:w="115" w:type="dxa"/>
            </w:tcMar>
          </w:tcPr>
          <w:p>
            <w:pPr>
              <w:spacing w:after="0"/>
            </w:pPr>
            <w:r>
              <w:rPr>
                <w:sz w:val="18"/>
              </w:rPr>
              <w:t>[…]</w:t>
            </w:r>
          </w:p>
        </w:tc>
      </w:tr>
      <w:tr>
        <w:trPr>
          <w:cantSplit/>
        </w:trPr>
        <w:tc>
          <w:tcPr>
            <w:tcW w:type="dxa" w:w="3000"/>
            <w:vAlign w:val="center"/>
            <w:tcMar>
              <w:top w:w="85" w:type="dxa"/>
              <w:bottom w:w="85" w:type="dxa"/>
              <w:start w:w="115" w:type="dxa"/>
              <w:end w:w="115" w:type="dxa"/>
            </w:tcMar>
          </w:tcPr>
          <w:p>
            <w:pPr>
              <w:spacing w:after="0"/>
            </w:pPr>
            <w:r>
              <w:rPr>
                <w:sz w:val="18"/>
              </w:rPr>
              <w:t>Auteurs</w:t>
            </w:r>
          </w:p>
        </w:tc>
        <w:tc>
          <w:tcPr>
            <w:tcW w:type="dxa" w:w="6360"/>
            <w:vAlign w:val="center"/>
            <w:tcMar>
              <w:top w:w="85" w:type="dxa"/>
              <w:bottom w:w="85" w:type="dxa"/>
              <w:start w:w="115" w:type="dxa"/>
              <w:end w:w="115" w:type="dxa"/>
            </w:tcMar>
          </w:tcPr>
          <w:p>
            <w:pPr>
              <w:spacing w:after="0"/>
            </w:pPr>
            <w:r>
              <w:rPr>
                <w:sz w:val="18"/>
              </w:rPr>
              <w:t>[…]</w:t>
            </w:r>
          </w:p>
        </w:tc>
      </w:tr>
      <w:tr>
        <w:trPr>
          <w:cantSplit/>
        </w:trPr>
        <w:tc>
          <w:tcPr>
            <w:tcW w:type="dxa" w:w="3000"/>
            <w:vAlign w:val="center"/>
            <w:tcMar>
              <w:top w:w="85" w:type="dxa"/>
              <w:bottom w:w="85" w:type="dxa"/>
              <w:start w:w="115" w:type="dxa"/>
              <w:end w:w="115" w:type="dxa"/>
            </w:tcMar>
          </w:tcPr>
          <w:p>
            <w:pPr>
              <w:spacing w:after="0"/>
            </w:pPr>
            <w:r>
              <w:rPr>
                <w:sz w:val="18"/>
              </w:rPr>
              <w:t>Redactie</w:t>
            </w:r>
          </w:p>
        </w:tc>
        <w:tc>
          <w:tcPr>
            <w:tcW w:type="dxa" w:w="6360"/>
            <w:vAlign w:val="center"/>
            <w:tcMar>
              <w:top w:w="85" w:type="dxa"/>
              <w:bottom w:w="85" w:type="dxa"/>
              <w:start w:w="115" w:type="dxa"/>
              <w:end w:w="115" w:type="dxa"/>
            </w:tcMar>
          </w:tcPr>
          <w:p>
            <w:pPr>
              <w:spacing w:after="0"/>
            </w:pPr>
            <w:r>
              <w:rPr>
                <w:sz w:val="18"/>
              </w:rPr>
              <w:t>[…]</w:t>
            </w:r>
          </w:p>
        </w:tc>
      </w:tr>
      <w:tr>
        <w:trPr>
          <w:cantSplit/>
        </w:trPr>
        <w:tc>
          <w:tcPr>
            <w:tcW w:type="dxa" w:w="3000"/>
            <w:vAlign w:val="center"/>
            <w:tcMar>
              <w:top w:w="85" w:type="dxa"/>
              <w:bottom w:w="85" w:type="dxa"/>
              <w:start w:w="115" w:type="dxa"/>
              <w:end w:w="115" w:type="dxa"/>
            </w:tcMar>
          </w:tcPr>
          <w:p>
            <w:pPr>
              <w:spacing w:after="0"/>
            </w:pPr>
            <w:r>
              <w:rPr>
                <w:sz w:val="18"/>
              </w:rPr>
              <w:t>Beeldredactie</w:t>
            </w:r>
          </w:p>
        </w:tc>
        <w:tc>
          <w:tcPr>
            <w:tcW w:type="dxa" w:w="6360"/>
            <w:vAlign w:val="center"/>
            <w:tcMar>
              <w:top w:w="85" w:type="dxa"/>
              <w:bottom w:w="85" w:type="dxa"/>
              <w:start w:w="115" w:type="dxa"/>
              <w:end w:w="115" w:type="dxa"/>
            </w:tcMar>
          </w:tcPr>
          <w:p>
            <w:pPr>
              <w:spacing w:after="0"/>
            </w:pPr>
            <w:r>
              <w:rPr>
                <w:sz w:val="18"/>
              </w:rPr>
              <w:t>[…]</w:t>
            </w:r>
          </w:p>
        </w:tc>
      </w:tr>
      <w:tr>
        <w:trPr>
          <w:cantSplit/>
        </w:trPr>
        <w:tc>
          <w:tcPr>
            <w:tcW w:type="dxa" w:w="3000"/>
            <w:vAlign w:val="center"/>
            <w:tcMar>
              <w:top w:w="85" w:type="dxa"/>
              <w:bottom w:w="85" w:type="dxa"/>
              <w:start w:w="115" w:type="dxa"/>
              <w:end w:w="115" w:type="dxa"/>
            </w:tcMar>
          </w:tcPr>
          <w:p>
            <w:pPr>
              <w:spacing w:after="0"/>
            </w:pPr>
            <w:r>
              <w:rPr>
                <w:sz w:val="18"/>
              </w:rPr>
              <w:t>Vormgeving</w:t>
            </w:r>
          </w:p>
        </w:tc>
        <w:tc>
          <w:tcPr>
            <w:tcW w:type="dxa" w:w="6360"/>
            <w:vAlign w:val="center"/>
            <w:tcMar>
              <w:top w:w="85" w:type="dxa"/>
              <w:bottom w:w="85" w:type="dxa"/>
              <w:start w:w="115" w:type="dxa"/>
              <w:end w:w="115" w:type="dxa"/>
            </w:tcMar>
          </w:tcPr>
          <w:p>
            <w:pPr>
              <w:spacing w:after="0"/>
            </w:pPr>
            <w:r>
              <w:rPr>
                <w:sz w:val="18"/>
              </w:rPr>
              <w:t>[…]</w:t>
            </w:r>
          </w:p>
        </w:tc>
      </w:tr>
      <w:tr>
        <w:trPr>
          <w:cantSplit/>
        </w:trPr>
        <w:tc>
          <w:tcPr>
            <w:tcW w:type="dxa" w:w="3000"/>
            <w:vAlign w:val="center"/>
            <w:tcMar>
              <w:top w:w="85" w:type="dxa"/>
              <w:bottom w:w="85" w:type="dxa"/>
              <w:start w:w="115" w:type="dxa"/>
              <w:end w:w="115" w:type="dxa"/>
            </w:tcMar>
          </w:tcPr>
          <w:p>
            <w:pPr>
              <w:spacing w:after="0"/>
            </w:pPr>
            <w:r>
              <w:rPr>
                <w:sz w:val="18"/>
              </w:rPr>
              <w:t>Correctie en controle</w:t>
            </w:r>
          </w:p>
        </w:tc>
        <w:tc>
          <w:tcPr>
            <w:tcW w:type="dxa" w:w="6360"/>
            <w:vAlign w:val="center"/>
            <w:tcMar>
              <w:top w:w="85" w:type="dxa"/>
              <w:bottom w:w="85" w:type="dxa"/>
              <w:start w:w="115" w:type="dxa"/>
              <w:end w:w="115" w:type="dxa"/>
            </w:tcMar>
          </w:tcPr>
          <w:p>
            <w:pPr>
              <w:spacing w:after="0"/>
            </w:pPr>
            <w:r>
              <w:rPr>
                <w:sz w:val="18"/>
              </w:rPr>
              <w:t>[…]</w:t>
            </w:r>
          </w:p>
        </w:tc>
      </w:tr>
      <w:tr>
        <w:trPr>
          <w:cantSplit/>
        </w:trPr>
        <w:tc>
          <w:tcPr>
            <w:tcW w:type="dxa" w:w="3000"/>
            <w:vAlign w:val="center"/>
            <w:tcMar>
              <w:top w:w="85" w:type="dxa"/>
              <w:bottom w:w="85" w:type="dxa"/>
              <w:start w:w="115" w:type="dxa"/>
              <w:end w:w="115" w:type="dxa"/>
            </w:tcMar>
          </w:tcPr>
          <w:p>
            <w:pPr>
              <w:spacing w:after="0"/>
            </w:pPr>
            <w:r>
              <w:rPr>
                <w:sz w:val="18"/>
              </w:rPr>
              <w:t>Productie</w:t>
            </w:r>
          </w:p>
        </w:tc>
        <w:tc>
          <w:tcPr>
            <w:tcW w:type="dxa" w:w="6360"/>
            <w:vAlign w:val="center"/>
            <w:tcMar>
              <w:top w:w="85" w:type="dxa"/>
              <w:bottom w:w="85" w:type="dxa"/>
              <w:start w:w="115" w:type="dxa"/>
              <w:end w:w="115" w:type="dxa"/>
            </w:tcMar>
          </w:tcPr>
          <w:p>
            <w:pPr>
              <w:spacing w:after="0"/>
            </w:pPr>
            <w:r>
              <w:rPr>
                <w:sz w:val="18"/>
              </w:rPr>
              <w:t>[…]</w:t>
            </w:r>
          </w:p>
        </w:tc>
      </w:tr>
    </w:tbl>
    <w:p>
      <w:pPr>
        <w:spacing w:after="0"/>
      </w:pPr>
    </w:p>
    <w:p>
      <w:r>
        <w:br w:type="page"/>
      </w:r>
    </w:p>
    <w:p>
      <w:pPr>
        <w:pStyle w:val="RouteLabel"/>
        <w:ind w:left="115" w:right="115"/>
        <w:shd w:fill="5B6B74"/>
      </w:pPr>
      <w:r>
        <w:t>UITGEVERSROUTE · Erratum; alleen gebruiken na verspreiding van een foutieve versie</w:t>
      </w:r>
    </w:p>
    <w:p>
      <w:pPr>
        <w:pStyle w:val="Heading1"/>
      </w:pPr>
      <w:r>
        <w:t>Erratum</w:t>
      </w:r>
    </w:p>
    <w:tbl>
      <w:tblPr>
        <w:tblStyle w:val="TableGrid"/>
        <w:tblW w:type="dxa" w:w="9360"/>
        <w:jc w:val="left"/>
        <w:tblLayout w:type="fixed"/>
        <w:tblLook w:firstColumn="1" w:firstRow="1" w:lastColumn="0" w:lastRow="0" w:noHBand="0" w:noVBand="1" w:val="04A0"/>
        <w:tblInd w:w="120" w:type="dxa"/>
      </w:tblPr>
      <w:tblGrid>
        <w:gridCol w:w="1800"/>
        <w:gridCol w:w="2200"/>
        <w:gridCol w:w="2680"/>
        <w:gridCol w:w="2680"/>
      </w:tblGrid>
      <w:tr>
        <w:trPr>
          <w:tblHeader w:val="true"/>
          <w:cantSplit/>
        </w:trPr>
        <w:tc>
          <w:tcPr>
            <w:tcW w:type="dxa" w:w="1800"/>
            <w:shd w:fill="274F64"/>
            <w:vAlign w:val="center"/>
            <w:tcMar>
              <w:top w:w="85" w:type="dxa"/>
              <w:bottom w:w="85" w:type="dxa"/>
              <w:start w:w="115" w:type="dxa"/>
              <w:end w:w="115" w:type="dxa"/>
            </w:tcMar>
          </w:tcPr>
          <w:p>
            <w:r>
              <w:rPr>
                <w:b/>
                <w:color w:val="FFFFFF"/>
                <w:sz w:val="18"/>
              </w:rPr>
              <w:t>Versie/datum</w:t>
            </w:r>
          </w:p>
        </w:tc>
        <w:tc>
          <w:tcPr>
            <w:tcW w:type="dxa" w:w="2200"/>
            <w:shd w:fill="274F64"/>
            <w:vAlign w:val="center"/>
            <w:tcMar>
              <w:top w:w="85" w:type="dxa"/>
              <w:bottom w:w="85" w:type="dxa"/>
              <w:start w:w="115" w:type="dxa"/>
              <w:end w:w="115" w:type="dxa"/>
            </w:tcMar>
          </w:tcPr>
          <w:p>
            <w:r>
              <w:rPr>
                <w:b/>
                <w:color w:val="FFFFFF"/>
                <w:sz w:val="18"/>
              </w:rPr>
              <w:t>Pagina/onderdeel</w:t>
            </w:r>
          </w:p>
        </w:tc>
        <w:tc>
          <w:tcPr>
            <w:tcW w:type="dxa" w:w="2680"/>
            <w:shd w:fill="274F64"/>
            <w:vAlign w:val="center"/>
            <w:tcMar>
              <w:top w:w="85" w:type="dxa"/>
              <w:bottom w:w="85" w:type="dxa"/>
              <w:start w:w="115" w:type="dxa"/>
              <w:end w:w="115" w:type="dxa"/>
            </w:tcMar>
          </w:tcPr>
          <w:p>
            <w:r>
              <w:rPr>
                <w:b/>
                <w:color w:val="FFFFFF"/>
                <w:sz w:val="18"/>
              </w:rPr>
              <w:t>Onjuiste informatie</w:t>
            </w:r>
          </w:p>
        </w:tc>
        <w:tc>
          <w:tcPr>
            <w:tcW w:type="dxa" w:w="2680"/>
            <w:shd w:fill="274F64"/>
            <w:vAlign w:val="center"/>
            <w:tcMar>
              <w:top w:w="85" w:type="dxa"/>
              <w:bottom w:w="85" w:type="dxa"/>
              <w:start w:w="115" w:type="dxa"/>
              <w:end w:w="115" w:type="dxa"/>
            </w:tcMar>
          </w:tcPr>
          <w:p>
            <w:r>
              <w:rPr>
                <w:b/>
                <w:color w:val="FFFFFF"/>
                <w:sz w:val="18"/>
              </w:rPr>
              <w:t>Correctie</w:t>
            </w:r>
          </w:p>
        </w:tc>
      </w:tr>
      <w:tr>
        <w:trPr>
          <w:cantSplit/>
        </w:trPr>
        <w:tc>
          <w:tcPr>
            <w:tcW w:type="dxa" w:w="1800"/>
            <w:vAlign w:val="center"/>
            <w:tcMar>
              <w:top w:w="85" w:type="dxa"/>
              <w:bottom w:w="85" w:type="dxa"/>
              <w:start w:w="115" w:type="dxa"/>
              <w:end w:w="115" w:type="dxa"/>
            </w:tcMar>
          </w:tcPr>
          <w:p>
            <w:pPr>
              <w:spacing w:after="0"/>
            </w:pPr>
            <w:r>
              <w:rPr>
                <w:sz w:val="18"/>
              </w:rPr>
              <w:t>[…]</w:t>
            </w:r>
          </w:p>
        </w:tc>
        <w:tc>
          <w:tcPr>
            <w:tcW w:type="dxa" w:w="2200"/>
            <w:vAlign w:val="center"/>
            <w:tcMar>
              <w:top w:w="85" w:type="dxa"/>
              <w:bottom w:w="85" w:type="dxa"/>
              <w:start w:w="115" w:type="dxa"/>
              <w:end w:w="115" w:type="dxa"/>
            </w:tcMar>
          </w:tcPr>
          <w:p>
            <w:pPr>
              <w:spacing w:after="0"/>
            </w:pPr>
            <w:r>
              <w:rPr>
                <w:sz w:val="18"/>
              </w:rPr>
              <w:t>[…]</w:t>
            </w:r>
          </w:p>
        </w:tc>
        <w:tc>
          <w:tcPr>
            <w:tcW w:type="dxa" w:w="2680"/>
            <w:vAlign w:val="center"/>
            <w:tcMar>
              <w:top w:w="85" w:type="dxa"/>
              <w:bottom w:w="85" w:type="dxa"/>
              <w:start w:w="115" w:type="dxa"/>
              <w:end w:w="115" w:type="dxa"/>
            </w:tcMar>
          </w:tcPr>
          <w:p>
            <w:pPr>
              <w:spacing w:after="0"/>
            </w:pPr>
            <w:r>
              <w:rPr>
                <w:sz w:val="18"/>
              </w:rPr>
              <w:t>[…]</w:t>
            </w:r>
          </w:p>
        </w:tc>
        <w:tc>
          <w:tcPr>
            <w:tcW w:type="dxa" w:w="2680"/>
            <w:vAlign w:val="center"/>
            <w:tcMar>
              <w:top w:w="85" w:type="dxa"/>
              <w:bottom w:w="85" w:type="dxa"/>
              <w:start w:w="115" w:type="dxa"/>
              <w:end w:w="115" w:type="dxa"/>
            </w:tcMar>
          </w:tcPr>
          <w:p>
            <w:pPr>
              <w:spacing w:after="0"/>
            </w:pPr>
            <w:r>
              <w:rPr>
                <w:sz w:val="18"/>
              </w:rPr>
              <w:t>[…]</w:t>
            </w:r>
          </w:p>
        </w:tc>
      </w:tr>
      <w:tr>
        <w:trPr>
          <w:cantSplit/>
        </w:trPr>
        <w:tc>
          <w:tcPr>
            <w:tcW w:type="dxa" w:w="1800"/>
            <w:vAlign w:val="center"/>
            <w:tcMar>
              <w:top w:w="85" w:type="dxa"/>
              <w:bottom w:w="85" w:type="dxa"/>
              <w:start w:w="115" w:type="dxa"/>
              <w:end w:w="115" w:type="dxa"/>
            </w:tcMar>
          </w:tcPr>
          <w:p>
            <w:pPr>
              <w:spacing w:after="0"/>
            </w:pPr>
            <w:r>
              <w:rPr>
                <w:sz w:val="18"/>
              </w:rPr>
              <w:t>[…]</w:t>
            </w:r>
          </w:p>
        </w:tc>
        <w:tc>
          <w:tcPr>
            <w:tcW w:type="dxa" w:w="2200"/>
            <w:vAlign w:val="center"/>
            <w:tcMar>
              <w:top w:w="85" w:type="dxa"/>
              <w:bottom w:w="85" w:type="dxa"/>
              <w:start w:w="115" w:type="dxa"/>
              <w:end w:w="115" w:type="dxa"/>
            </w:tcMar>
          </w:tcPr>
          <w:p>
            <w:pPr>
              <w:spacing w:after="0"/>
            </w:pPr>
            <w:r>
              <w:rPr>
                <w:sz w:val="18"/>
              </w:rPr>
              <w:t>[…]</w:t>
            </w:r>
          </w:p>
        </w:tc>
        <w:tc>
          <w:tcPr>
            <w:tcW w:type="dxa" w:w="2680"/>
            <w:vAlign w:val="center"/>
            <w:tcMar>
              <w:top w:w="85" w:type="dxa"/>
              <w:bottom w:w="85" w:type="dxa"/>
              <w:start w:w="115" w:type="dxa"/>
              <w:end w:w="115" w:type="dxa"/>
            </w:tcMar>
          </w:tcPr>
          <w:p>
            <w:pPr>
              <w:spacing w:after="0"/>
            </w:pPr>
            <w:r>
              <w:rPr>
                <w:sz w:val="18"/>
              </w:rPr>
              <w:t>[…]</w:t>
            </w:r>
          </w:p>
        </w:tc>
        <w:tc>
          <w:tcPr>
            <w:tcW w:type="dxa" w:w="2680"/>
            <w:vAlign w:val="center"/>
            <w:tcMar>
              <w:top w:w="85" w:type="dxa"/>
              <w:bottom w:w="85" w:type="dxa"/>
              <w:start w:w="115" w:type="dxa"/>
              <w:end w:w="115" w:type="dxa"/>
            </w:tcMar>
          </w:tcPr>
          <w:p>
            <w:pPr>
              <w:spacing w:after="0"/>
            </w:pPr>
            <w:r>
              <w:rPr>
                <w:sz w:val="18"/>
              </w:rPr>
              <w:t>[…]</w:t>
            </w:r>
          </w:p>
        </w:tc>
      </w:tr>
      <w:tr>
        <w:trPr>
          <w:cantSplit/>
        </w:trPr>
        <w:tc>
          <w:tcPr>
            <w:tcW w:type="dxa" w:w="1800"/>
            <w:vAlign w:val="center"/>
            <w:tcMar>
              <w:top w:w="85" w:type="dxa"/>
              <w:bottom w:w="85" w:type="dxa"/>
              <w:start w:w="115" w:type="dxa"/>
              <w:end w:w="115" w:type="dxa"/>
            </w:tcMar>
          </w:tcPr>
          <w:p>
            <w:pPr>
              <w:spacing w:after="0"/>
            </w:pPr>
            <w:r>
              <w:rPr>
                <w:sz w:val="18"/>
              </w:rPr>
              <w:t>[…]</w:t>
            </w:r>
          </w:p>
        </w:tc>
        <w:tc>
          <w:tcPr>
            <w:tcW w:type="dxa" w:w="2200"/>
            <w:vAlign w:val="center"/>
            <w:tcMar>
              <w:top w:w="85" w:type="dxa"/>
              <w:bottom w:w="85" w:type="dxa"/>
              <w:start w:w="115" w:type="dxa"/>
              <w:end w:w="115" w:type="dxa"/>
            </w:tcMar>
          </w:tcPr>
          <w:p>
            <w:pPr>
              <w:spacing w:after="0"/>
            </w:pPr>
            <w:r>
              <w:rPr>
                <w:sz w:val="18"/>
              </w:rPr>
              <w:t>[…]</w:t>
            </w:r>
          </w:p>
        </w:tc>
        <w:tc>
          <w:tcPr>
            <w:tcW w:type="dxa" w:w="2680"/>
            <w:vAlign w:val="center"/>
            <w:tcMar>
              <w:top w:w="85" w:type="dxa"/>
              <w:bottom w:w="85" w:type="dxa"/>
              <w:start w:w="115" w:type="dxa"/>
              <w:end w:w="115" w:type="dxa"/>
            </w:tcMar>
          </w:tcPr>
          <w:p>
            <w:pPr>
              <w:spacing w:after="0"/>
            </w:pPr>
            <w:r>
              <w:rPr>
                <w:sz w:val="18"/>
              </w:rPr>
              <w:t>[…]</w:t>
            </w:r>
          </w:p>
        </w:tc>
        <w:tc>
          <w:tcPr>
            <w:tcW w:type="dxa" w:w="2680"/>
            <w:vAlign w:val="center"/>
            <w:tcMar>
              <w:top w:w="85" w:type="dxa"/>
              <w:bottom w:w="85" w:type="dxa"/>
              <w:start w:w="115" w:type="dxa"/>
              <w:end w:w="115" w:type="dxa"/>
            </w:tcMar>
          </w:tcPr>
          <w:p>
            <w:pPr>
              <w:spacing w:after="0"/>
            </w:pPr>
            <w:r>
              <w:rPr>
                <w:sz w:val="18"/>
              </w:rPr>
              <w:t>[…]</w:t>
            </w:r>
          </w:p>
        </w:tc>
      </w:tr>
      <w:tr>
        <w:trPr>
          <w:cantSplit/>
        </w:trPr>
        <w:tc>
          <w:tcPr>
            <w:tcW w:type="dxa" w:w="1800"/>
            <w:vAlign w:val="center"/>
            <w:tcMar>
              <w:top w:w="85" w:type="dxa"/>
              <w:bottom w:w="85" w:type="dxa"/>
              <w:start w:w="115" w:type="dxa"/>
              <w:end w:w="115" w:type="dxa"/>
            </w:tcMar>
          </w:tcPr>
          <w:p>
            <w:pPr>
              <w:spacing w:after="0"/>
            </w:pPr>
            <w:r>
              <w:rPr>
                <w:sz w:val="18"/>
              </w:rPr>
              <w:t>[…]</w:t>
            </w:r>
          </w:p>
        </w:tc>
        <w:tc>
          <w:tcPr>
            <w:tcW w:type="dxa" w:w="2200"/>
            <w:vAlign w:val="center"/>
            <w:tcMar>
              <w:top w:w="85" w:type="dxa"/>
              <w:bottom w:w="85" w:type="dxa"/>
              <w:start w:w="115" w:type="dxa"/>
              <w:end w:w="115" w:type="dxa"/>
            </w:tcMar>
          </w:tcPr>
          <w:p>
            <w:pPr>
              <w:spacing w:after="0"/>
            </w:pPr>
            <w:r>
              <w:rPr>
                <w:sz w:val="18"/>
              </w:rPr>
              <w:t>[…]</w:t>
            </w:r>
          </w:p>
        </w:tc>
        <w:tc>
          <w:tcPr>
            <w:tcW w:type="dxa" w:w="2680"/>
            <w:vAlign w:val="center"/>
            <w:tcMar>
              <w:top w:w="85" w:type="dxa"/>
              <w:bottom w:w="85" w:type="dxa"/>
              <w:start w:w="115" w:type="dxa"/>
              <w:end w:w="115" w:type="dxa"/>
            </w:tcMar>
          </w:tcPr>
          <w:p>
            <w:pPr>
              <w:spacing w:after="0"/>
            </w:pPr>
            <w:r>
              <w:rPr>
                <w:sz w:val="18"/>
              </w:rPr>
              <w:t>[…]</w:t>
            </w:r>
          </w:p>
        </w:tc>
        <w:tc>
          <w:tcPr>
            <w:tcW w:type="dxa" w:w="2680"/>
            <w:vAlign w:val="center"/>
            <w:tcMar>
              <w:top w:w="85" w:type="dxa"/>
              <w:bottom w:w="85" w:type="dxa"/>
              <w:start w:w="115" w:type="dxa"/>
              <w:end w:w="115" w:type="dxa"/>
            </w:tcMar>
          </w:tcPr>
          <w:p>
            <w:pPr>
              <w:spacing w:after="0"/>
            </w:pPr>
            <w:r>
              <w:rPr>
                <w:sz w:val="18"/>
              </w:rPr>
              <w:t>[…]</w:t>
            </w:r>
          </w:p>
        </w:tc>
      </w:tr>
    </w:tbl>
    <w:p>
      <w:pPr>
        <w:spacing w:after="0"/>
      </w:pPr>
    </w:p>
    <w:p>
      <w:pPr>
        <w:pStyle w:val="RouteLabel"/>
        <w:ind w:left="115" w:right="115"/>
        <w:shd w:fill="5B6B74"/>
      </w:pPr>
      <w:r>
        <w:t>UITGEVERSROUTE · Achterflap of publicatiebeschrijving; verwijderen als niet gekozen</w:t>
      </w:r>
    </w:p>
    <w:p>
      <w:pPr>
        <w:pStyle w:val="Heading1"/>
      </w:pPr>
      <w:r>
        <w:t>[Titel van de publicatie]</w:t>
      </w:r>
    </w:p>
    <w:p>
      <w:pPr>
        <w:pStyle w:val="Placeholder"/>
      </w:pPr>
      <w:r>
        <w:t>[Schrijf een korte tekst die onderwerp, publiek, centrale inhoud en reden om te lezen duidelijk maakt.]</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p>
      <w:pPr>
        <w:spacing w:after="140"/>
      </w:pPr>
      <w:r>
        <w:rPr>
          <w:color w:val="B9C6CC"/>
        </w:rPr>
        <w:t>________________________________________________________________________________</w:t>
      </w:r>
    </w:p>
    <w:tbl>
      <w:tblPr>
        <w:tblStyle w:val="TableGrid"/>
        <w:tblW w:type="dxa" w:w="7200"/>
        <w:jc w:val="left"/>
        <w:tblLayout w:type="fixed"/>
        <w:tblLook w:firstColumn="1" w:firstRow="1" w:lastColumn="0" w:lastRow="0" w:noHBand="0" w:noVBand="1" w:val="04A0"/>
        <w:tblInd w:w="120" w:type="dxa"/>
      </w:tblPr>
      <w:tblGrid>
        <w:gridCol w:w="7200"/>
      </w:tblGrid>
      <w:tr>
        <w:trPr>
          <w:cantSplit/>
        </w:trPr>
        <w:tc>
          <w:tcPr>
            <w:tcW w:type="dxa" w:w="7200"/>
            <w:shd w:fill="F4F7F8"/>
            <w:vAlign w:val="center"/>
            <w:tcMar>
              <w:top w:w="85" w:type="dxa"/>
              <w:bottom w:w="85" w:type="dxa"/>
              <w:start w:w="115" w:type="dxa"/>
              <w:end w:w="115" w:type="dxa"/>
            </w:tcMar>
          </w:tcPr>
          <w:p>
            <w:pPr>
              <w:jc w:val="center"/>
            </w:pPr>
            <w:r>
              <w:br/>
              <w:br/>
              <w:br/>
              <w:t>[Plaats hier eventueel een klein beeldmerk, omslagdetail of QR-code na controle]</w:t>
              <w:br/>
              <w:br/>
              <w:br/>
            </w:r>
          </w:p>
        </w:tc>
      </w:tr>
    </w:tbl>
    <w:p>
      <w:pPr>
        <w:pStyle w:val="Bijschrift"/>
      </w:pPr>
      <w:r>
        <w:t>Figuur [nummer]. [Schrijf een informatief bijschrift en vermeld zo nodig de bron.]</w:t>
      </w:r>
    </w:p>
    <w:p>
      <w:pPr>
        <w:pStyle w:val="Placeholder"/>
      </w:pPr>
      <w:r>
        <w:t>[Naam en zakelijke gegevens van de klasuitgeverij; geen privégegevens van leerlingen.]</w:t>
      </w:r>
    </w:p>
    <w:p>
      <w:r>
        <w:br w:type="page"/>
      </w:r>
    </w:p>
    <w:p>
      <w:pPr>
        <w:pStyle w:val="RouteLabel"/>
        <w:ind w:left="115" w:right="115"/>
        <w:shd w:fill="23343D"/>
      </w:pPr>
      <w:r>
        <w:t>WERKINSTRUCTIE · Verwijder deze controlepagina vóór publicatie</w:t>
      </w:r>
    </w:p>
    <w:p>
      <w:pPr>
        <w:pStyle w:val="Heading1"/>
      </w:pPr>
      <w:r>
        <w:t>Laatste controle van het sjabloon</w:t>
      </w:r>
    </w:p>
    <w:p>
      <w:pPr>
        <w:pStyle w:val="ListBullet"/>
      </w:pPr>
      <w:r>
        <w:t>Alle niet-gekozen pagina’s en routelabels zijn verwijderd.</w:t>
      </w:r>
    </w:p>
    <w:p>
      <w:pPr>
        <w:pStyle w:val="ListBullet"/>
      </w:pPr>
      <w:r>
        <w:t>Alle teksten tussen vierkante haken zijn vervangen of verwijderd.</w:t>
      </w:r>
    </w:p>
    <w:p>
      <w:pPr>
        <w:pStyle w:val="ListBullet"/>
      </w:pPr>
      <w:r>
        <w:t>Koppen gebruiken de vaste stijlen en de inhoudsopgave heeft maximaal drie niveaus.</w:t>
      </w:r>
    </w:p>
    <w:p>
      <w:pPr>
        <w:pStyle w:val="ListBullet"/>
      </w:pPr>
      <w:r>
        <w:t>Afbeeldingen, bijschriften, tabellen en verwijzingen staan op de juiste plek.</w:t>
      </w:r>
    </w:p>
    <w:p>
      <w:pPr>
        <w:pStyle w:val="ListBullet"/>
      </w:pPr>
      <w:r>
        <w:t>Feiten, namen, cijfers, taalvoorbeelden en conclusies zijn gecontroleerd.</w:t>
      </w:r>
    </w:p>
    <w:p>
      <w:pPr>
        <w:pStyle w:val="ListBullet"/>
      </w:pPr>
      <w:r>
        <w:t>Bronnen, citaten, beeldherkomst en vereiste naamsvermeldingen zijn compleet.</w:t>
      </w:r>
    </w:p>
    <w:p>
      <w:pPr>
        <w:pStyle w:val="ListBullet"/>
      </w:pPr>
      <w:r>
        <w:t>Persoonsgegevens, privacy, toestemming en schoolbeleid zijn gecontroleerd.</w:t>
      </w:r>
    </w:p>
    <w:p>
      <w:pPr>
        <w:pStyle w:val="ListBullet"/>
      </w:pPr>
      <w:r>
        <w:t>De kop- en voettekst, bestandsnaam, datum en versie zijn aangepast.</w:t>
      </w:r>
    </w:p>
    <w:p>
      <w:pPr>
        <w:pStyle w:val="ListBullet"/>
      </w:pPr>
      <w:r>
        <w:t>De proefversie is getest en alle afgesproken correcties zijn uitgevoerd.</w:t>
      </w:r>
    </w:p>
    <w:p>
      <w:pPr>
        <w:pStyle w:val="ListBullet"/>
      </w:pPr>
      <w:r>
        <w:t>Docent en projectgroep hebben publicatie en verspreiding goedgekeurd.</w:t>
      </w:r>
    </w:p>
    <w:p/>
    <w:p>
      <w:pPr>
        <w:jc w:val="center"/>
      </w:pPr>
      <w:r>
        <w:rPr>
          <w:b/>
          <w:color w:val="274F64"/>
        </w:rPr>
        <w:t>Ontwikkeld in opdracht van taal-coach.nl</w:t>
      </w:r>
    </w:p>
    <w:p>
      <w:pPr>
        <w:jc w:val="center"/>
      </w:pPr>
      <w:r>
        <w:rPr>
          <w:color w:val="5B6B74"/>
        </w:rPr>
        <w:t>Onderdeel van De klas als uitgeverij · conceptversie 0.2</w:t>
      </w:r>
    </w:p>
    <w:sectPr w:rsidR="00FC693F" w:rsidRPr="0006063C" w:rsidSect="00034616">
      <w:headerReference w:type="default" r:id="rId9"/>
      <w:footerReference w:type="default" r:id="rId10"/>
      <w:pgSz w:w="11909" w:h="16834"/>
      <w:pgMar w:top="1181" w:right="1296" w:bottom="1123" w:left="1296"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7"/>
      </w:rPr>
      <w:t xml:space="preserve">Pagina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color w:val="5B6B74"/>
        <w:sz w:val="17"/>
      </w:rPr>
      <w:t>[Verwijder of vervang: verkorte titel van de publicatie]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8" w:lineRule="auto"/>
    </w:pPr>
    <w:rPr>
      <w:rFonts w:ascii="Aptos" w:hAnsi="Aptos"/>
      <w:color w:val="23343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80"/>
      <w:outlineLvl w:val="0"/>
    </w:pPr>
    <w:rPr>
      <w:rFonts w:asciiTheme="majorHAnsi" w:eastAsiaTheme="majorEastAsia" w:hAnsiTheme="majorHAnsi" w:cstheme="majorBidi" w:ascii="Aptos Display" w:hAnsi="Aptos Display"/>
      <w:b/>
      <w:bCs/>
      <w:color w:val="274F64"/>
      <w:sz w:val="38"/>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ptos Display" w:hAnsi="Aptos Display"/>
      <w:b/>
      <w:bCs/>
      <w:color w:val="274F64"/>
      <w:sz w:val="30"/>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w:hAnsi="Aptos"/>
      <w:b/>
      <w:bCs/>
      <w:color w:val="23343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69" w:lineRule="auto"/>
      <w:ind w:left="518" w:hanging="259"/>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69" w:lineRule="auto"/>
      <w:ind w:left="518" w:hanging="259"/>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ijschrift">
    <w:name w:val="Bijschrift"/>
    <w:pPr>
      <w:keepNext/>
      <w:spacing w:after="100"/>
    </w:pPr>
    <w:rPr>
      <w:rFonts w:ascii="Aptos" w:hAnsi="Aptos"/>
      <w:i w:val="0"/>
      <w:color w:val="5B6B74"/>
      <w:sz w:val="18"/>
    </w:rPr>
  </w:style>
  <w:style w:type="paragraph" w:customStyle="1" w:styleId="Placeholder">
    <w:name w:val="Placeholder"/>
    <w:pPr>
      <w:spacing w:after="100"/>
    </w:pPr>
    <w:rPr>
      <w:rFonts w:ascii="Aptos" w:hAnsi="Aptos"/>
      <w:i/>
      <w:color w:val="5B6B74"/>
      <w:sz w:val="21"/>
    </w:rPr>
  </w:style>
  <w:style w:type="paragraph" w:customStyle="1" w:styleId="RouteLabel">
    <w:name w:val="RouteLabel"/>
    <w:pPr>
      <w:spacing w:after="100" w:before="80"/>
    </w:pPr>
    <w:rPr>
      <w:rFonts w:ascii="Aptos" w:hAnsi="Aptos"/>
      <w:b/>
      <w:i w:val="0"/>
      <w:color w:val="FFFFFF"/>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Publicatiesjabloon – Onze gezamenlijke publicatie</dc:title>
  <dc:subject>De klas als uitgeverij</dc:subject>
  <dc:creator>taal-coach.nl</dc:creator>
  <cp:keywords>publicatiesjabloon, klasuitgeverij, vmbo, mbo, basisroute, verdieping, uitgeversroute</cp:keywords>
  <dc:description>generated by python-docx</dc:description>
  <cp:lastModifiedBy/>
  <cp:revision>1</cp:revision>
  <dcterms:created xsi:type="dcterms:W3CDTF">2013-12-23T23:15:00Z</dcterms:created>
  <dcterms:modified xsi:type="dcterms:W3CDTF">2013-12-23T23:15:00Z</dcterms:modified>
  <cp:category/>
</cp:coreProperties>
</file>