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80"/>
      </w:pPr>
    </w:p>
    <w:p>
      <w:pPr>
        <w:spacing w:after="160"/>
        <w:jc w:val="center"/>
      </w:pPr>
      <w:r>
        <w:rPr>
          <w:rFonts w:ascii="Aptos Display" w:hAnsi="Aptos Display"/>
          <w:b/>
          <w:color w:val="2E5E78"/>
          <w:sz w:val="58"/>
        </w:rPr>
        <w:t>DE KLAS ALS UITGEVERIJ</w:t>
      </w:r>
    </w:p>
    <w:p>
      <w:pPr>
        <w:spacing w:after="360"/>
        <w:jc w:val="center"/>
      </w:pPr>
      <w:r>
        <w:rPr>
          <w:color w:val="20343F"/>
          <w:sz w:val="32"/>
        </w:rPr>
        <w:t>Projectwerkboek – Van plan tot publicatie</w:t>
      </w:r>
    </w:p>
    <w:p>
      <w:pPr>
        <w:jc w:val="center"/>
      </w:pPr>
      <w:r>
        <w:rPr>
          <w:b/>
          <w:color w:val="5B6570"/>
          <w:sz w:val="23"/>
        </w:rPr>
        <w:t>Basisroute · Verdieping · Uitgeversroute</w:t>
      </w:r>
    </w:p>
    <w:p>
      <w:pPr>
        <w:spacing w:after="1880"/>
      </w:pPr>
    </w:p>
    <w:tbl>
      <w:tblPr>
        <w:tblStyle w:val="TableGrid"/>
        <w:tblW w:type="dxa" w:w="9700"/>
        <w:jc w:val="left"/>
        <w:tblLayout w:type="fixed"/>
        <w:tblLook w:firstColumn="1" w:firstRow="1" w:lastColumn="0" w:lastRow="0" w:noHBand="0" w:noVBand="1" w:val="04A0"/>
        <w:tblInd w:w="120" w:type="dxa"/>
      </w:tblPr>
      <w:tblGrid>
        <w:gridCol w:w="2700"/>
        <w:gridCol w:w="7000"/>
      </w:tblGrid>
      <w:tr>
        <w:trPr>
          <w:tblHeader w:val="true"/>
          <w:cantSplit/>
        </w:trPr>
        <w:tc>
          <w:tcPr>
            <w:tcW w:type="dxa" w:w="2700"/>
            <w:shd w:fill="2E5E78"/>
            <w:vAlign w:val="center"/>
            <w:tcMar>
              <w:top w:w="85" w:type="dxa"/>
              <w:bottom w:w="85" w:type="dxa"/>
              <w:start w:w="110" w:type="dxa"/>
              <w:end w:w="110" w:type="dxa"/>
            </w:tcMar>
          </w:tcPr>
          <w:p>
            <w:r>
              <w:rPr>
                <w:b/>
                <w:color w:val="FFFFFF"/>
                <w:sz w:val="19"/>
              </w:rPr>
              <w:t>Projectgegevens</w:t>
            </w:r>
          </w:p>
        </w:tc>
        <w:tc>
          <w:tcPr>
            <w:tcW w:type="dxa" w:w="7000"/>
            <w:shd w:fill="2E5E78"/>
            <w:vAlign w:val="center"/>
            <w:tcMar>
              <w:top w:w="85" w:type="dxa"/>
              <w:bottom w:w="85" w:type="dxa"/>
              <w:start w:w="110" w:type="dxa"/>
              <w:end w:w="110" w:type="dxa"/>
            </w:tcMar>
          </w:tcPr>
          <w:p>
            <w:r>
              <w:rPr>
                <w:b/>
                <w:color w:val="FFFFFF"/>
                <w:sz w:val="19"/>
              </w:rPr>
              <w:t>Invullen</w:t>
            </w:r>
          </w:p>
        </w:tc>
      </w:tr>
      <w:tr>
        <w:trPr>
          <w:cantSplit/>
        </w:trPr>
        <w:tc>
          <w:tcPr>
            <w:tcW w:type="dxa" w:w="2700"/>
            <w:vAlign w:val="center"/>
            <w:tcMar>
              <w:top w:w="85" w:type="dxa"/>
              <w:bottom w:w="85" w:type="dxa"/>
              <w:start w:w="110" w:type="dxa"/>
              <w:end w:w="110" w:type="dxa"/>
            </w:tcMar>
          </w:tcPr>
          <w:p>
            <w:pPr>
              <w:spacing w:after="0"/>
            </w:pPr>
            <w:r>
              <w:rPr>
                <w:sz w:val="19"/>
              </w:rPr>
              <w:t>Naam klasuitgeverij</w:t>
            </w:r>
          </w:p>
        </w:tc>
        <w:tc>
          <w:tcPr>
            <w:tcW w:type="dxa" w:w="7000"/>
            <w:vAlign w:val="center"/>
            <w:tcMar>
              <w:top w:w="85" w:type="dxa"/>
              <w:bottom w:w="85" w:type="dxa"/>
              <w:start w:w="110" w:type="dxa"/>
              <w:end w:w="110" w:type="dxa"/>
            </w:tcMar>
          </w:tcPr>
          <w:p>
            <w:pPr>
              <w:spacing w:after="0"/>
            </w:pPr>
            <w:r>
              <w:rPr>
                <w:sz w:val="19"/>
              </w:rPr>
            </w:r>
          </w:p>
        </w:tc>
      </w:tr>
      <w:tr>
        <w:trPr>
          <w:cantSplit/>
        </w:trPr>
        <w:tc>
          <w:tcPr>
            <w:tcW w:type="dxa" w:w="2700"/>
            <w:vAlign w:val="center"/>
            <w:tcMar>
              <w:top w:w="85" w:type="dxa"/>
              <w:bottom w:w="85" w:type="dxa"/>
              <w:start w:w="110" w:type="dxa"/>
              <w:end w:w="110" w:type="dxa"/>
            </w:tcMar>
          </w:tcPr>
          <w:p>
            <w:pPr>
              <w:spacing w:after="0"/>
            </w:pPr>
            <w:r>
              <w:rPr>
                <w:sz w:val="19"/>
              </w:rPr>
              <w:t>Projecttitel</w:t>
            </w:r>
          </w:p>
        </w:tc>
        <w:tc>
          <w:tcPr>
            <w:tcW w:type="dxa" w:w="7000"/>
            <w:vAlign w:val="center"/>
            <w:tcMar>
              <w:top w:w="85" w:type="dxa"/>
              <w:bottom w:w="85" w:type="dxa"/>
              <w:start w:w="110" w:type="dxa"/>
              <w:end w:w="110" w:type="dxa"/>
            </w:tcMar>
          </w:tcPr>
          <w:p>
            <w:pPr>
              <w:spacing w:after="0"/>
            </w:pPr>
            <w:r>
              <w:rPr>
                <w:sz w:val="19"/>
              </w:rPr>
            </w:r>
          </w:p>
        </w:tc>
      </w:tr>
      <w:tr>
        <w:trPr>
          <w:cantSplit/>
        </w:trPr>
        <w:tc>
          <w:tcPr>
            <w:tcW w:type="dxa" w:w="2700"/>
            <w:vAlign w:val="center"/>
            <w:tcMar>
              <w:top w:w="85" w:type="dxa"/>
              <w:bottom w:w="85" w:type="dxa"/>
              <w:start w:w="110" w:type="dxa"/>
              <w:end w:w="110" w:type="dxa"/>
            </w:tcMar>
          </w:tcPr>
          <w:p>
            <w:pPr>
              <w:spacing w:after="0"/>
            </w:pPr>
            <w:r>
              <w:rPr>
                <w:sz w:val="19"/>
              </w:rPr>
              <w:t>Klas/opleiding</w:t>
            </w:r>
          </w:p>
        </w:tc>
        <w:tc>
          <w:tcPr>
            <w:tcW w:type="dxa" w:w="7000"/>
            <w:vAlign w:val="center"/>
            <w:tcMar>
              <w:top w:w="85" w:type="dxa"/>
              <w:bottom w:w="85" w:type="dxa"/>
              <w:start w:w="110" w:type="dxa"/>
              <w:end w:w="110" w:type="dxa"/>
            </w:tcMar>
          </w:tcPr>
          <w:p>
            <w:pPr>
              <w:spacing w:after="0"/>
            </w:pPr>
            <w:r>
              <w:rPr>
                <w:sz w:val="19"/>
              </w:rPr>
            </w:r>
          </w:p>
        </w:tc>
      </w:tr>
      <w:tr>
        <w:trPr>
          <w:cantSplit/>
        </w:trPr>
        <w:tc>
          <w:tcPr>
            <w:tcW w:type="dxa" w:w="2700"/>
            <w:vAlign w:val="center"/>
            <w:tcMar>
              <w:top w:w="85" w:type="dxa"/>
              <w:bottom w:w="85" w:type="dxa"/>
              <w:start w:w="110" w:type="dxa"/>
              <w:end w:w="110" w:type="dxa"/>
            </w:tcMar>
          </w:tcPr>
          <w:p>
            <w:pPr>
              <w:spacing w:after="0"/>
            </w:pPr>
            <w:r>
              <w:rPr>
                <w:sz w:val="19"/>
              </w:rPr>
              <w:t>School</w:t>
            </w:r>
          </w:p>
        </w:tc>
        <w:tc>
          <w:tcPr>
            <w:tcW w:type="dxa" w:w="7000"/>
            <w:vAlign w:val="center"/>
            <w:tcMar>
              <w:top w:w="85" w:type="dxa"/>
              <w:bottom w:w="85" w:type="dxa"/>
              <w:start w:w="110" w:type="dxa"/>
              <w:end w:w="110" w:type="dxa"/>
            </w:tcMar>
          </w:tcPr>
          <w:p>
            <w:pPr>
              <w:spacing w:after="0"/>
            </w:pPr>
            <w:r>
              <w:rPr>
                <w:sz w:val="19"/>
              </w:rPr>
            </w:r>
          </w:p>
        </w:tc>
      </w:tr>
      <w:tr>
        <w:trPr>
          <w:cantSplit/>
        </w:trPr>
        <w:tc>
          <w:tcPr>
            <w:tcW w:type="dxa" w:w="2700"/>
            <w:vAlign w:val="center"/>
            <w:tcMar>
              <w:top w:w="85" w:type="dxa"/>
              <w:bottom w:w="85" w:type="dxa"/>
              <w:start w:w="110" w:type="dxa"/>
              <w:end w:w="110" w:type="dxa"/>
            </w:tcMar>
          </w:tcPr>
          <w:p>
            <w:pPr>
              <w:spacing w:after="0"/>
            </w:pPr>
            <w:r>
              <w:rPr>
                <w:sz w:val="19"/>
              </w:rPr>
              <w:t>Projectperiode</w:t>
            </w:r>
          </w:p>
        </w:tc>
        <w:tc>
          <w:tcPr>
            <w:tcW w:type="dxa" w:w="7000"/>
            <w:vAlign w:val="center"/>
            <w:tcMar>
              <w:top w:w="85" w:type="dxa"/>
              <w:bottom w:w="85" w:type="dxa"/>
              <w:start w:w="110" w:type="dxa"/>
              <w:end w:w="110" w:type="dxa"/>
            </w:tcMar>
          </w:tcPr>
          <w:p>
            <w:pPr>
              <w:spacing w:after="0"/>
            </w:pPr>
            <w:r>
              <w:rPr>
                <w:sz w:val="19"/>
              </w:rPr>
            </w:r>
          </w:p>
        </w:tc>
      </w:tr>
      <w:tr>
        <w:trPr>
          <w:cantSplit/>
        </w:trPr>
        <w:tc>
          <w:tcPr>
            <w:tcW w:type="dxa" w:w="2700"/>
            <w:vAlign w:val="center"/>
            <w:tcMar>
              <w:top w:w="85" w:type="dxa"/>
              <w:bottom w:w="85" w:type="dxa"/>
              <w:start w:w="110" w:type="dxa"/>
              <w:end w:w="110" w:type="dxa"/>
            </w:tcMar>
          </w:tcPr>
          <w:p>
            <w:pPr>
              <w:spacing w:after="0"/>
            </w:pPr>
            <w:r>
              <w:rPr>
                <w:sz w:val="19"/>
              </w:rPr>
              <w:t>Docent</w:t>
            </w:r>
          </w:p>
        </w:tc>
        <w:tc>
          <w:tcPr>
            <w:tcW w:type="dxa" w:w="7000"/>
            <w:vAlign w:val="center"/>
            <w:tcMar>
              <w:top w:w="85" w:type="dxa"/>
              <w:bottom w:w="85" w:type="dxa"/>
              <w:start w:w="110" w:type="dxa"/>
              <w:end w:w="110" w:type="dxa"/>
            </w:tcMar>
          </w:tcPr>
          <w:p>
            <w:pPr>
              <w:spacing w:after="0"/>
            </w:pPr>
            <w:r>
              <w:rPr>
                <w:sz w:val="19"/>
              </w:rPr>
            </w:r>
          </w:p>
        </w:tc>
      </w:tr>
    </w:tbl>
    <w:p>
      <w:pPr>
        <w:spacing w:after="0"/>
      </w:pPr>
    </w:p>
    <w:p>
      <w:pPr>
        <w:jc w:val="center"/>
      </w:pPr>
      <w:r>
        <w:rPr>
          <w:color w:val="5B6570"/>
          <w:sz w:val="19"/>
        </w:rPr>
        <w:t>Pilotversie 1.0 · juli 2026 · ontwikkeld in opdracht van taal-coach.nl</w:t>
      </w:r>
    </w:p>
    <w:p>
      <w:r>
        <w:br w:type="page"/>
      </w:r>
    </w:p>
    <w:p>
      <w:pPr>
        <w:pStyle w:val="Heading1"/>
      </w:pPr>
      <w:r>
        <w:t>Gebruik van het werkboek</w:t>
      </w:r>
    </w:p>
    <w:p>
      <w:r>
        <w:t>Dit werkboek vormt het gezamenlijke procesdossier van de klasuitgeverij. Het registreert besluiten, planning, bronnen, versies en controles. De volledige conceptteksten en de definitieve publicatie worden in de afgesproken digitale opslagplaats bewaard.</w:t>
      </w:r>
    </w:p>
    <w:p>
      <w:pPr>
        <w:spacing w:before="60" w:after="120"/>
        <w:ind w:left="216" w:right="216"/>
        <w:shd w:fill="E8F0F4"/>
        <w:pBdr>
          <w:left w:val="single" w:sz="18" w:space="7" w:color="2E5E78"/>
        </w:pBdr>
      </w:pPr>
      <w:r>
        <w:rPr>
          <w:b/>
        </w:rPr>
        <w:t>Eén gepland werkuur is één projectcredit. Projectcredits zijn een fictieve rekeneenheid voor planning; het zijn geen euro’s, loonpunten, cijfers of beloningen.</w:t>
      </w:r>
    </w:p>
    <w:p>
      <w:pPr>
        <w:pStyle w:val="Heading2"/>
      </w:pPr>
      <w:r>
        <w:t>De zeven bewijsstukken</w:t>
      </w:r>
    </w:p>
    <w:tbl>
      <w:tblPr>
        <w:tblStyle w:val="TableGrid"/>
        <w:tblW w:type="dxa" w:w="8600"/>
        <w:jc w:val="left"/>
        <w:tblLayout w:type="fixed"/>
        <w:tblLook w:firstColumn="1" w:firstRow="1" w:lastColumn="0" w:lastRow="0" w:noHBand="0" w:noVBand="1" w:val="04A0"/>
        <w:tblInd w:w="120" w:type="dxa"/>
      </w:tblPr>
      <w:tblGrid>
        <w:gridCol w:w="650"/>
        <w:gridCol w:w="3200"/>
        <w:gridCol w:w="3900"/>
        <w:gridCol w:w="850"/>
      </w:tblGrid>
      <w:tr>
        <w:trPr>
          <w:tblHeader w:val="true"/>
          <w:cantSplit/>
        </w:trPr>
        <w:tc>
          <w:tcPr>
            <w:tcW w:type="dxa" w:w="650"/>
            <w:shd w:fill="2E5E78"/>
            <w:vAlign w:val="center"/>
            <w:tcMar>
              <w:top w:w="85" w:type="dxa"/>
              <w:bottom w:w="85" w:type="dxa"/>
              <w:start w:w="110" w:type="dxa"/>
              <w:end w:w="110" w:type="dxa"/>
            </w:tcMar>
          </w:tcPr>
          <w:p>
            <w:r>
              <w:rPr>
                <w:b/>
                <w:color w:val="FFFFFF"/>
                <w:sz w:val="17"/>
              </w:rPr>
              <w:t>Nr.</w:t>
            </w:r>
          </w:p>
        </w:tc>
        <w:tc>
          <w:tcPr>
            <w:tcW w:type="dxa" w:w="3200"/>
            <w:shd w:fill="2E5E78"/>
            <w:vAlign w:val="center"/>
            <w:tcMar>
              <w:top w:w="85" w:type="dxa"/>
              <w:bottom w:w="85" w:type="dxa"/>
              <w:start w:w="110" w:type="dxa"/>
              <w:end w:w="110" w:type="dxa"/>
            </w:tcMar>
          </w:tcPr>
          <w:p>
            <w:r>
              <w:rPr>
                <w:b/>
                <w:color w:val="FFFFFF"/>
                <w:sz w:val="17"/>
              </w:rPr>
              <w:t>Bewijsstuk</w:t>
            </w:r>
          </w:p>
        </w:tc>
        <w:tc>
          <w:tcPr>
            <w:tcW w:type="dxa" w:w="3900"/>
            <w:shd w:fill="2E5E78"/>
            <w:vAlign w:val="center"/>
            <w:tcMar>
              <w:top w:w="85" w:type="dxa"/>
              <w:bottom w:w="85" w:type="dxa"/>
              <w:start w:w="110" w:type="dxa"/>
              <w:end w:w="110" w:type="dxa"/>
            </w:tcMar>
          </w:tcPr>
          <w:p>
            <w:r>
              <w:rPr>
                <w:b/>
                <w:color w:val="FFFFFF"/>
                <w:sz w:val="17"/>
              </w:rPr>
              <w:t>Wie vult in?</w:t>
            </w:r>
          </w:p>
        </w:tc>
        <w:tc>
          <w:tcPr>
            <w:tcW w:type="dxa" w:w="850"/>
            <w:shd w:fill="2E5E78"/>
            <w:vAlign w:val="center"/>
            <w:tcMar>
              <w:top w:w="85" w:type="dxa"/>
              <w:bottom w:w="85" w:type="dxa"/>
              <w:start w:w="110" w:type="dxa"/>
              <w:end w:w="110" w:type="dxa"/>
            </w:tcMar>
          </w:tcPr>
          <w:p>
            <w:r>
              <w:rPr>
                <w:b/>
                <w:color w:val="FFFFFF"/>
                <w:sz w:val="17"/>
              </w:rPr>
              <w:t>Gereed</w:t>
            </w:r>
          </w:p>
        </w:tc>
      </w:tr>
      <w:tr>
        <w:trPr>
          <w:cantSplit/>
        </w:trPr>
        <w:tc>
          <w:tcPr>
            <w:tcW w:type="dxa" w:w="650"/>
            <w:vAlign w:val="center"/>
            <w:tcMar>
              <w:top w:w="85" w:type="dxa"/>
              <w:bottom w:w="85" w:type="dxa"/>
              <w:start w:w="110" w:type="dxa"/>
              <w:end w:w="110" w:type="dxa"/>
            </w:tcMar>
          </w:tcPr>
          <w:p>
            <w:pPr>
              <w:spacing w:after="0"/>
            </w:pPr>
            <w:r>
              <w:rPr>
                <w:sz w:val="17"/>
              </w:rPr>
              <w:t>1</w:t>
            </w:r>
          </w:p>
        </w:tc>
        <w:tc>
          <w:tcPr>
            <w:tcW w:type="dxa" w:w="3200"/>
            <w:vAlign w:val="center"/>
            <w:tcMar>
              <w:top w:w="85" w:type="dxa"/>
              <w:bottom w:w="85" w:type="dxa"/>
              <w:start w:w="110" w:type="dxa"/>
              <w:end w:w="110" w:type="dxa"/>
            </w:tcMar>
          </w:tcPr>
          <w:p>
            <w:pPr>
              <w:spacing w:after="0"/>
            </w:pPr>
            <w:r>
              <w:rPr>
                <w:sz w:val="17"/>
              </w:rPr>
              <w:t>Projectkaart</w:t>
            </w:r>
          </w:p>
        </w:tc>
        <w:tc>
          <w:tcPr>
            <w:tcW w:type="dxa" w:w="3900"/>
            <w:vAlign w:val="center"/>
            <w:tcMar>
              <w:top w:w="85" w:type="dxa"/>
              <w:bottom w:w="85" w:type="dxa"/>
              <w:start w:w="110" w:type="dxa"/>
              <w:end w:w="110" w:type="dxa"/>
            </w:tcMar>
          </w:tcPr>
          <w:p>
            <w:pPr>
              <w:spacing w:after="0"/>
            </w:pPr>
            <w:r>
              <w:rPr>
                <w:sz w:val="17"/>
              </w:rPr>
              <w:t>Projectgroep</w:t>
            </w:r>
          </w:p>
        </w:tc>
        <w:tc>
          <w:tcPr>
            <w:tcW w:type="dxa" w:w="850"/>
            <w:vAlign w:val="center"/>
            <w:tcMar>
              <w:top w:w="85" w:type="dxa"/>
              <w:bottom w:w="85" w:type="dxa"/>
              <w:start w:w="110" w:type="dxa"/>
              <w:end w:w="110" w:type="dxa"/>
            </w:tcMar>
          </w:tcPr>
          <w:p>
            <w:pPr>
              <w:spacing w:after="0"/>
            </w:pPr>
            <w:r>
              <w:rPr>
                <w:sz w:val="17"/>
              </w:rPr>
              <w:t>☐</w:t>
            </w:r>
          </w:p>
        </w:tc>
      </w:tr>
      <w:tr>
        <w:trPr>
          <w:cantSplit/>
        </w:trPr>
        <w:tc>
          <w:tcPr>
            <w:tcW w:type="dxa" w:w="650"/>
            <w:vAlign w:val="center"/>
            <w:tcMar>
              <w:top w:w="85" w:type="dxa"/>
              <w:bottom w:w="85" w:type="dxa"/>
              <w:start w:w="110" w:type="dxa"/>
              <w:end w:w="110" w:type="dxa"/>
            </w:tcMar>
          </w:tcPr>
          <w:p>
            <w:pPr>
              <w:spacing w:after="0"/>
            </w:pPr>
            <w:r>
              <w:rPr>
                <w:sz w:val="17"/>
              </w:rPr>
              <w:t>2</w:t>
            </w:r>
          </w:p>
        </w:tc>
        <w:tc>
          <w:tcPr>
            <w:tcW w:type="dxa" w:w="3200"/>
            <w:vAlign w:val="center"/>
            <w:tcMar>
              <w:top w:w="85" w:type="dxa"/>
              <w:bottom w:w="85" w:type="dxa"/>
              <w:start w:w="110" w:type="dxa"/>
              <w:end w:w="110" w:type="dxa"/>
            </w:tcMar>
          </w:tcPr>
          <w:p>
            <w:pPr>
              <w:spacing w:after="0"/>
            </w:pPr>
            <w:r>
              <w:rPr>
                <w:sz w:val="17"/>
              </w:rPr>
              <w:t>Rolverdeling en planning</w:t>
            </w:r>
          </w:p>
        </w:tc>
        <w:tc>
          <w:tcPr>
            <w:tcW w:type="dxa" w:w="3900"/>
            <w:vAlign w:val="center"/>
            <w:tcMar>
              <w:top w:w="85" w:type="dxa"/>
              <w:bottom w:w="85" w:type="dxa"/>
              <w:start w:w="110" w:type="dxa"/>
              <w:end w:w="110" w:type="dxa"/>
            </w:tcMar>
          </w:tcPr>
          <w:p>
            <w:pPr>
              <w:spacing w:after="0"/>
            </w:pPr>
            <w:r>
              <w:rPr>
                <w:sz w:val="17"/>
              </w:rPr>
              <w:t>Projectgroep</w:t>
            </w:r>
          </w:p>
        </w:tc>
        <w:tc>
          <w:tcPr>
            <w:tcW w:type="dxa" w:w="850"/>
            <w:vAlign w:val="center"/>
            <w:tcMar>
              <w:top w:w="85" w:type="dxa"/>
              <w:bottom w:w="85" w:type="dxa"/>
              <w:start w:w="110" w:type="dxa"/>
              <w:end w:w="110" w:type="dxa"/>
            </w:tcMar>
          </w:tcPr>
          <w:p>
            <w:pPr>
              <w:spacing w:after="0"/>
            </w:pPr>
            <w:r>
              <w:rPr>
                <w:sz w:val="17"/>
              </w:rPr>
              <w:t>☐</w:t>
            </w:r>
          </w:p>
        </w:tc>
      </w:tr>
      <w:tr>
        <w:trPr>
          <w:cantSplit/>
        </w:trPr>
        <w:tc>
          <w:tcPr>
            <w:tcW w:type="dxa" w:w="650"/>
            <w:vAlign w:val="center"/>
            <w:tcMar>
              <w:top w:w="85" w:type="dxa"/>
              <w:bottom w:w="85" w:type="dxa"/>
              <w:start w:w="110" w:type="dxa"/>
              <w:end w:w="110" w:type="dxa"/>
            </w:tcMar>
          </w:tcPr>
          <w:p>
            <w:pPr>
              <w:spacing w:after="0"/>
            </w:pPr>
            <w:r>
              <w:rPr>
                <w:sz w:val="17"/>
              </w:rPr>
              <w:t>3</w:t>
            </w:r>
          </w:p>
        </w:tc>
        <w:tc>
          <w:tcPr>
            <w:tcW w:type="dxa" w:w="3200"/>
            <w:vAlign w:val="center"/>
            <w:tcMar>
              <w:top w:w="85" w:type="dxa"/>
              <w:bottom w:w="85" w:type="dxa"/>
              <w:start w:w="110" w:type="dxa"/>
              <w:end w:w="110" w:type="dxa"/>
            </w:tcMar>
          </w:tcPr>
          <w:p>
            <w:pPr>
              <w:spacing w:after="0"/>
            </w:pPr>
            <w:r>
              <w:rPr>
                <w:sz w:val="17"/>
              </w:rPr>
              <w:t>Inhoudsplan</w:t>
            </w:r>
          </w:p>
        </w:tc>
        <w:tc>
          <w:tcPr>
            <w:tcW w:type="dxa" w:w="3900"/>
            <w:vAlign w:val="center"/>
            <w:tcMar>
              <w:top w:w="85" w:type="dxa"/>
              <w:bottom w:w="85" w:type="dxa"/>
              <w:start w:w="110" w:type="dxa"/>
              <w:end w:w="110" w:type="dxa"/>
            </w:tcMar>
          </w:tcPr>
          <w:p>
            <w:pPr>
              <w:spacing w:after="0"/>
            </w:pPr>
            <w:r>
              <w:rPr>
                <w:sz w:val="17"/>
              </w:rPr>
              <w:t>Redactie</w:t>
            </w:r>
          </w:p>
        </w:tc>
        <w:tc>
          <w:tcPr>
            <w:tcW w:type="dxa" w:w="850"/>
            <w:vAlign w:val="center"/>
            <w:tcMar>
              <w:top w:w="85" w:type="dxa"/>
              <w:bottom w:w="85" w:type="dxa"/>
              <w:start w:w="110" w:type="dxa"/>
              <w:end w:w="110" w:type="dxa"/>
            </w:tcMar>
          </w:tcPr>
          <w:p>
            <w:pPr>
              <w:spacing w:after="0"/>
            </w:pPr>
            <w:r>
              <w:rPr>
                <w:sz w:val="17"/>
              </w:rPr>
              <w:t>☐</w:t>
            </w:r>
          </w:p>
        </w:tc>
      </w:tr>
      <w:tr>
        <w:trPr>
          <w:cantSplit/>
        </w:trPr>
        <w:tc>
          <w:tcPr>
            <w:tcW w:type="dxa" w:w="650"/>
            <w:vAlign w:val="center"/>
            <w:tcMar>
              <w:top w:w="85" w:type="dxa"/>
              <w:bottom w:w="85" w:type="dxa"/>
              <w:start w:w="110" w:type="dxa"/>
              <w:end w:w="110" w:type="dxa"/>
            </w:tcMar>
          </w:tcPr>
          <w:p>
            <w:pPr>
              <w:spacing w:after="0"/>
            </w:pPr>
            <w:r>
              <w:rPr>
                <w:sz w:val="17"/>
              </w:rPr>
              <w:t>4</w:t>
            </w:r>
          </w:p>
        </w:tc>
        <w:tc>
          <w:tcPr>
            <w:tcW w:type="dxa" w:w="3200"/>
            <w:vAlign w:val="center"/>
            <w:tcMar>
              <w:top w:w="85" w:type="dxa"/>
              <w:bottom w:w="85" w:type="dxa"/>
              <w:start w:w="110" w:type="dxa"/>
              <w:end w:w="110" w:type="dxa"/>
            </w:tcMar>
          </w:tcPr>
          <w:p>
            <w:pPr>
              <w:spacing w:after="0"/>
            </w:pPr>
            <w:r>
              <w:rPr>
                <w:sz w:val="17"/>
              </w:rPr>
              <w:t>Bronnenlijst</w:t>
            </w:r>
          </w:p>
        </w:tc>
        <w:tc>
          <w:tcPr>
            <w:tcW w:type="dxa" w:w="3900"/>
            <w:vAlign w:val="center"/>
            <w:tcMar>
              <w:top w:w="85" w:type="dxa"/>
              <w:bottom w:w="85" w:type="dxa"/>
              <w:start w:w="110" w:type="dxa"/>
              <w:end w:w="110" w:type="dxa"/>
            </w:tcMar>
          </w:tcPr>
          <w:p>
            <w:pPr>
              <w:spacing w:after="0"/>
            </w:pPr>
            <w:r>
              <w:rPr>
                <w:sz w:val="17"/>
              </w:rPr>
              <w:t>Onderzoekers en makers</w:t>
            </w:r>
          </w:p>
        </w:tc>
        <w:tc>
          <w:tcPr>
            <w:tcW w:type="dxa" w:w="850"/>
            <w:vAlign w:val="center"/>
            <w:tcMar>
              <w:top w:w="85" w:type="dxa"/>
              <w:bottom w:w="85" w:type="dxa"/>
              <w:start w:w="110" w:type="dxa"/>
              <w:end w:w="110" w:type="dxa"/>
            </w:tcMar>
          </w:tcPr>
          <w:p>
            <w:pPr>
              <w:spacing w:after="0"/>
            </w:pPr>
            <w:r>
              <w:rPr>
                <w:sz w:val="17"/>
              </w:rPr>
              <w:t>☐</w:t>
            </w:r>
          </w:p>
        </w:tc>
      </w:tr>
      <w:tr>
        <w:trPr>
          <w:cantSplit/>
        </w:trPr>
        <w:tc>
          <w:tcPr>
            <w:tcW w:type="dxa" w:w="650"/>
            <w:vAlign w:val="center"/>
            <w:tcMar>
              <w:top w:w="85" w:type="dxa"/>
              <w:bottom w:w="85" w:type="dxa"/>
              <w:start w:w="110" w:type="dxa"/>
              <w:end w:w="110" w:type="dxa"/>
            </w:tcMar>
          </w:tcPr>
          <w:p>
            <w:pPr>
              <w:spacing w:after="0"/>
            </w:pPr>
            <w:r>
              <w:rPr>
                <w:sz w:val="17"/>
              </w:rPr>
              <w:t>5</w:t>
            </w:r>
          </w:p>
        </w:tc>
        <w:tc>
          <w:tcPr>
            <w:tcW w:type="dxa" w:w="3200"/>
            <w:vAlign w:val="center"/>
            <w:tcMar>
              <w:top w:w="85" w:type="dxa"/>
              <w:bottom w:w="85" w:type="dxa"/>
              <w:start w:w="110" w:type="dxa"/>
              <w:end w:w="110" w:type="dxa"/>
            </w:tcMar>
          </w:tcPr>
          <w:p>
            <w:pPr>
              <w:spacing w:after="0"/>
            </w:pPr>
            <w:r>
              <w:rPr>
                <w:sz w:val="17"/>
              </w:rPr>
              <w:t>Registratie eerste versie</w:t>
            </w:r>
          </w:p>
        </w:tc>
        <w:tc>
          <w:tcPr>
            <w:tcW w:type="dxa" w:w="3900"/>
            <w:vAlign w:val="center"/>
            <w:tcMar>
              <w:top w:w="85" w:type="dxa"/>
              <w:bottom w:w="85" w:type="dxa"/>
              <w:start w:w="110" w:type="dxa"/>
              <w:end w:w="110" w:type="dxa"/>
            </w:tcMar>
          </w:tcPr>
          <w:p>
            <w:pPr>
              <w:spacing w:after="0"/>
            </w:pPr>
            <w:r>
              <w:rPr>
                <w:sz w:val="17"/>
              </w:rPr>
              <w:t>Schrijvers en makers</w:t>
            </w:r>
          </w:p>
        </w:tc>
        <w:tc>
          <w:tcPr>
            <w:tcW w:type="dxa" w:w="850"/>
            <w:vAlign w:val="center"/>
            <w:tcMar>
              <w:top w:w="85" w:type="dxa"/>
              <w:bottom w:w="85" w:type="dxa"/>
              <w:start w:w="110" w:type="dxa"/>
              <w:end w:w="110" w:type="dxa"/>
            </w:tcMar>
          </w:tcPr>
          <w:p>
            <w:pPr>
              <w:spacing w:after="0"/>
            </w:pPr>
            <w:r>
              <w:rPr>
                <w:sz w:val="17"/>
              </w:rPr>
              <w:t>☐</w:t>
            </w:r>
          </w:p>
        </w:tc>
      </w:tr>
      <w:tr>
        <w:trPr>
          <w:cantSplit/>
        </w:trPr>
        <w:tc>
          <w:tcPr>
            <w:tcW w:type="dxa" w:w="650"/>
            <w:vAlign w:val="center"/>
            <w:tcMar>
              <w:top w:w="85" w:type="dxa"/>
              <w:bottom w:w="85" w:type="dxa"/>
              <w:start w:w="110" w:type="dxa"/>
              <w:end w:w="110" w:type="dxa"/>
            </w:tcMar>
          </w:tcPr>
          <w:p>
            <w:pPr>
              <w:spacing w:after="0"/>
            </w:pPr>
            <w:r>
              <w:rPr>
                <w:sz w:val="17"/>
              </w:rPr>
              <w:t>6</w:t>
            </w:r>
          </w:p>
        </w:tc>
        <w:tc>
          <w:tcPr>
            <w:tcW w:type="dxa" w:w="3200"/>
            <w:vAlign w:val="center"/>
            <w:tcMar>
              <w:top w:w="85" w:type="dxa"/>
              <w:bottom w:w="85" w:type="dxa"/>
              <w:start w:w="110" w:type="dxa"/>
              <w:end w:w="110" w:type="dxa"/>
            </w:tcMar>
          </w:tcPr>
          <w:p>
            <w:pPr>
              <w:spacing w:after="0"/>
            </w:pPr>
            <w:r>
              <w:rPr>
                <w:sz w:val="17"/>
              </w:rPr>
              <w:t>Proefversie met correcties</w:t>
            </w:r>
          </w:p>
        </w:tc>
        <w:tc>
          <w:tcPr>
            <w:tcW w:type="dxa" w:w="3900"/>
            <w:vAlign w:val="center"/>
            <w:tcMar>
              <w:top w:w="85" w:type="dxa"/>
              <w:bottom w:w="85" w:type="dxa"/>
              <w:start w:w="110" w:type="dxa"/>
              <w:end w:w="110" w:type="dxa"/>
            </w:tcMar>
          </w:tcPr>
          <w:p>
            <w:pPr>
              <w:spacing w:after="0"/>
            </w:pPr>
            <w:r>
              <w:rPr>
                <w:sz w:val="17"/>
              </w:rPr>
              <w:t>Redactie en controleurs</w:t>
            </w:r>
          </w:p>
        </w:tc>
        <w:tc>
          <w:tcPr>
            <w:tcW w:type="dxa" w:w="850"/>
            <w:vAlign w:val="center"/>
            <w:tcMar>
              <w:top w:w="85" w:type="dxa"/>
              <w:bottom w:w="85" w:type="dxa"/>
              <w:start w:w="110" w:type="dxa"/>
              <w:end w:w="110" w:type="dxa"/>
            </w:tcMar>
          </w:tcPr>
          <w:p>
            <w:pPr>
              <w:spacing w:after="0"/>
            </w:pPr>
            <w:r>
              <w:rPr>
                <w:sz w:val="17"/>
              </w:rPr>
              <w:t>☐</w:t>
            </w:r>
          </w:p>
        </w:tc>
      </w:tr>
      <w:tr>
        <w:trPr>
          <w:cantSplit/>
        </w:trPr>
        <w:tc>
          <w:tcPr>
            <w:tcW w:type="dxa" w:w="650"/>
            <w:vAlign w:val="center"/>
            <w:tcMar>
              <w:top w:w="85" w:type="dxa"/>
              <w:bottom w:w="85" w:type="dxa"/>
              <w:start w:w="110" w:type="dxa"/>
              <w:end w:w="110" w:type="dxa"/>
            </w:tcMar>
          </w:tcPr>
          <w:p>
            <w:pPr>
              <w:spacing w:after="0"/>
            </w:pPr>
            <w:r>
              <w:rPr>
                <w:sz w:val="17"/>
              </w:rPr>
              <w:t>7</w:t>
            </w:r>
          </w:p>
        </w:tc>
        <w:tc>
          <w:tcPr>
            <w:tcW w:type="dxa" w:w="3200"/>
            <w:vAlign w:val="center"/>
            <w:tcMar>
              <w:top w:w="85" w:type="dxa"/>
              <w:bottom w:w="85" w:type="dxa"/>
              <w:start w:w="110" w:type="dxa"/>
              <w:end w:w="110" w:type="dxa"/>
            </w:tcMar>
          </w:tcPr>
          <w:p>
            <w:pPr>
              <w:spacing w:after="0"/>
            </w:pPr>
            <w:r>
              <w:rPr>
                <w:sz w:val="17"/>
              </w:rPr>
              <w:t>Individuele reflectie</w:t>
            </w:r>
          </w:p>
        </w:tc>
        <w:tc>
          <w:tcPr>
            <w:tcW w:type="dxa" w:w="3900"/>
            <w:vAlign w:val="center"/>
            <w:tcMar>
              <w:top w:w="85" w:type="dxa"/>
              <w:bottom w:w="85" w:type="dxa"/>
              <w:start w:w="110" w:type="dxa"/>
              <w:end w:w="110" w:type="dxa"/>
            </w:tcMar>
          </w:tcPr>
          <w:p>
            <w:pPr>
              <w:spacing w:after="0"/>
            </w:pPr>
            <w:r>
              <w:rPr>
                <w:sz w:val="17"/>
              </w:rPr>
              <w:t>Iedere leerling afzonderlijk</w:t>
            </w:r>
          </w:p>
        </w:tc>
        <w:tc>
          <w:tcPr>
            <w:tcW w:type="dxa" w:w="850"/>
            <w:vAlign w:val="center"/>
            <w:tcMar>
              <w:top w:w="85" w:type="dxa"/>
              <w:bottom w:w="85" w:type="dxa"/>
              <w:start w:w="110" w:type="dxa"/>
              <w:end w:w="110" w:type="dxa"/>
            </w:tcMar>
          </w:tcPr>
          <w:p>
            <w:pPr>
              <w:spacing w:after="0"/>
            </w:pPr>
            <w:r>
              <w:rPr>
                <w:sz w:val="17"/>
              </w:rPr>
              <w:t>☐</w:t>
            </w:r>
          </w:p>
        </w:tc>
      </w:tr>
    </w:tbl>
    <w:p>
      <w:pPr>
        <w:spacing w:after="0"/>
      </w:pPr>
    </w:p>
    <w:p>
      <w:pPr>
        <w:pStyle w:val="Heading2"/>
      </w:pPr>
      <w:r>
        <w:t>Bestandsafspraken</w:t>
      </w:r>
    </w:p>
    <w:tbl>
      <w:tblPr>
        <w:tblStyle w:val="TableGrid"/>
        <w:tblW w:type="dxa" w:w="9700"/>
        <w:jc w:val="left"/>
        <w:tblLayout w:type="fixed"/>
        <w:tblLook w:firstColumn="1" w:firstRow="1" w:lastColumn="0" w:lastRow="0" w:noHBand="0" w:noVBand="1" w:val="04A0"/>
        <w:tblInd w:w="120" w:type="dxa"/>
      </w:tblPr>
      <w:tblGrid>
        <w:gridCol w:w="3300"/>
        <w:gridCol w:w="6400"/>
      </w:tblGrid>
      <w:tr>
        <w:trPr>
          <w:tblHeader w:val="true"/>
          <w:cantSplit/>
        </w:trPr>
        <w:tc>
          <w:tcPr>
            <w:tcW w:type="dxa" w:w="3300"/>
            <w:shd w:fill="2E5E78"/>
            <w:vAlign w:val="center"/>
            <w:tcMar>
              <w:top w:w="85" w:type="dxa"/>
              <w:bottom w:w="85" w:type="dxa"/>
              <w:start w:w="110" w:type="dxa"/>
              <w:end w:w="110" w:type="dxa"/>
            </w:tcMar>
          </w:tcPr>
          <w:p>
            <w:r>
              <w:rPr>
                <w:b/>
                <w:color w:val="FFFFFF"/>
                <w:sz w:val="17"/>
              </w:rPr>
              <w:t>Onderdeel</w:t>
            </w:r>
          </w:p>
        </w:tc>
        <w:tc>
          <w:tcPr>
            <w:tcW w:type="dxa" w:w="6400"/>
            <w:shd w:fill="2E5E78"/>
            <w:vAlign w:val="center"/>
            <w:tcMar>
              <w:top w:w="85" w:type="dxa"/>
              <w:bottom w:w="85" w:type="dxa"/>
              <w:start w:w="110" w:type="dxa"/>
              <w:end w:w="110" w:type="dxa"/>
            </w:tcMar>
          </w:tcPr>
          <w:p>
            <w:r>
              <w:rPr>
                <w:b/>
                <w:color w:val="FFFFFF"/>
                <w:sz w:val="17"/>
              </w:rPr>
              <w:t>Afspraak</w:t>
            </w:r>
          </w:p>
        </w:tc>
      </w:tr>
      <w:tr>
        <w:trPr>
          <w:cantSplit/>
        </w:trPr>
        <w:tc>
          <w:tcPr>
            <w:tcW w:type="dxa" w:w="3300"/>
            <w:vAlign w:val="center"/>
            <w:tcMar>
              <w:top w:w="85" w:type="dxa"/>
              <w:bottom w:w="85" w:type="dxa"/>
              <w:start w:w="110" w:type="dxa"/>
              <w:end w:w="110" w:type="dxa"/>
            </w:tcMar>
          </w:tcPr>
          <w:p>
            <w:pPr>
              <w:spacing w:after="0"/>
            </w:pPr>
            <w:r>
              <w:rPr>
                <w:sz w:val="17"/>
              </w:rPr>
              <w:t>Centrale opslagplaats</w:t>
            </w:r>
          </w:p>
        </w:tc>
        <w:tc>
          <w:tcPr>
            <w:tcW w:type="dxa" w:w="6400"/>
            <w:vAlign w:val="center"/>
            <w:tcMar>
              <w:top w:w="85" w:type="dxa"/>
              <w:bottom w:w="85" w:type="dxa"/>
              <w:start w:w="110" w:type="dxa"/>
              <w:end w:w="110" w:type="dxa"/>
            </w:tcMar>
          </w:tcPr>
          <w:p>
            <w:pPr>
              <w:spacing w:after="0"/>
            </w:pPr>
            <w:r>
              <w:rPr>
                <w:sz w:val="17"/>
              </w:rPr>
            </w:r>
          </w:p>
        </w:tc>
      </w:tr>
      <w:tr>
        <w:trPr>
          <w:cantSplit/>
        </w:trPr>
        <w:tc>
          <w:tcPr>
            <w:tcW w:type="dxa" w:w="3300"/>
            <w:vAlign w:val="center"/>
            <w:tcMar>
              <w:top w:w="85" w:type="dxa"/>
              <w:bottom w:w="85" w:type="dxa"/>
              <w:start w:w="110" w:type="dxa"/>
              <w:end w:w="110" w:type="dxa"/>
            </w:tcMar>
          </w:tcPr>
          <w:p>
            <w:pPr>
              <w:spacing w:after="0"/>
            </w:pPr>
            <w:r>
              <w:rPr>
                <w:sz w:val="17"/>
              </w:rPr>
              <w:t>Naamgeving bestanden</w:t>
            </w:r>
          </w:p>
        </w:tc>
        <w:tc>
          <w:tcPr>
            <w:tcW w:type="dxa" w:w="6400"/>
            <w:vAlign w:val="center"/>
            <w:tcMar>
              <w:top w:w="85" w:type="dxa"/>
              <w:bottom w:w="85" w:type="dxa"/>
              <w:start w:w="110" w:type="dxa"/>
              <w:end w:w="110" w:type="dxa"/>
            </w:tcMar>
          </w:tcPr>
          <w:p>
            <w:pPr>
              <w:spacing w:after="0"/>
            </w:pPr>
            <w:r>
              <w:rPr>
                <w:sz w:val="17"/>
              </w:rPr>
            </w:r>
          </w:p>
        </w:tc>
      </w:tr>
      <w:tr>
        <w:trPr>
          <w:cantSplit/>
        </w:trPr>
        <w:tc>
          <w:tcPr>
            <w:tcW w:type="dxa" w:w="3300"/>
            <w:vAlign w:val="center"/>
            <w:tcMar>
              <w:top w:w="85" w:type="dxa"/>
              <w:bottom w:w="85" w:type="dxa"/>
              <w:start w:w="110" w:type="dxa"/>
              <w:end w:w="110" w:type="dxa"/>
            </w:tcMar>
          </w:tcPr>
          <w:p>
            <w:pPr>
              <w:spacing w:after="0"/>
            </w:pPr>
            <w:r>
              <w:rPr>
                <w:sz w:val="17"/>
              </w:rPr>
              <w:t>Wie voegt definitieve bestanden samen?</w:t>
            </w:r>
          </w:p>
        </w:tc>
        <w:tc>
          <w:tcPr>
            <w:tcW w:type="dxa" w:w="6400"/>
            <w:vAlign w:val="center"/>
            <w:tcMar>
              <w:top w:w="85" w:type="dxa"/>
              <w:bottom w:w="85" w:type="dxa"/>
              <w:start w:w="110" w:type="dxa"/>
              <w:end w:w="110" w:type="dxa"/>
            </w:tcMar>
          </w:tcPr>
          <w:p>
            <w:pPr>
              <w:spacing w:after="0"/>
            </w:pPr>
            <w:r>
              <w:rPr>
                <w:sz w:val="17"/>
              </w:rPr>
            </w:r>
          </w:p>
        </w:tc>
      </w:tr>
      <w:tr>
        <w:trPr>
          <w:cantSplit/>
        </w:trPr>
        <w:tc>
          <w:tcPr>
            <w:tcW w:type="dxa" w:w="3300"/>
            <w:vAlign w:val="center"/>
            <w:tcMar>
              <w:top w:w="85" w:type="dxa"/>
              <w:bottom w:w="85" w:type="dxa"/>
              <w:start w:w="110" w:type="dxa"/>
              <w:end w:w="110" w:type="dxa"/>
            </w:tcMar>
          </w:tcPr>
          <w:p>
            <w:pPr>
              <w:spacing w:after="0"/>
            </w:pPr>
            <w:r>
              <w:rPr>
                <w:sz w:val="17"/>
              </w:rPr>
              <w:t>Wie beheert versies?</w:t>
            </w:r>
          </w:p>
        </w:tc>
        <w:tc>
          <w:tcPr>
            <w:tcW w:type="dxa" w:w="6400"/>
            <w:vAlign w:val="center"/>
            <w:tcMar>
              <w:top w:w="85" w:type="dxa"/>
              <w:bottom w:w="85" w:type="dxa"/>
              <w:start w:w="110" w:type="dxa"/>
              <w:end w:w="110" w:type="dxa"/>
            </w:tcMar>
          </w:tcPr>
          <w:p>
            <w:pPr>
              <w:spacing w:after="0"/>
            </w:pPr>
            <w:r>
              <w:rPr>
                <w:sz w:val="17"/>
              </w:rPr>
            </w:r>
          </w:p>
        </w:tc>
      </w:tr>
      <w:tr>
        <w:trPr>
          <w:cantSplit/>
        </w:trPr>
        <w:tc>
          <w:tcPr>
            <w:tcW w:type="dxa" w:w="3300"/>
            <w:vAlign w:val="center"/>
            <w:tcMar>
              <w:top w:w="85" w:type="dxa"/>
              <w:bottom w:w="85" w:type="dxa"/>
              <w:start w:w="110" w:type="dxa"/>
              <w:end w:w="110" w:type="dxa"/>
            </w:tcMar>
          </w:tcPr>
          <w:p>
            <w:pPr>
              <w:spacing w:after="0"/>
            </w:pPr>
            <w:r>
              <w:rPr>
                <w:sz w:val="17"/>
              </w:rPr>
              <w:t>Wie mag bestanden delen?</w:t>
            </w:r>
          </w:p>
        </w:tc>
        <w:tc>
          <w:tcPr>
            <w:tcW w:type="dxa" w:w="6400"/>
            <w:vAlign w:val="center"/>
            <w:tcMar>
              <w:top w:w="85" w:type="dxa"/>
              <w:bottom w:w="85" w:type="dxa"/>
              <w:start w:w="110" w:type="dxa"/>
              <w:end w:w="110" w:type="dxa"/>
            </w:tcMar>
          </w:tcPr>
          <w:p>
            <w:pPr>
              <w:spacing w:after="0"/>
            </w:pPr>
            <w:r>
              <w:rPr>
                <w:sz w:val="17"/>
              </w:rPr>
            </w:r>
          </w:p>
        </w:tc>
      </w:tr>
    </w:tbl>
    <w:p>
      <w:pPr>
        <w:spacing w:after="0"/>
      </w:pPr>
    </w:p>
    <w:p>
      <w:r>
        <w:br w:type="page"/>
      </w:r>
    </w:p>
    <w:p>
      <w:pPr>
        <w:pStyle w:val="Heading1"/>
      </w:pPr>
      <w:r>
        <w:t>1. Onze route</w:t>
      </w:r>
    </w:p>
    <w:p>
      <w:r>
        <w:t>De basisroute is altijd het uitgangspunt. Verdieping en uitgeversroute worden alleen toegevoegd als zij een duidelijk leerdoel hebben en binnen de beschikbare projectcredits passen.</w:t>
      </w:r>
    </w:p>
    <w:tbl>
      <w:tblPr>
        <w:tblStyle w:val="TableGrid"/>
        <w:tblW w:type="dxa" w:w="9700"/>
        <w:jc w:val="left"/>
        <w:tblLayout w:type="fixed"/>
        <w:tblLook w:firstColumn="1" w:firstRow="1" w:lastColumn="0" w:lastRow="0" w:noHBand="0" w:noVBand="1" w:val="04A0"/>
        <w:tblInd w:w="120" w:type="dxa"/>
      </w:tblPr>
      <w:tblGrid>
        <w:gridCol w:w="2800"/>
        <w:gridCol w:w="850"/>
        <w:gridCol w:w="3300"/>
        <w:gridCol w:w="2750"/>
      </w:tblGrid>
      <w:tr>
        <w:trPr>
          <w:tblHeader w:val="true"/>
          <w:cantSplit/>
        </w:trPr>
        <w:tc>
          <w:tcPr>
            <w:tcW w:type="dxa" w:w="2800"/>
            <w:shd w:fill="2E5E78"/>
            <w:vAlign w:val="center"/>
            <w:tcMar>
              <w:top w:w="85" w:type="dxa"/>
              <w:bottom w:w="85" w:type="dxa"/>
              <w:start w:w="110" w:type="dxa"/>
              <w:end w:w="110" w:type="dxa"/>
            </w:tcMar>
          </w:tcPr>
          <w:p>
            <w:r>
              <w:rPr>
                <w:b/>
                <w:color w:val="FFFFFF"/>
                <w:sz w:val="17"/>
              </w:rPr>
              <w:t>Route</w:t>
            </w:r>
          </w:p>
        </w:tc>
        <w:tc>
          <w:tcPr>
            <w:tcW w:type="dxa" w:w="850"/>
            <w:shd w:fill="2E5E78"/>
            <w:vAlign w:val="center"/>
            <w:tcMar>
              <w:top w:w="85" w:type="dxa"/>
              <w:bottom w:w="85" w:type="dxa"/>
              <w:start w:w="110" w:type="dxa"/>
              <w:end w:w="110" w:type="dxa"/>
            </w:tcMar>
          </w:tcPr>
          <w:p>
            <w:r>
              <w:rPr>
                <w:b/>
                <w:color w:val="FFFFFF"/>
                <w:sz w:val="17"/>
              </w:rPr>
              <w:t>Keuze</w:t>
            </w:r>
          </w:p>
        </w:tc>
        <w:tc>
          <w:tcPr>
            <w:tcW w:type="dxa" w:w="3300"/>
            <w:shd w:fill="2E5E78"/>
            <w:vAlign w:val="center"/>
            <w:tcMar>
              <w:top w:w="85" w:type="dxa"/>
              <w:bottom w:w="85" w:type="dxa"/>
              <w:start w:w="110" w:type="dxa"/>
              <w:end w:w="110" w:type="dxa"/>
            </w:tcMar>
          </w:tcPr>
          <w:p>
            <w:r>
              <w:rPr>
                <w:b/>
                <w:color w:val="FFFFFF"/>
                <w:sz w:val="17"/>
              </w:rPr>
              <w:t>Welke onderdelen kiezen we?</w:t>
            </w:r>
          </w:p>
        </w:tc>
        <w:tc>
          <w:tcPr>
            <w:tcW w:type="dxa" w:w="2750"/>
            <w:shd w:fill="2E5E78"/>
            <w:vAlign w:val="center"/>
            <w:tcMar>
              <w:top w:w="85" w:type="dxa"/>
              <w:bottom w:w="85" w:type="dxa"/>
              <w:start w:w="110" w:type="dxa"/>
              <w:end w:w="110" w:type="dxa"/>
            </w:tcMar>
          </w:tcPr>
          <w:p>
            <w:r>
              <w:rPr>
                <w:b/>
                <w:color w:val="FFFFFF"/>
                <w:sz w:val="17"/>
              </w:rPr>
              <w:t>Waarom?</w:t>
            </w:r>
          </w:p>
        </w:tc>
      </w:tr>
      <w:tr>
        <w:trPr>
          <w:cantSplit/>
        </w:trPr>
        <w:tc>
          <w:tcPr>
            <w:tcW w:type="dxa" w:w="2800"/>
            <w:vAlign w:val="center"/>
            <w:tcMar>
              <w:top w:w="85" w:type="dxa"/>
              <w:bottom w:w="85" w:type="dxa"/>
              <w:start w:w="110" w:type="dxa"/>
              <w:end w:w="110" w:type="dxa"/>
            </w:tcMar>
          </w:tcPr>
          <w:p>
            <w:pPr>
              <w:spacing w:after="0"/>
            </w:pPr>
            <w:r>
              <w:rPr>
                <w:sz w:val="17"/>
              </w:rPr>
              <w:t>Basisroute – Samen een publicatie maken</w:t>
            </w:r>
          </w:p>
        </w:tc>
        <w:tc>
          <w:tcPr>
            <w:tcW w:type="dxa" w:w="850"/>
            <w:vAlign w:val="center"/>
            <w:tcMar>
              <w:top w:w="85" w:type="dxa"/>
              <w:bottom w:w="85" w:type="dxa"/>
              <w:start w:w="110" w:type="dxa"/>
              <w:end w:w="110" w:type="dxa"/>
            </w:tcMar>
          </w:tcPr>
          <w:p>
            <w:pPr>
              <w:spacing w:after="0"/>
            </w:pPr>
            <w:r>
              <w:rPr>
                <w:sz w:val="17"/>
              </w:rPr>
              <w:t>☐</w:t>
            </w:r>
          </w:p>
        </w:tc>
        <w:tc>
          <w:tcPr>
            <w:tcW w:type="dxa" w:w="3300"/>
            <w:vAlign w:val="center"/>
            <w:tcMar>
              <w:top w:w="85" w:type="dxa"/>
              <w:bottom w:w="85" w:type="dxa"/>
              <w:start w:w="110" w:type="dxa"/>
              <w:end w:w="110" w:type="dxa"/>
            </w:tcMar>
          </w:tcPr>
          <w:p>
            <w:pPr>
              <w:spacing w:after="0"/>
            </w:pPr>
            <w:r>
              <w:rPr>
                <w:sz w:val="17"/>
              </w:rPr>
            </w:r>
          </w:p>
        </w:tc>
        <w:tc>
          <w:tcPr>
            <w:tcW w:type="dxa" w:w="2750"/>
            <w:vAlign w:val="center"/>
            <w:tcMar>
              <w:top w:w="85" w:type="dxa"/>
              <w:bottom w:w="85" w:type="dxa"/>
              <w:start w:w="110" w:type="dxa"/>
              <w:end w:w="110" w:type="dxa"/>
            </w:tcMar>
          </w:tcPr>
          <w:p>
            <w:pPr>
              <w:spacing w:after="0"/>
            </w:pPr>
            <w:r>
              <w:rPr>
                <w:sz w:val="17"/>
              </w:rPr>
            </w:r>
          </w:p>
        </w:tc>
      </w:tr>
      <w:tr>
        <w:trPr>
          <w:cantSplit/>
        </w:trPr>
        <w:tc>
          <w:tcPr>
            <w:tcW w:type="dxa" w:w="2800"/>
            <w:vAlign w:val="center"/>
            <w:tcMar>
              <w:top w:w="85" w:type="dxa"/>
              <w:bottom w:w="85" w:type="dxa"/>
              <w:start w:w="110" w:type="dxa"/>
              <w:end w:w="110" w:type="dxa"/>
            </w:tcMar>
          </w:tcPr>
          <w:p>
            <w:pPr>
              <w:spacing w:after="0"/>
            </w:pPr>
            <w:r>
              <w:rPr>
                <w:sz w:val="17"/>
              </w:rPr>
              <w:t>Verdieping – Betere inhoud en betere keuzes</w:t>
            </w:r>
          </w:p>
        </w:tc>
        <w:tc>
          <w:tcPr>
            <w:tcW w:type="dxa" w:w="850"/>
            <w:vAlign w:val="center"/>
            <w:tcMar>
              <w:top w:w="85" w:type="dxa"/>
              <w:bottom w:w="85" w:type="dxa"/>
              <w:start w:w="110" w:type="dxa"/>
              <w:end w:w="110" w:type="dxa"/>
            </w:tcMar>
          </w:tcPr>
          <w:p>
            <w:pPr>
              <w:spacing w:after="0"/>
            </w:pPr>
            <w:r>
              <w:rPr>
                <w:sz w:val="17"/>
              </w:rPr>
              <w:t>☐</w:t>
            </w:r>
          </w:p>
        </w:tc>
        <w:tc>
          <w:tcPr>
            <w:tcW w:type="dxa" w:w="3300"/>
            <w:vAlign w:val="center"/>
            <w:tcMar>
              <w:top w:w="85" w:type="dxa"/>
              <w:bottom w:w="85" w:type="dxa"/>
              <w:start w:w="110" w:type="dxa"/>
              <w:end w:w="110" w:type="dxa"/>
            </w:tcMar>
          </w:tcPr>
          <w:p>
            <w:pPr>
              <w:spacing w:after="0"/>
            </w:pPr>
            <w:r>
              <w:rPr>
                <w:sz w:val="17"/>
              </w:rPr>
            </w:r>
          </w:p>
        </w:tc>
        <w:tc>
          <w:tcPr>
            <w:tcW w:type="dxa" w:w="2750"/>
            <w:vAlign w:val="center"/>
            <w:tcMar>
              <w:top w:w="85" w:type="dxa"/>
              <w:bottom w:w="85" w:type="dxa"/>
              <w:start w:w="110" w:type="dxa"/>
              <w:end w:w="110" w:type="dxa"/>
            </w:tcMar>
          </w:tcPr>
          <w:p>
            <w:pPr>
              <w:spacing w:after="0"/>
            </w:pPr>
            <w:r>
              <w:rPr>
                <w:sz w:val="17"/>
              </w:rPr>
            </w:r>
          </w:p>
        </w:tc>
      </w:tr>
      <w:tr>
        <w:trPr>
          <w:cantSplit/>
        </w:trPr>
        <w:tc>
          <w:tcPr>
            <w:tcW w:type="dxa" w:w="2800"/>
            <w:vAlign w:val="center"/>
            <w:tcMar>
              <w:top w:w="85" w:type="dxa"/>
              <w:bottom w:w="85" w:type="dxa"/>
              <w:start w:w="110" w:type="dxa"/>
              <w:end w:w="110" w:type="dxa"/>
            </w:tcMar>
          </w:tcPr>
          <w:p>
            <w:pPr>
              <w:spacing w:after="0"/>
            </w:pPr>
            <w:r>
              <w:rPr>
                <w:sz w:val="17"/>
              </w:rPr>
              <w:t>Uitgeversroute – Het volledige uitgeefproces</w:t>
            </w:r>
          </w:p>
        </w:tc>
        <w:tc>
          <w:tcPr>
            <w:tcW w:type="dxa" w:w="850"/>
            <w:vAlign w:val="center"/>
            <w:tcMar>
              <w:top w:w="85" w:type="dxa"/>
              <w:bottom w:w="85" w:type="dxa"/>
              <w:start w:w="110" w:type="dxa"/>
              <w:end w:w="110" w:type="dxa"/>
            </w:tcMar>
          </w:tcPr>
          <w:p>
            <w:pPr>
              <w:spacing w:after="0"/>
            </w:pPr>
            <w:r>
              <w:rPr>
                <w:sz w:val="17"/>
              </w:rPr>
              <w:t>☐</w:t>
            </w:r>
          </w:p>
        </w:tc>
        <w:tc>
          <w:tcPr>
            <w:tcW w:type="dxa" w:w="3300"/>
            <w:vAlign w:val="center"/>
            <w:tcMar>
              <w:top w:w="85" w:type="dxa"/>
              <w:bottom w:w="85" w:type="dxa"/>
              <w:start w:w="110" w:type="dxa"/>
              <w:end w:w="110" w:type="dxa"/>
            </w:tcMar>
          </w:tcPr>
          <w:p>
            <w:pPr>
              <w:spacing w:after="0"/>
            </w:pPr>
            <w:r>
              <w:rPr>
                <w:sz w:val="17"/>
              </w:rPr>
            </w:r>
          </w:p>
        </w:tc>
        <w:tc>
          <w:tcPr>
            <w:tcW w:type="dxa" w:w="2750"/>
            <w:vAlign w:val="center"/>
            <w:tcMar>
              <w:top w:w="85" w:type="dxa"/>
              <w:bottom w:w="85" w:type="dxa"/>
              <w:start w:w="110" w:type="dxa"/>
              <w:end w:w="110" w:type="dxa"/>
            </w:tcMar>
          </w:tcPr>
          <w:p>
            <w:pPr>
              <w:spacing w:after="0"/>
            </w:pPr>
            <w:r>
              <w:rPr>
                <w:sz w:val="17"/>
              </w:rPr>
            </w:r>
          </w:p>
        </w:tc>
      </w:tr>
    </w:tbl>
    <w:p>
      <w:pPr>
        <w:spacing w:after="0"/>
      </w:pPr>
    </w:p>
    <w:p>
      <w:pPr>
        <w:pStyle w:val="Heading2"/>
      </w:pPr>
      <w:r>
        <w:t>Besluit over de route</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tbl>
      <w:tblPr>
        <w:tblStyle w:val="TableGrid"/>
        <w:tblW w:type="dxa" w:w="9700"/>
        <w:jc w:val="left"/>
        <w:tblLayout w:type="fixed"/>
        <w:tblLook w:firstColumn="1" w:firstRow="1" w:lastColumn="0" w:lastRow="0" w:noHBand="0" w:noVBand="1" w:val="04A0"/>
        <w:tblInd w:w="120" w:type="dxa"/>
      </w:tblPr>
      <w:tblGrid>
        <w:gridCol w:w="3100"/>
        <w:gridCol w:w="3500"/>
        <w:gridCol w:w="3100"/>
      </w:tblGrid>
      <w:tr>
        <w:trPr>
          <w:tblHeader w:val="true"/>
          <w:cantSplit/>
        </w:trPr>
        <w:tc>
          <w:tcPr>
            <w:tcW w:type="dxa" w:w="3100"/>
            <w:shd w:fill="2E5E78"/>
            <w:vAlign w:val="center"/>
            <w:tcMar>
              <w:top w:w="85" w:type="dxa"/>
              <w:bottom w:w="85" w:type="dxa"/>
              <w:start w:w="110" w:type="dxa"/>
              <w:end w:w="110" w:type="dxa"/>
            </w:tcMar>
          </w:tcPr>
          <w:p>
            <w:r>
              <w:rPr>
                <w:b/>
                <w:color w:val="FFFFFF"/>
                <w:sz w:val="17"/>
              </w:rPr>
              <w:t>Besluit genomen op</w:t>
            </w:r>
          </w:p>
        </w:tc>
        <w:tc>
          <w:tcPr>
            <w:tcW w:type="dxa" w:w="3500"/>
            <w:shd w:fill="2E5E78"/>
            <w:vAlign w:val="center"/>
            <w:tcMar>
              <w:top w:w="85" w:type="dxa"/>
              <w:bottom w:w="85" w:type="dxa"/>
              <w:start w:w="110" w:type="dxa"/>
              <w:end w:w="110" w:type="dxa"/>
            </w:tcMar>
          </w:tcPr>
          <w:p>
            <w:r>
              <w:rPr>
                <w:b/>
                <w:color w:val="FFFFFF"/>
                <w:sz w:val="17"/>
              </w:rPr>
              <w:t>Goedgekeurd door docent</w:t>
            </w:r>
          </w:p>
        </w:tc>
        <w:tc>
          <w:tcPr>
            <w:tcW w:type="dxa" w:w="3100"/>
            <w:shd w:fill="2E5E78"/>
            <w:vAlign w:val="center"/>
            <w:tcMar>
              <w:top w:w="85" w:type="dxa"/>
              <w:bottom w:w="85" w:type="dxa"/>
              <w:start w:w="110" w:type="dxa"/>
              <w:end w:w="110" w:type="dxa"/>
            </w:tcMar>
          </w:tcPr>
          <w:p>
            <w:r>
              <w:rPr>
                <w:b/>
                <w:color w:val="FFFFFF"/>
                <w:sz w:val="17"/>
              </w:rPr>
              <w:t>Herzien op</w:t>
            </w:r>
          </w:p>
        </w:tc>
      </w:tr>
      <w:tr>
        <w:trPr>
          <w:cantSplit/>
        </w:trPr>
        <w:tc>
          <w:tcPr>
            <w:tcW w:type="dxa" w:w="3100"/>
            <w:vAlign w:val="center"/>
            <w:tcMar>
              <w:top w:w="85" w:type="dxa"/>
              <w:bottom w:w="85" w:type="dxa"/>
              <w:start w:w="110" w:type="dxa"/>
              <w:end w:w="110" w:type="dxa"/>
            </w:tcMar>
          </w:tcPr>
          <w:p>
            <w:pPr>
              <w:spacing w:after="0"/>
            </w:pPr>
            <w:r>
              <w:rPr>
                <w:sz w:val="17"/>
              </w:rPr>
            </w:r>
          </w:p>
        </w:tc>
        <w:tc>
          <w:tcPr>
            <w:tcW w:type="dxa" w:w="3500"/>
            <w:vAlign w:val="center"/>
            <w:tcMar>
              <w:top w:w="85" w:type="dxa"/>
              <w:bottom w:w="85" w:type="dxa"/>
              <w:start w:w="110" w:type="dxa"/>
              <w:end w:w="110" w:type="dxa"/>
            </w:tcMar>
          </w:tcPr>
          <w:p>
            <w:pPr>
              <w:spacing w:after="0"/>
            </w:pPr>
            <w:r>
              <w:rPr>
                <w:sz w:val="17"/>
              </w:rPr>
            </w:r>
          </w:p>
        </w:tc>
        <w:tc>
          <w:tcPr>
            <w:tcW w:type="dxa" w:w="3100"/>
            <w:vAlign w:val="center"/>
            <w:tcMar>
              <w:top w:w="85" w:type="dxa"/>
              <w:bottom w:w="85" w:type="dxa"/>
              <w:start w:w="110" w:type="dxa"/>
              <w:end w:w="110" w:type="dxa"/>
            </w:tcMar>
          </w:tcPr>
          <w:p>
            <w:pPr>
              <w:spacing w:after="0"/>
            </w:pPr>
            <w:r>
              <w:rPr>
                <w:sz w:val="17"/>
              </w:rPr>
            </w:r>
          </w:p>
        </w:tc>
      </w:tr>
    </w:tbl>
    <w:p>
      <w:pPr>
        <w:spacing w:after="0"/>
      </w:pPr>
    </w:p>
    <w:p>
      <w:r>
        <w:br w:type="page"/>
      </w:r>
    </w:p>
    <w:p>
      <w:pPr>
        <w:pStyle w:val="Heading1"/>
      </w:pPr>
      <w:r>
        <w:t>2. Bewijsstuk 1 – Projectkaart</w:t>
      </w:r>
    </w:p>
    <w:tbl>
      <w:tblPr>
        <w:tblStyle w:val="TableGrid"/>
        <w:tblW w:type="dxa" w:w="9700"/>
        <w:jc w:val="left"/>
        <w:tblLayout w:type="fixed"/>
        <w:tblLook w:firstColumn="1" w:firstRow="1" w:lastColumn="0" w:lastRow="0" w:noHBand="0" w:noVBand="1" w:val="04A0"/>
        <w:tblInd w:w="120" w:type="dxa"/>
      </w:tblPr>
      <w:tblGrid>
        <w:gridCol w:w="3000"/>
        <w:gridCol w:w="6700"/>
      </w:tblGrid>
      <w:tr>
        <w:trPr>
          <w:tblHeader w:val="true"/>
          <w:cantSplit/>
        </w:trPr>
        <w:tc>
          <w:tcPr>
            <w:tcW w:type="dxa" w:w="3000"/>
            <w:shd w:fill="2E5E78"/>
            <w:vAlign w:val="center"/>
            <w:tcMar>
              <w:top w:w="85" w:type="dxa"/>
              <w:bottom w:w="85" w:type="dxa"/>
              <w:start w:w="110" w:type="dxa"/>
              <w:end w:w="110" w:type="dxa"/>
            </w:tcMar>
          </w:tcPr>
          <w:p>
            <w:r>
              <w:rPr>
                <w:b/>
                <w:color w:val="FFFFFF"/>
                <w:sz w:val="17"/>
              </w:rPr>
              <w:t>Onderdeel</w:t>
            </w:r>
          </w:p>
        </w:tc>
        <w:tc>
          <w:tcPr>
            <w:tcW w:type="dxa" w:w="6700"/>
            <w:shd w:fill="2E5E78"/>
            <w:vAlign w:val="center"/>
            <w:tcMar>
              <w:top w:w="85" w:type="dxa"/>
              <w:bottom w:w="85" w:type="dxa"/>
              <w:start w:w="110" w:type="dxa"/>
              <w:end w:w="110" w:type="dxa"/>
            </w:tcMar>
          </w:tcPr>
          <w:p>
            <w:r>
              <w:rPr>
                <w:b/>
                <w:color w:val="FFFFFF"/>
                <w:sz w:val="17"/>
              </w:rPr>
              <w:t>Projectbesluit</w:t>
            </w:r>
          </w:p>
        </w:tc>
      </w:tr>
      <w:tr>
        <w:trPr>
          <w:cantSplit/>
        </w:trPr>
        <w:tc>
          <w:tcPr>
            <w:tcW w:type="dxa" w:w="3000"/>
            <w:vAlign w:val="center"/>
            <w:tcMar>
              <w:top w:w="85" w:type="dxa"/>
              <w:bottom w:w="85" w:type="dxa"/>
              <w:start w:w="110" w:type="dxa"/>
              <w:end w:w="110" w:type="dxa"/>
            </w:tcMar>
          </w:tcPr>
          <w:p>
            <w:pPr>
              <w:spacing w:after="0"/>
            </w:pPr>
            <w:r>
              <w:rPr>
                <w:sz w:val="17"/>
              </w:rPr>
              <w:t>Werktitel</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Onderwerp</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Hoofdvraag</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Doel van de publicatie</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Beoogd publiek</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Centrale boodschap</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Publicatievorm</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Gewenste omvang</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Geplande publicatiedatum</w:t>
            </w:r>
          </w:p>
        </w:tc>
        <w:tc>
          <w:tcPr>
            <w:tcW w:type="dxa" w:w="6700"/>
            <w:vAlign w:val="center"/>
            <w:tcMar>
              <w:top w:w="85" w:type="dxa"/>
              <w:bottom w:w="85" w:type="dxa"/>
              <w:start w:w="110" w:type="dxa"/>
              <w:end w:w="110" w:type="dxa"/>
            </w:tcMar>
          </w:tcPr>
          <w:p>
            <w:pPr>
              <w:spacing w:after="0"/>
            </w:pPr>
            <w:r>
              <w:rPr>
                <w:sz w:val="17"/>
              </w:rPr>
            </w:r>
          </w:p>
        </w:tc>
      </w:tr>
      <w:tr>
        <w:trPr>
          <w:cantSplit/>
        </w:trPr>
        <w:tc>
          <w:tcPr>
            <w:tcW w:type="dxa" w:w="3000"/>
            <w:vAlign w:val="center"/>
            <w:tcMar>
              <w:top w:w="85" w:type="dxa"/>
              <w:bottom w:w="85" w:type="dxa"/>
              <w:start w:w="110" w:type="dxa"/>
              <w:end w:w="110" w:type="dxa"/>
            </w:tcMar>
          </w:tcPr>
          <w:p>
            <w:pPr>
              <w:spacing w:after="0"/>
            </w:pPr>
            <w:r>
              <w:rPr>
                <w:sz w:val="17"/>
              </w:rPr>
              <w:t>Digitaal/gedrukt</w:t>
            </w:r>
          </w:p>
        </w:tc>
        <w:tc>
          <w:tcPr>
            <w:tcW w:type="dxa" w:w="6700"/>
            <w:vAlign w:val="center"/>
            <w:tcMar>
              <w:top w:w="85" w:type="dxa"/>
              <w:bottom w:w="85" w:type="dxa"/>
              <w:start w:w="110" w:type="dxa"/>
              <w:end w:w="110" w:type="dxa"/>
            </w:tcMar>
          </w:tcPr>
          <w:p>
            <w:pPr>
              <w:spacing w:after="0"/>
            </w:pPr>
            <w:r>
              <w:rPr>
                <w:sz w:val="17"/>
              </w:rPr>
            </w:r>
          </w:p>
        </w:tc>
      </w:tr>
    </w:tbl>
    <w:p>
      <w:pPr>
        <w:spacing w:after="0"/>
      </w:pPr>
    </w:p>
    <w:p>
      <w:pPr>
        <w:pStyle w:val="Heading2"/>
      </w:pPr>
      <w:r>
        <w:t>Wanneer is het project geslaagd?</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tbl>
      <w:tblPr>
        <w:tblStyle w:val="TableGrid"/>
        <w:tblW w:type="dxa" w:w="9700"/>
        <w:jc w:val="left"/>
        <w:tblLayout w:type="fixed"/>
        <w:tblLook w:firstColumn="1" w:firstRow="1" w:lastColumn="0" w:lastRow="0" w:noHBand="0" w:noVBand="1" w:val="04A0"/>
        <w:tblInd w:w="120" w:type="dxa"/>
      </w:tblPr>
      <w:tblGrid>
        <w:gridCol w:w="4700"/>
        <w:gridCol w:w="2500"/>
        <w:gridCol w:w="2500"/>
      </w:tblGrid>
      <w:tr>
        <w:trPr>
          <w:tblHeader w:val="true"/>
          <w:cantSplit/>
        </w:trPr>
        <w:tc>
          <w:tcPr>
            <w:tcW w:type="dxa" w:w="4700"/>
            <w:shd w:fill="2E5E78"/>
            <w:vAlign w:val="center"/>
            <w:tcMar>
              <w:top w:w="85" w:type="dxa"/>
              <w:bottom w:w="85" w:type="dxa"/>
              <w:start w:w="110" w:type="dxa"/>
              <w:end w:w="110" w:type="dxa"/>
            </w:tcMar>
          </w:tcPr>
          <w:p>
            <w:r>
              <w:rPr>
                <w:b/>
                <w:color w:val="FFFFFF"/>
                <w:sz w:val="17"/>
              </w:rPr>
              <w:t>Besluit</w:t>
            </w:r>
          </w:p>
        </w:tc>
        <w:tc>
          <w:tcPr>
            <w:tcW w:type="dxa" w:w="2500"/>
            <w:shd w:fill="2E5E78"/>
            <w:vAlign w:val="center"/>
            <w:tcMar>
              <w:top w:w="85" w:type="dxa"/>
              <w:bottom w:w="85" w:type="dxa"/>
              <w:start w:w="110" w:type="dxa"/>
              <w:end w:w="110" w:type="dxa"/>
            </w:tcMar>
          </w:tcPr>
          <w:p>
            <w:r>
              <w:rPr>
                <w:b/>
                <w:color w:val="FFFFFF"/>
                <w:sz w:val="17"/>
              </w:rPr>
              <w:t>Datum</w:t>
            </w:r>
          </w:p>
        </w:tc>
        <w:tc>
          <w:tcPr>
            <w:tcW w:type="dxa" w:w="2500"/>
            <w:shd w:fill="2E5E78"/>
            <w:vAlign w:val="center"/>
            <w:tcMar>
              <w:top w:w="85" w:type="dxa"/>
              <w:bottom w:w="85" w:type="dxa"/>
              <w:start w:w="110" w:type="dxa"/>
              <w:end w:w="110" w:type="dxa"/>
            </w:tcMar>
          </w:tcPr>
          <w:p>
            <w:r>
              <w:rPr>
                <w:b/>
                <w:color w:val="FFFFFF"/>
                <w:sz w:val="17"/>
              </w:rPr>
              <w:t>Akkoord docent</w:t>
            </w:r>
          </w:p>
        </w:tc>
      </w:tr>
      <w:tr>
        <w:trPr>
          <w:cantSplit/>
        </w:trPr>
        <w:tc>
          <w:tcPr>
            <w:tcW w:type="dxa" w:w="4700"/>
            <w:vAlign w:val="center"/>
            <w:tcMar>
              <w:top w:w="85" w:type="dxa"/>
              <w:bottom w:w="85" w:type="dxa"/>
              <w:start w:w="110" w:type="dxa"/>
              <w:end w:w="110" w:type="dxa"/>
            </w:tcMar>
          </w:tcPr>
          <w:p>
            <w:pPr>
              <w:spacing w:after="0"/>
            </w:pPr>
            <w:r>
              <w:rPr>
                <w:sz w:val="17"/>
              </w:rPr>
              <w:t>Projectkaart goedgekeurd</w:t>
            </w:r>
          </w:p>
        </w:tc>
        <w:tc>
          <w:tcPr>
            <w:tcW w:type="dxa" w:w="2500"/>
            <w:vAlign w:val="center"/>
            <w:tcMar>
              <w:top w:w="85" w:type="dxa"/>
              <w:bottom w:w="85" w:type="dxa"/>
              <w:start w:w="110" w:type="dxa"/>
              <w:end w:w="110" w:type="dxa"/>
            </w:tcMar>
          </w:tcPr>
          <w:p>
            <w:pPr>
              <w:spacing w:after="0"/>
            </w:pPr>
            <w:r>
              <w:rPr>
                <w:sz w:val="17"/>
              </w:rPr>
            </w:r>
          </w:p>
        </w:tc>
        <w:tc>
          <w:tcPr>
            <w:tcW w:type="dxa" w:w="2500"/>
            <w:vAlign w:val="center"/>
            <w:tcMar>
              <w:top w:w="85" w:type="dxa"/>
              <w:bottom w:w="85" w:type="dxa"/>
              <w:start w:w="110" w:type="dxa"/>
              <w:end w:w="110" w:type="dxa"/>
            </w:tcMar>
          </w:tcPr>
          <w:p>
            <w:pPr>
              <w:spacing w:after="0"/>
            </w:pPr>
            <w:r>
              <w:rPr>
                <w:sz w:val="17"/>
              </w:rPr>
              <w:t>☐</w:t>
            </w:r>
          </w:p>
        </w:tc>
      </w:tr>
    </w:tbl>
    <w:p>
      <w:pPr>
        <w:spacing w:after="0"/>
      </w:pPr>
    </w:p>
    <w:p>
      <w:r>
        <w:br w:type="page"/>
      </w:r>
    </w:p>
    <w:p>
      <w:pPr>
        <w:pStyle w:val="Heading1"/>
      </w:pPr>
      <w:r>
        <w:t>3. Bewijsstuk 2 – Rollen en verantwoordelijkheden</w:t>
      </w:r>
    </w:p>
    <w:tbl>
      <w:tblPr>
        <w:tblStyle w:val="TableGrid"/>
        <w:tblW w:type="dxa" w:w="9700"/>
        <w:jc w:val="left"/>
        <w:tblLayout w:type="fixed"/>
        <w:tblLook w:firstColumn="1" w:firstRow="1" w:lastColumn="0" w:lastRow="0" w:noHBand="0" w:noVBand="1" w:val="04A0"/>
        <w:tblInd w:w="120" w:type="dxa"/>
      </w:tblPr>
      <w:tblGrid>
        <w:gridCol w:w="1600"/>
        <w:gridCol w:w="1700"/>
        <w:gridCol w:w="3100"/>
        <w:gridCol w:w="2100"/>
        <w:gridCol w:w="1200"/>
      </w:tblGrid>
      <w:tr>
        <w:trPr>
          <w:tblHeader w:val="true"/>
          <w:cantSplit/>
        </w:trPr>
        <w:tc>
          <w:tcPr>
            <w:tcW w:type="dxa" w:w="1600"/>
            <w:shd w:fill="2E5E78"/>
            <w:vAlign w:val="center"/>
            <w:tcMar>
              <w:top w:w="85" w:type="dxa"/>
              <w:bottom w:w="85" w:type="dxa"/>
              <w:start w:w="110" w:type="dxa"/>
              <w:end w:w="110" w:type="dxa"/>
            </w:tcMar>
          </w:tcPr>
          <w:p>
            <w:r>
              <w:rPr>
                <w:b/>
                <w:color w:val="FFFFFF"/>
                <w:sz w:val="16"/>
              </w:rPr>
              <w:t>Naam</w:t>
            </w:r>
          </w:p>
        </w:tc>
        <w:tc>
          <w:tcPr>
            <w:tcW w:type="dxa" w:w="1700"/>
            <w:shd w:fill="2E5E78"/>
            <w:vAlign w:val="center"/>
            <w:tcMar>
              <w:top w:w="85" w:type="dxa"/>
              <w:bottom w:w="85" w:type="dxa"/>
              <w:start w:w="110" w:type="dxa"/>
              <w:end w:w="110" w:type="dxa"/>
            </w:tcMar>
          </w:tcPr>
          <w:p>
            <w:r>
              <w:rPr>
                <w:b/>
                <w:color w:val="FFFFFF"/>
                <w:sz w:val="16"/>
              </w:rPr>
              <w:t>Hoofdrol</w:t>
            </w:r>
          </w:p>
        </w:tc>
        <w:tc>
          <w:tcPr>
            <w:tcW w:type="dxa" w:w="3100"/>
            <w:shd w:fill="2E5E78"/>
            <w:vAlign w:val="center"/>
            <w:tcMar>
              <w:top w:w="85" w:type="dxa"/>
              <w:bottom w:w="85" w:type="dxa"/>
              <w:start w:w="110" w:type="dxa"/>
              <w:end w:w="110" w:type="dxa"/>
            </w:tcMar>
          </w:tcPr>
          <w:p>
            <w:r>
              <w:rPr>
                <w:b/>
                <w:color w:val="FFFFFF"/>
                <w:sz w:val="16"/>
              </w:rPr>
              <w:t>Concrete taken</w:t>
            </w:r>
          </w:p>
        </w:tc>
        <w:tc>
          <w:tcPr>
            <w:tcW w:type="dxa" w:w="2100"/>
            <w:shd w:fill="2E5E78"/>
            <w:vAlign w:val="center"/>
            <w:tcMar>
              <w:top w:w="85" w:type="dxa"/>
              <w:bottom w:w="85" w:type="dxa"/>
              <w:start w:w="110" w:type="dxa"/>
              <w:end w:w="110" w:type="dxa"/>
            </w:tcMar>
          </w:tcPr>
          <w:p>
            <w:r>
              <w:rPr>
                <w:b/>
                <w:color w:val="FFFFFF"/>
                <w:sz w:val="16"/>
              </w:rPr>
              <w:t>Resultaat</w:t>
            </w:r>
          </w:p>
        </w:tc>
        <w:tc>
          <w:tcPr>
            <w:tcW w:type="dxa" w:w="1200"/>
            <w:shd w:fill="2E5E78"/>
            <w:vAlign w:val="center"/>
            <w:tcMar>
              <w:top w:w="85" w:type="dxa"/>
              <w:bottom w:w="85" w:type="dxa"/>
              <w:start w:w="110" w:type="dxa"/>
              <w:end w:w="110" w:type="dxa"/>
            </w:tcMar>
          </w:tcPr>
          <w:p>
            <w:r>
              <w:rPr>
                <w:b/>
                <w:color w:val="FFFFFF"/>
                <w:sz w:val="16"/>
              </w:rPr>
              <w:t>Controleur</w:t>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r>
        <w:trPr>
          <w:cantSplit/>
        </w:trPr>
        <w:tc>
          <w:tcPr>
            <w:tcW w:type="dxa" w:w="1600"/>
            <w:vAlign w:val="center"/>
            <w:tcMar>
              <w:top w:w="85" w:type="dxa"/>
              <w:bottom w:w="85" w:type="dxa"/>
              <w:start w:w="110" w:type="dxa"/>
              <w:end w:w="110" w:type="dxa"/>
            </w:tcMar>
          </w:tcPr>
          <w:p>
            <w:pPr>
              <w:spacing w:after="0"/>
            </w:pPr>
            <w:r>
              <w:rPr>
                <w:sz w:val="16"/>
              </w:rPr>
            </w:r>
          </w:p>
        </w:tc>
        <w:tc>
          <w:tcPr>
            <w:tcW w:type="dxa" w:w="1700"/>
            <w:vAlign w:val="center"/>
            <w:tcMar>
              <w:top w:w="85" w:type="dxa"/>
              <w:bottom w:w="85" w:type="dxa"/>
              <w:start w:w="110" w:type="dxa"/>
              <w:end w:w="110" w:type="dxa"/>
            </w:tcMar>
          </w:tcPr>
          <w:p>
            <w:pPr>
              <w:spacing w:after="0"/>
            </w:pPr>
            <w:r>
              <w:rPr>
                <w:sz w:val="16"/>
              </w:rPr>
            </w:r>
          </w:p>
        </w:tc>
        <w:tc>
          <w:tcPr>
            <w:tcW w:type="dxa" w:w="3100"/>
            <w:vAlign w:val="center"/>
            <w:tcMar>
              <w:top w:w="85" w:type="dxa"/>
              <w:bottom w:w="85" w:type="dxa"/>
              <w:start w:w="110" w:type="dxa"/>
              <w:end w:w="110" w:type="dxa"/>
            </w:tcMar>
          </w:tcPr>
          <w:p>
            <w:pPr>
              <w:spacing w:after="0"/>
            </w:pPr>
            <w:r>
              <w:rPr>
                <w:sz w:val="16"/>
              </w:rPr>
            </w:r>
          </w:p>
        </w:tc>
        <w:tc>
          <w:tcPr>
            <w:tcW w:type="dxa" w:w="2100"/>
            <w:vAlign w:val="center"/>
            <w:tcMar>
              <w:top w:w="85" w:type="dxa"/>
              <w:bottom w:w="85" w:type="dxa"/>
              <w:start w:w="110" w:type="dxa"/>
              <w:end w:w="110" w:type="dxa"/>
            </w:tcMar>
          </w:tcPr>
          <w:p>
            <w:pPr>
              <w:spacing w:after="0"/>
            </w:pPr>
            <w:r>
              <w:rPr>
                <w:sz w:val="16"/>
              </w:rPr>
            </w:r>
          </w:p>
        </w:tc>
        <w:tc>
          <w:tcPr>
            <w:tcW w:type="dxa" w:w="1200"/>
            <w:vAlign w:val="center"/>
            <w:tcMar>
              <w:top w:w="85" w:type="dxa"/>
              <w:bottom w:w="85" w:type="dxa"/>
              <w:start w:w="110" w:type="dxa"/>
              <w:end w:w="110" w:type="dxa"/>
            </w:tcMar>
          </w:tcPr>
          <w:p>
            <w:pPr>
              <w:spacing w:after="0"/>
            </w:pPr>
            <w:r>
              <w:rPr>
                <w:sz w:val="16"/>
              </w:rPr>
            </w:r>
          </w:p>
        </w:tc>
      </w:tr>
    </w:tbl>
    <w:p>
      <w:pPr>
        <w:spacing w:after="0"/>
      </w:pPr>
    </w:p>
    <w:p>
      <w:pPr>
        <w:pStyle w:val="Heading2"/>
      </w:pPr>
      <w:r>
        <w:t>Overlegafspraken</w:t>
      </w:r>
    </w:p>
    <w:tbl>
      <w:tblPr>
        <w:tblStyle w:val="TableGrid"/>
        <w:tblW w:type="dxa" w:w="9700"/>
        <w:jc w:val="left"/>
        <w:tblLayout w:type="fixed"/>
        <w:tblLook w:firstColumn="1" w:firstRow="1" w:lastColumn="0" w:lastRow="0" w:noHBand="0" w:noVBand="1" w:val="04A0"/>
        <w:tblInd w:w="120" w:type="dxa"/>
      </w:tblPr>
      <w:tblGrid>
        <w:gridCol w:w="3600"/>
        <w:gridCol w:w="6100"/>
      </w:tblGrid>
      <w:tr>
        <w:trPr>
          <w:tblHeader w:val="true"/>
          <w:cantSplit/>
        </w:trPr>
        <w:tc>
          <w:tcPr>
            <w:tcW w:type="dxa" w:w="3600"/>
            <w:shd w:fill="2E5E78"/>
            <w:vAlign w:val="center"/>
            <w:tcMar>
              <w:top w:w="85" w:type="dxa"/>
              <w:bottom w:w="85" w:type="dxa"/>
              <w:start w:w="110" w:type="dxa"/>
              <w:end w:w="110" w:type="dxa"/>
            </w:tcMar>
          </w:tcPr>
          <w:p>
            <w:r>
              <w:rPr>
                <w:b/>
                <w:color w:val="FFFFFF"/>
                <w:sz w:val="17"/>
              </w:rPr>
              <w:t>Onderwerp</w:t>
            </w:r>
          </w:p>
        </w:tc>
        <w:tc>
          <w:tcPr>
            <w:tcW w:type="dxa" w:w="6100"/>
            <w:shd w:fill="2E5E78"/>
            <w:vAlign w:val="center"/>
            <w:tcMar>
              <w:top w:w="85" w:type="dxa"/>
              <w:bottom w:w="85" w:type="dxa"/>
              <w:start w:w="110" w:type="dxa"/>
              <w:end w:w="110" w:type="dxa"/>
            </w:tcMar>
          </w:tcPr>
          <w:p>
            <w:r>
              <w:rPr>
                <w:b/>
                <w:color w:val="FFFFFF"/>
                <w:sz w:val="17"/>
              </w:rPr>
              <w:t>Afspraak</w:t>
            </w:r>
          </w:p>
        </w:tc>
      </w:tr>
      <w:tr>
        <w:trPr>
          <w:cantSplit/>
        </w:trPr>
        <w:tc>
          <w:tcPr>
            <w:tcW w:type="dxa" w:w="3600"/>
            <w:vAlign w:val="center"/>
            <w:tcMar>
              <w:top w:w="85" w:type="dxa"/>
              <w:bottom w:w="85" w:type="dxa"/>
              <w:start w:w="110" w:type="dxa"/>
              <w:end w:w="110" w:type="dxa"/>
            </w:tcMar>
          </w:tcPr>
          <w:p>
            <w:pPr>
              <w:spacing w:after="0"/>
            </w:pPr>
            <w:r>
              <w:rPr>
                <w:sz w:val="17"/>
              </w:rPr>
              <w:t>Vaste overlegmomenten</w:t>
            </w:r>
          </w:p>
        </w:tc>
        <w:tc>
          <w:tcPr>
            <w:tcW w:type="dxa" w:w="6100"/>
            <w:vAlign w:val="center"/>
            <w:tcMar>
              <w:top w:w="85" w:type="dxa"/>
              <w:bottom w:w="85" w:type="dxa"/>
              <w:start w:w="110" w:type="dxa"/>
              <w:end w:w="110" w:type="dxa"/>
            </w:tcMar>
          </w:tcPr>
          <w:p>
            <w:pPr>
              <w:spacing w:after="0"/>
            </w:pPr>
            <w:r>
              <w:rPr>
                <w:sz w:val="17"/>
              </w:rPr>
            </w:r>
          </w:p>
        </w:tc>
      </w:tr>
      <w:tr>
        <w:trPr>
          <w:cantSplit/>
        </w:trPr>
        <w:tc>
          <w:tcPr>
            <w:tcW w:type="dxa" w:w="3600"/>
            <w:vAlign w:val="center"/>
            <w:tcMar>
              <w:top w:w="85" w:type="dxa"/>
              <w:bottom w:w="85" w:type="dxa"/>
              <w:start w:w="110" w:type="dxa"/>
              <w:end w:w="110" w:type="dxa"/>
            </w:tcMar>
          </w:tcPr>
          <w:p>
            <w:pPr>
              <w:spacing w:after="0"/>
            </w:pPr>
            <w:r>
              <w:rPr>
                <w:sz w:val="17"/>
              </w:rPr>
              <w:t>Wie neemt besluiten bij verschil van mening?</w:t>
            </w:r>
          </w:p>
        </w:tc>
        <w:tc>
          <w:tcPr>
            <w:tcW w:type="dxa" w:w="6100"/>
            <w:vAlign w:val="center"/>
            <w:tcMar>
              <w:top w:w="85" w:type="dxa"/>
              <w:bottom w:w="85" w:type="dxa"/>
              <w:start w:w="110" w:type="dxa"/>
              <w:end w:w="110" w:type="dxa"/>
            </w:tcMar>
          </w:tcPr>
          <w:p>
            <w:pPr>
              <w:spacing w:after="0"/>
            </w:pPr>
            <w:r>
              <w:rPr>
                <w:sz w:val="17"/>
              </w:rPr>
            </w:r>
          </w:p>
        </w:tc>
      </w:tr>
      <w:tr>
        <w:trPr>
          <w:cantSplit/>
        </w:trPr>
        <w:tc>
          <w:tcPr>
            <w:tcW w:type="dxa" w:w="3600"/>
            <w:vAlign w:val="center"/>
            <w:tcMar>
              <w:top w:w="85" w:type="dxa"/>
              <w:bottom w:w="85" w:type="dxa"/>
              <w:start w:w="110" w:type="dxa"/>
              <w:end w:w="110" w:type="dxa"/>
            </w:tcMar>
          </w:tcPr>
          <w:p>
            <w:pPr>
              <w:spacing w:after="0"/>
            </w:pPr>
            <w:r>
              <w:rPr>
                <w:sz w:val="17"/>
              </w:rPr>
              <w:t>Hoe melden we vertraging?</w:t>
            </w:r>
          </w:p>
        </w:tc>
        <w:tc>
          <w:tcPr>
            <w:tcW w:type="dxa" w:w="6100"/>
            <w:vAlign w:val="center"/>
            <w:tcMar>
              <w:top w:w="85" w:type="dxa"/>
              <w:bottom w:w="85" w:type="dxa"/>
              <w:start w:w="110" w:type="dxa"/>
              <w:end w:w="110" w:type="dxa"/>
            </w:tcMar>
          </w:tcPr>
          <w:p>
            <w:pPr>
              <w:spacing w:after="0"/>
            </w:pPr>
            <w:r>
              <w:rPr>
                <w:sz w:val="17"/>
              </w:rPr>
            </w:r>
          </w:p>
        </w:tc>
      </w:tr>
      <w:tr>
        <w:trPr>
          <w:cantSplit/>
        </w:trPr>
        <w:tc>
          <w:tcPr>
            <w:tcW w:type="dxa" w:w="3600"/>
            <w:vAlign w:val="center"/>
            <w:tcMar>
              <w:top w:w="85" w:type="dxa"/>
              <w:bottom w:w="85" w:type="dxa"/>
              <w:start w:w="110" w:type="dxa"/>
              <w:end w:w="110" w:type="dxa"/>
            </w:tcMar>
          </w:tcPr>
          <w:p>
            <w:pPr>
              <w:spacing w:after="0"/>
            </w:pPr>
            <w:r>
              <w:rPr>
                <w:sz w:val="17"/>
              </w:rPr>
              <w:t>Hoe leggen we besluiten vast?</w:t>
            </w:r>
          </w:p>
        </w:tc>
        <w:tc>
          <w:tcPr>
            <w:tcW w:type="dxa" w:w="6100"/>
            <w:vAlign w:val="center"/>
            <w:tcMar>
              <w:top w:w="85" w:type="dxa"/>
              <w:bottom w:w="85" w:type="dxa"/>
              <w:start w:w="110" w:type="dxa"/>
              <w:end w:w="110" w:type="dxa"/>
            </w:tcMar>
          </w:tcPr>
          <w:p>
            <w:pPr>
              <w:spacing w:after="0"/>
            </w:pPr>
            <w:r>
              <w:rPr>
                <w:sz w:val="17"/>
              </w:rPr>
            </w:r>
          </w:p>
        </w:tc>
      </w:tr>
    </w:tbl>
    <w:p>
      <w:pPr>
        <w:spacing w:after="0"/>
      </w:pPr>
    </w:p>
    <w:p>
      <w:r>
        <w:br w:type="page"/>
      </w:r>
    </w:p>
    <w:p>
      <w:pPr>
        <w:pStyle w:val="Heading1"/>
      </w:pPr>
      <w:r>
        <w:t>4. Bewijsstuk 2 – Planning met projectcredits</w:t>
      </w:r>
    </w:p>
    <w:p>
      <w:pPr>
        <w:spacing w:before="60" w:after="120"/>
        <w:ind w:left="216" w:right="216"/>
        <w:shd w:fill="E8F0F4"/>
        <w:pBdr>
          <w:left w:val="single" w:sz="18" w:space="7" w:color="2E5E78"/>
        </w:pBdr>
      </w:pPr>
      <w:r>
        <w:rPr>
          <w:b/>
        </w:rPr>
        <w:t>Rekenregel: één gepland werkuur = één projectcredit. Werkelijke uren worden later apart geregistreerd.</w:t>
      </w:r>
    </w:p>
    <w:tbl>
      <w:tblPr>
        <w:tblStyle w:val="TableGrid"/>
        <w:tblW w:type="dxa" w:w="9700"/>
        <w:jc w:val="left"/>
        <w:tblLayout w:type="fixed"/>
        <w:tblLook w:firstColumn="1" w:firstRow="1" w:lastColumn="0" w:lastRow="0" w:noHBand="0" w:noVBand="1" w:val="04A0"/>
        <w:tblInd w:w="120" w:type="dxa"/>
      </w:tblPr>
      <w:tblGrid>
        <w:gridCol w:w="2450"/>
        <w:gridCol w:w="1550"/>
        <w:gridCol w:w="950"/>
        <w:gridCol w:w="950"/>
        <w:gridCol w:w="1300"/>
        <w:gridCol w:w="950"/>
        <w:gridCol w:w="1550"/>
      </w:tblGrid>
      <w:tr>
        <w:trPr>
          <w:tblHeader w:val="true"/>
          <w:cantSplit/>
        </w:trPr>
        <w:tc>
          <w:tcPr>
            <w:tcW w:type="dxa" w:w="2450"/>
            <w:shd w:fill="2E5E78"/>
            <w:vAlign w:val="center"/>
            <w:tcMar>
              <w:top w:w="85" w:type="dxa"/>
              <w:bottom w:w="85" w:type="dxa"/>
              <w:start w:w="110" w:type="dxa"/>
              <w:end w:w="110" w:type="dxa"/>
            </w:tcMar>
          </w:tcPr>
          <w:p>
            <w:r>
              <w:rPr>
                <w:b/>
                <w:color w:val="FFFFFF"/>
                <w:sz w:val="15"/>
              </w:rPr>
              <w:t>Taak</w:t>
            </w:r>
          </w:p>
        </w:tc>
        <w:tc>
          <w:tcPr>
            <w:tcW w:type="dxa" w:w="1550"/>
            <w:shd w:fill="2E5E78"/>
            <w:vAlign w:val="center"/>
            <w:tcMar>
              <w:top w:w="85" w:type="dxa"/>
              <w:bottom w:w="85" w:type="dxa"/>
              <w:start w:w="110" w:type="dxa"/>
              <w:end w:w="110" w:type="dxa"/>
            </w:tcMar>
          </w:tcPr>
          <w:p>
            <w:r>
              <w:rPr>
                <w:b/>
                <w:color w:val="FFFFFF"/>
                <w:sz w:val="15"/>
              </w:rPr>
              <w:t>Naam/rol</w:t>
            </w:r>
          </w:p>
        </w:tc>
        <w:tc>
          <w:tcPr>
            <w:tcW w:type="dxa" w:w="950"/>
            <w:shd w:fill="2E5E78"/>
            <w:vAlign w:val="center"/>
            <w:tcMar>
              <w:top w:w="85" w:type="dxa"/>
              <w:bottom w:w="85" w:type="dxa"/>
              <w:start w:w="110" w:type="dxa"/>
              <w:end w:w="110" w:type="dxa"/>
            </w:tcMar>
          </w:tcPr>
          <w:p>
            <w:r>
              <w:rPr>
                <w:b/>
                <w:color w:val="FFFFFF"/>
                <w:sz w:val="15"/>
              </w:rPr>
              <w:t>Start</w:t>
            </w:r>
          </w:p>
        </w:tc>
        <w:tc>
          <w:tcPr>
            <w:tcW w:type="dxa" w:w="950"/>
            <w:shd w:fill="2E5E78"/>
            <w:vAlign w:val="center"/>
            <w:tcMar>
              <w:top w:w="85" w:type="dxa"/>
              <w:bottom w:w="85" w:type="dxa"/>
              <w:start w:w="110" w:type="dxa"/>
              <w:end w:w="110" w:type="dxa"/>
            </w:tcMar>
          </w:tcPr>
          <w:p>
            <w:r>
              <w:rPr>
                <w:b/>
                <w:color w:val="FFFFFF"/>
                <w:sz w:val="15"/>
              </w:rPr>
              <w:t>Deadline</w:t>
            </w:r>
          </w:p>
        </w:tc>
        <w:tc>
          <w:tcPr>
            <w:tcW w:type="dxa" w:w="1300"/>
            <w:shd w:fill="2E5E78"/>
            <w:vAlign w:val="center"/>
            <w:tcMar>
              <w:top w:w="85" w:type="dxa"/>
              <w:bottom w:w="85" w:type="dxa"/>
              <w:start w:w="110" w:type="dxa"/>
              <w:end w:w="110" w:type="dxa"/>
            </w:tcMar>
          </w:tcPr>
          <w:p>
            <w:r>
              <w:rPr>
                <w:b/>
                <w:color w:val="FFFFFF"/>
                <w:sz w:val="15"/>
              </w:rPr>
              <w:t>Geplande uren</w:t>
            </w:r>
          </w:p>
        </w:tc>
        <w:tc>
          <w:tcPr>
            <w:tcW w:type="dxa" w:w="950"/>
            <w:shd w:fill="2E5E78"/>
            <w:vAlign w:val="center"/>
            <w:tcMar>
              <w:top w:w="85" w:type="dxa"/>
              <w:bottom w:w="85" w:type="dxa"/>
              <w:start w:w="110" w:type="dxa"/>
              <w:end w:w="110" w:type="dxa"/>
            </w:tcMar>
          </w:tcPr>
          <w:p>
            <w:r>
              <w:rPr>
                <w:b/>
                <w:color w:val="FFFFFF"/>
                <w:sz w:val="15"/>
              </w:rPr>
              <w:t>Credits</w:t>
            </w:r>
          </w:p>
        </w:tc>
        <w:tc>
          <w:tcPr>
            <w:tcW w:type="dxa" w:w="1550"/>
            <w:shd w:fill="2E5E78"/>
            <w:vAlign w:val="center"/>
            <w:tcMar>
              <w:top w:w="85" w:type="dxa"/>
              <w:bottom w:w="85" w:type="dxa"/>
              <w:start w:w="110" w:type="dxa"/>
              <w:end w:w="110" w:type="dxa"/>
            </w:tcMar>
          </w:tcPr>
          <w:p>
            <w:r>
              <w:rPr>
                <w:b/>
                <w:color w:val="FFFFFF"/>
                <w:sz w:val="15"/>
              </w:rPr>
              <w:t>Status</w:t>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r>
        <w:trPr>
          <w:cantSplit/>
        </w:trPr>
        <w:tc>
          <w:tcPr>
            <w:tcW w:type="dxa" w:w="24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c>
          <w:tcPr>
            <w:tcW w:type="dxa" w:w="1550"/>
            <w:vAlign w:val="center"/>
            <w:tcMar>
              <w:top w:w="85" w:type="dxa"/>
              <w:bottom w:w="85" w:type="dxa"/>
              <w:start w:w="110" w:type="dxa"/>
              <w:end w:w="110" w:type="dxa"/>
            </w:tcMar>
          </w:tcPr>
          <w:p>
            <w:pPr>
              <w:spacing w:after="0"/>
            </w:pPr>
            <w:r>
              <w:rPr>
                <w:sz w:val="15"/>
              </w:rPr>
            </w:r>
          </w:p>
        </w:tc>
      </w:tr>
    </w:tbl>
    <w:p>
      <w:pPr>
        <w:spacing w:after="0"/>
      </w:pPr>
    </w:p>
    <w:tbl>
      <w:tblPr>
        <w:tblStyle w:val="TableGrid"/>
        <w:tblW w:type="dxa" w:w="9700"/>
        <w:jc w:val="left"/>
        <w:tblLayout w:type="fixed"/>
        <w:tblLook w:firstColumn="1" w:firstRow="1" w:lastColumn="0" w:lastRow="0" w:noHBand="0" w:noVBand="1" w:val="04A0"/>
        <w:tblInd w:w="120" w:type="dxa"/>
      </w:tblPr>
      <w:tblGrid>
        <w:gridCol w:w="3300"/>
        <w:gridCol w:w="3300"/>
        <w:gridCol w:w="3100"/>
      </w:tblGrid>
      <w:tr>
        <w:trPr>
          <w:tblHeader w:val="true"/>
          <w:cantSplit/>
        </w:trPr>
        <w:tc>
          <w:tcPr>
            <w:tcW w:type="dxa" w:w="3300"/>
            <w:shd w:fill="2E5E78"/>
            <w:vAlign w:val="center"/>
            <w:tcMar>
              <w:top w:w="85" w:type="dxa"/>
              <w:bottom w:w="85" w:type="dxa"/>
              <w:start w:w="110" w:type="dxa"/>
              <w:end w:w="110" w:type="dxa"/>
            </w:tcMar>
          </w:tcPr>
          <w:p>
            <w:r>
              <w:rPr>
                <w:b/>
                <w:color w:val="FFFFFF"/>
                <w:sz w:val="17"/>
              </w:rPr>
              <w:t>Totaal beschikbare geplande uren</w:t>
            </w:r>
          </w:p>
        </w:tc>
        <w:tc>
          <w:tcPr>
            <w:tcW w:type="dxa" w:w="3300"/>
            <w:shd w:fill="2E5E78"/>
            <w:vAlign w:val="center"/>
            <w:tcMar>
              <w:top w:w="85" w:type="dxa"/>
              <w:bottom w:w="85" w:type="dxa"/>
              <w:start w:w="110" w:type="dxa"/>
              <w:end w:w="110" w:type="dxa"/>
            </w:tcMar>
          </w:tcPr>
          <w:p>
            <w:r>
              <w:rPr>
                <w:b/>
                <w:color w:val="FFFFFF"/>
                <w:sz w:val="17"/>
              </w:rPr>
              <w:t>Totaal begrote projectcredits</w:t>
            </w:r>
          </w:p>
        </w:tc>
        <w:tc>
          <w:tcPr>
            <w:tcW w:type="dxa" w:w="3100"/>
            <w:shd w:fill="2E5E78"/>
            <w:vAlign w:val="center"/>
            <w:tcMar>
              <w:top w:w="85" w:type="dxa"/>
              <w:bottom w:w="85" w:type="dxa"/>
              <w:start w:w="110" w:type="dxa"/>
              <w:end w:w="110" w:type="dxa"/>
            </w:tcMar>
          </w:tcPr>
          <w:p>
            <w:r>
              <w:rPr>
                <w:b/>
                <w:color w:val="FFFFFF"/>
                <w:sz w:val="17"/>
              </w:rPr>
              <w:t>Past binnen de lestijd?</w:t>
            </w:r>
          </w:p>
        </w:tc>
      </w:tr>
      <w:tr>
        <w:trPr>
          <w:cantSplit/>
        </w:trPr>
        <w:tc>
          <w:tcPr>
            <w:tcW w:type="dxa" w:w="3300"/>
            <w:vAlign w:val="center"/>
            <w:tcMar>
              <w:top w:w="85" w:type="dxa"/>
              <w:bottom w:w="85" w:type="dxa"/>
              <w:start w:w="110" w:type="dxa"/>
              <w:end w:w="110" w:type="dxa"/>
            </w:tcMar>
          </w:tcPr>
          <w:p>
            <w:pPr>
              <w:spacing w:after="0"/>
            </w:pPr>
            <w:r>
              <w:rPr>
                <w:sz w:val="17"/>
              </w:rPr>
            </w:r>
          </w:p>
        </w:tc>
        <w:tc>
          <w:tcPr>
            <w:tcW w:type="dxa" w:w="3300"/>
            <w:vAlign w:val="center"/>
            <w:tcMar>
              <w:top w:w="85" w:type="dxa"/>
              <w:bottom w:w="85" w:type="dxa"/>
              <w:start w:w="110" w:type="dxa"/>
              <w:end w:w="110" w:type="dxa"/>
            </w:tcMar>
          </w:tcPr>
          <w:p>
            <w:pPr>
              <w:spacing w:after="0"/>
            </w:pPr>
            <w:r>
              <w:rPr>
                <w:sz w:val="17"/>
              </w:rPr>
            </w:r>
          </w:p>
        </w:tc>
        <w:tc>
          <w:tcPr>
            <w:tcW w:type="dxa" w:w="3100"/>
            <w:vAlign w:val="center"/>
            <w:tcMar>
              <w:top w:w="85" w:type="dxa"/>
              <w:bottom w:w="85" w:type="dxa"/>
              <w:start w:w="110" w:type="dxa"/>
              <w:end w:w="110" w:type="dxa"/>
            </w:tcMar>
          </w:tcPr>
          <w:p>
            <w:pPr>
              <w:spacing w:after="0"/>
            </w:pPr>
            <w:r>
              <w:rPr>
                <w:sz w:val="17"/>
              </w:rPr>
              <w:t>☐ Ja  ☐ Nee</w:t>
            </w:r>
          </w:p>
        </w:tc>
      </w:tr>
    </w:tbl>
    <w:p>
      <w:pPr>
        <w:spacing w:after="0"/>
      </w:pPr>
    </w:p>
    <w:p>
      <w:r>
        <w:br w:type="page"/>
      </w:r>
    </w:p>
    <w:p>
      <w:pPr>
        <w:pStyle w:val="Heading1"/>
      </w:pPr>
      <w:r>
        <w:t>5. Faseplanning</w:t>
      </w:r>
    </w:p>
    <w:tbl>
      <w:tblPr>
        <w:tblStyle w:val="TableGrid"/>
        <w:tblW w:type="dxa" w:w="9700"/>
        <w:jc w:val="left"/>
        <w:tblLayout w:type="fixed"/>
        <w:tblLook w:firstColumn="1" w:firstRow="1" w:lastColumn="0" w:lastRow="0" w:noHBand="0" w:noVBand="1" w:val="04A0"/>
        <w:tblInd w:w="120" w:type="dxa"/>
      </w:tblPr>
      <w:tblGrid>
        <w:gridCol w:w="2250"/>
        <w:gridCol w:w="2850"/>
        <w:gridCol w:w="1000"/>
        <w:gridCol w:w="1000"/>
        <w:gridCol w:w="1800"/>
        <w:gridCol w:w="800"/>
      </w:tblGrid>
      <w:tr>
        <w:trPr>
          <w:tblHeader w:val="true"/>
          <w:cantSplit/>
        </w:trPr>
        <w:tc>
          <w:tcPr>
            <w:tcW w:type="dxa" w:w="2250"/>
            <w:shd w:fill="2E5E78"/>
            <w:vAlign w:val="center"/>
            <w:tcMar>
              <w:top w:w="85" w:type="dxa"/>
              <w:bottom w:w="85" w:type="dxa"/>
              <w:start w:w="110" w:type="dxa"/>
              <w:end w:w="110" w:type="dxa"/>
            </w:tcMar>
          </w:tcPr>
          <w:p>
            <w:r>
              <w:rPr>
                <w:b/>
                <w:color w:val="FFFFFF"/>
                <w:sz w:val="16"/>
              </w:rPr>
              <w:t>Fase</w:t>
            </w:r>
          </w:p>
        </w:tc>
        <w:tc>
          <w:tcPr>
            <w:tcW w:type="dxa" w:w="2850"/>
            <w:shd w:fill="2E5E78"/>
            <w:vAlign w:val="center"/>
            <w:tcMar>
              <w:top w:w="85" w:type="dxa"/>
              <w:bottom w:w="85" w:type="dxa"/>
              <w:start w:w="110" w:type="dxa"/>
              <w:end w:w="110" w:type="dxa"/>
            </w:tcMar>
          </w:tcPr>
          <w:p>
            <w:r>
              <w:rPr>
                <w:b/>
                <w:color w:val="FFFFFF"/>
                <w:sz w:val="16"/>
              </w:rPr>
              <w:t>Hoofdresultaat</w:t>
            </w:r>
          </w:p>
        </w:tc>
        <w:tc>
          <w:tcPr>
            <w:tcW w:type="dxa" w:w="1000"/>
            <w:shd w:fill="2E5E78"/>
            <w:vAlign w:val="center"/>
            <w:tcMar>
              <w:top w:w="85" w:type="dxa"/>
              <w:bottom w:w="85" w:type="dxa"/>
              <w:start w:w="110" w:type="dxa"/>
              <w:end w:w="110" w:type="dxa"/>
            </w:tcMar>
          </w:tcPr>
          <w:p>
            <w:r>
              <w:rPr>
                <w:b/>
                <w:color w:val="FFFFFF"/>
                <w:sz w:val="16"/>
              </w:rPr>
              <w:t>Start</w:t>
            </w:r>
          </w:p>
        </w:tc>
        <w:tc>
          <w:tcPr>
            <w:tcW w:type="dxa" w:w="1000"/>
            <w:shd w:fill="2E5E78"/>
            <w:vAlign w:val="center"/>
            <w:tcMar>
              <w:top w:w="85" w:type="dxa"/>
              <w:bottom w:w="85" w:type="dxa"/>
              <w:start w:w="110" w:type="dxa"/>
              <w:end w:w="110" w:type="dxa"/>
            </w:tcMar>
          </w:tcPr>
          <w:p>
            <w:r>
              <w:rPr>
                <w:b/>
                <w:color w:val="FFFFFF"/>
                <w:sz w:val="16"/>
              </w:rPr>
              <w:t>Deadline</w:t>
            </w:r>
          </w:p>
        </w:tc>
        <w:tc>
          <w:tcPr>
            <w:tcW w:type="dxa" w:w="1800"/>
            <w:shd w:fill="2E5E78"/>
            <w:vAlign w:val="center"/>
            <w:tcMar>
              <w:top w:w="85" w:type="dxa"/>
              <w:bottom w:w="85" w:type="dxa"/>
              <w:start w:w="110" w:type="dxa"/>
              <w:end w:w="110" w:type="dxa"/>
            </w:tcMar>
          </w:tcPr>
          <w:p>
            <w:r>
              <w:rPr>
                <w:b/>
                <w:color w:val="FFFFFF"/>
                <w:sz w:val="16"/>
              </w:rPr>
              <w:t>Verantwoordelijke</w:t>
            </w:r>
          </w:p>
        </w:tc>
        <w:tc>
          <w:tcPr>
            <w:tcW w:type="dxa" w:w="800"/>
            <w:shd w:fill="2E5E78"/>
            <w:vAlign w:val="center"/>
            <w:tcMar>
              <w:top w:w="85" w:type="dxa"/>
              <w:bottom w:w="85" w:type="dxa"/>
              <w:start w:w="110" w:type="dxa"/>
              <w:end w:w="110" w:type="dxa"/>
            </w:tcMar>
          </w:tcPr>
          <w:p>
            <w:r>
              <w:rPr>
                <w:b/>
                <w:color w:val="FFFFFF"/>
                <w:sz w:val="16"/>
              </w:rPr>
              <w:t>Gereed</w:t>
            </w:r>
          </w:p>
        </w:tc>
      </w:tr>
      <w:tr>
        <w:trPr>
          <w:cantSplit/>
        </w:trPr>
        <w:tc>
          <w:tcPr>
            <w:tcW w:type="dxa" w:w="2250"/>
            <w:vAlign w:val="center"/>
            <w:tcMar>
              <w:top w:w="85" w:type="dxa"/>
              <w:bottom w:w="85" w:type="dxa"/>
              <w:start w:w="110" w:type="dxa"/>
              <w:end w:w="110" w:type="dxa"/>
            </w:tcMar>
          </w:tcPr>
          <w:p>
            <w:pPr>
              <w:spacing w:after="0"/>
            </w:pPr>
            <w:r>
              <w:rPr>
                <w:sz w:val="16"/>
              </w:rPr>
              <w:t>1. Opdracht en publiek</w:t>
            </w:r>
          </w:p>
        </w:tc>
        <w:tc>
          <w:tcPr>
            <w:tcW w:type="dxa" w:w="2850"/>
            <w:vAlign w:val="center"/>
            <w:tcMar>
              <w:top w:w="85" w:type="dxa"/>
              <w:bottom w:w="85" w:type="dxa"/>
              <w:start w:w="110" w:type="dxa"/>
              <w:end w:w="110" w:type="dxa"/>
            </w:tcMar>
          </w:tcPr>
          <w:p>
            <w:pPr>
              <w:spacing w:after="0"/>
            </w:pPr>
            <w:r>
              <w:rPr>
                <w:sz w:val="16"/>
              </w:rPr>
              <w:t>Projectkaart</w:t>
            </w:r>
          </w:p>
        </w:tc>
        <w:tc>
          <w:tcPr>
            <w:tcW w:type="dxa" w:w="10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c>
          <w:tcPr>
            <w:tcW w:type="dxa" w:w="1800"/>
            <w:vAlign w:val="center"/>
            <w:tcMar>
              <w:top w:w="85" w:type="dxa"/>
              <w:bottom w:w="85" w:type="dxa"/>
              <w:start w:w="110" w:type="dxa"/>
              <w:end w:w="110" w:type="dxa"/>
            </w:tcMar>
          </w:tcPr>
          <w:p>
            <w:pPr>
              <w:spacing w:after="0"/>
            </w:pPr>
            <w:r>
              <w:rPr>
                <w:sz w:val="16"/>
              </w:rPr>
            </w:r>
          </w:p>
        </w:tc>
        <w:tc>
          <w:tcPr>
            <w:tcW w:type="dxa" w:w="800"/>
            <w:vAlign w:val="center"/>
            <w:tcMar>
              <w:top w:w="85" w:type="dxa"/>
              <w:bottom w:w="85" w:type="dxa"/>
              <w:start w:w="110" w:type="dxa"/>
              <w:end w:w="110" w:type="dxa"/>
            </w:tcMar>
          </w:tcPr>
          <w:p>
            <w:pPr>
              <w:spacing w:after="0"/>
            </w:pPr>
            <w:r>
              <w:rPr>
                <w:sz w:val="16"/>
              </w:rPr>
              <w:t>☐</w:t>
            </w:r>
          </w:p>
        </w:tc>
      </w:tr>
      <w:tr>
        <w:trPr>
          <w:cantSplit/>
        </w:trPr>
        <w:tc>
          <w:tcPr>
            <w:tcW w:type="dxa" w:w="2250"/>
            <w:vAlign w:val="center"/>
            <w:tcMar>
              <w:top w:w="85" w:type="dxa"/>
              <w:bottom w:w="85" w:type="dxa"/>
              <w:start w:w="110" w:type="dxa"/>
              <w:end w:w="110" w:type="dxa"/>
            </w:tcMar>
          </w:tcPr>
          <w:p>
            <w:pPr>
              <w:spacing w:after="0"/>
            </w:pPr>
            <w:r>
              <w:rPr>
                <w:sz w:val="16"/>
              </w:rPr>
              <w:t>2. Redactie en planning</w:t>
            </w:r>
          </w:p>
        </w:tc>
        <w:tc>
          <w:tcPr>
            <w:tcW w:type="dxa" w:w="2850"/>
            <w:vAlign w:val="center"/>
            <w:tcMar>
              <w:top w:w="85" w:type="dxa"/>
              <w:bottom w:w="85" w:type="dxa"/>
              <w:start w:w="110" w:type="dxa"/>
              <w:end w:w="110" w:type="dxa"/>
            </w:tcMar>
          </w:tcPr>
          <w:p>
            <w:pPr>
              <w:spacing w:after="0"/>
            </w:pPr>
            <w:r>
              <w:rPr>
                <w:sz w:val="16"/>
              </w:rPr>
              <w:t>Rolverdeling en begroting</w:t>
            </w:r>
          </w:p>
        </w:tc>
        <w:tc>
          <w:tcPr>
            <w:tcW w:type="dxa" w:w="10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c>
          <w:tcPr>
            <w:tcW w:type="dxa" w:w="1800"/>
            <w:vAlign w:val="center"/>
            <w:tcMar>
              <w:top w:w="85" w:type="dxa"/>
              <w:bottom w:w="85" w:type="dxa"/>
              <w:start w:w="110" w:type="dxa"/>
              <w:end w:w="110" w:type="dxa"/>
            </w:tcMar>
          </w:tcPr>
          <w:p>
            <w:pPr>
              <w:spacing w:after="0"/>
            </w:pPr>
            <w:r>
              <w:rPr>
                <w:sz w:val="16"/>
              </w:rPr>
            </w:r>
          </w:p>
        </w:tc>
        <w:tc>
          <w:tcPr>
            <w:tcW w:type="dxa" w:w="800"/>
            <w:vAlign w:val="center"/>
            <w:tcMar>
              <w:top w:w="85" w:type="dxa"/>
              <w:bottom w:w="85" w:type="dxa"/>
              <w:start w:w="110" w:type="dxa"/>
              <w:end w:w="110" w:type="dxa"/>
            </w:tcMar>
          </w:tcPr>
          <w:p>
            <w:pPr>
              <w:spacing w:after="0"/>
            </w:pPr>
            <w:r>
              <w:rPr>
                <w:sz w:val="16"/>
              </w:rPr>
              <w:t>☐</w:t>
            </w:r>
          </w:p>
        </w:tc>
      </w:tr>
      <w:tr>
        <w:trPr>
          <w:cantSplit/>
        </w:trPr>
        <w:tc>
          <w:tcPr>
            <w:tcW w:type="dxa" w:w="2250"/>
            <w:vAlign w:val="center"/>
            <w:tcMar>
              <w:top w:w="85" w:type="dxa"/>
              <w:bottom w:w="85" w:type="dxa"/>
              <w:start w:w="110" w:type="dxa"/>
              <w:end w:w="110" w:type="dxa"/>
            </w:tcMar>
          </w:tcPr>
          <w:p>
            <w:pPr>
              <w:spacing w:after="0"/>
            </w:pPr>
            <w:r>
              <w:rPr>
                <w:sz w:val="16"/>
              </w:rPr>
              <w:t>3. Onderzoek en inhoud</w:t>
            </w:r>
          </w:p>
        </w:tc>
        <w:tc>
          <w:tcPr>
            <w:tcW w:type="dxa" w:w="2850"/>
            <w:vAlign w:val="center"/>
            <w:tcMar>
              <w:top w:w="85" w:type="dxa"/>
              <w:bottom w:w="85" w:type="dxa"/>
              <w:start w:w="110" w:type="dxa"/>
              <w:end w:w="110" w:type="dxa"/>
            </w:tcMar>
          </w:tcPr>
          <w:p>
            <w:pPr>
              <w:spacing w:after="0"/>
            </w:pPr>
            <w:r>
              <w:rPr>
                <w:sz w:val="16"/>
              </w:rPr>
              <w:t>Inhoudsplan en bronnenlijst</w:t>
            </w:r>
          </w:p>
        </w:tc>
        <w:tc>
          <w:tcPr>
            <w:tcW w:type="dxa" w:w="10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c>
          <w:tcPr>
            <w:tcW w:type="dxa" w:w="1800"/>
            <w:vAlign w:val="center"/>
            <w:tcMar>
              <w:top w:w="85" w:type="dxa"/>
              <w:bottom w:w="85" w:type="dxa"/>
              <w:start w:w="110" w:type="dxa"/>
              <w:end w:w="110" w:type="dxa"/>
            </w:tcMar>
          </w:tcPr>
          <w:p>
            <w:pPr>
              <w:spacing w:after="0"/>
            </w:pPr>
            <w:r>
              <w:rPr>
                <w:sz w:val="16"/>
              </w:rPr>
            </w:r>
          </w:p>
        </w:tc>
        <w:tc>
          <w:tcPr>
            <w:tcW w:type="dxa" w:w="800"/>
            <w:vAlign w:val="center"/>
            <w:tcMar>
              <w:top w:w="85" w:type="dxa"/>
              <w:bottom w:w="85" w:type="dxa"/>
              <w:start w:w="110" w:type="dxa"/>
              <w:end w:w="110" w:type="dxa"/>
            </w:tcMar>
          </w:tcPr>
          <w:p>
            <w:pPr>
              <w:spacing w:after="0"/>
            </w:pPr>
            <w:r>
              <w:rPr>
                <w:sz w:val="16"/>
              </w:rPr>
              <w:t>☐</w:t>
            </w:r>
          </w:p>
        </w:tc>
      </w:tr>
      <w:tr>
        <w:trPr>
          <w:cantSplit/>
        </w:trPr>
        <w:tc>
          <w:tcPr>
            <w:tcW w:type="dxa" w:w="2250"/>
            <w:vAlign w:val="center"/>
            <w:tcMar>
              <w:top w:w="85" w:type="dxa"/>
              <w:bottom w:w="85" w:type="dxa"/>
              <w:start w:w="110" w:type="dxa"/>
              <w:end w:w="110" w:type="dxa"/>
            </w:tcMar>
          </w:tcPr>
          <w:p>
            <w:pPr>
              <w:spacing w:after="0"/>
            </w:pPr>
            <w:r>
              <w:rPr>
                <w:sz w:val="16"/>
              </w:rPr>
              <w:t>4. Schrijven en maken</w:t>
            </w:r>
          </w:p>
        </w:tc>
        <w:tc>
          <w:tcPr>
            <w:tcW w:type="dxa" w:w="2850"/>
            <w:vAlign w:val="center"/>
            <w:tcMar>
              <w:top w:w="85" w:type="dxa"/>
              <w:bottom w:w="85" w:type="dxa"/>
              <w:start w:w="110" w:type="dxa"/>
              <w:end w:w="110" w:type="dxa"/>
            </w:tcMar>
          </w:tcPr>
          <w:p>
            <w:pPr>
              <w:spacing w:after="0"/>
            </w:pPr>
            <w:r>
              <w:rPr>
                <w:sz w:val="16"/>
              </w:rPr>
              <w:t>Eerste versies</w:t>
            </w:r>
          </w:p>
        </w:tc>
        <w:tc>
          <w:tcPr>
            <w:tcW w:type="dxa" w:w="10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c>
          <w:tcPr>
            <w:tcW w:type="dxa" w:w="1800"/>
            <w:vAlign w:val="center"/>
            <w:tcMar>
              <w:top w:w="85" w:type="dxa"/>
              <w:bottom w:w="85" w:type="dxa"/>
              <w:start w:w="110" w:type="dxa"/>
              <w:end w:w="110" w:type="dxa"/>
            </w:tcMar>
          </w:tcPr>
          <w:p>
            <w:pPr>
              <w:spacing w:after="0"/>
            </w:pPr>
            <w:r>
              <w:rPr>
                <w:sz w:val="16"/>
              </w:rPr>
            </w:r>
          </w:p>
        </w:tc>
        <w:tc>
          <w:tcPr>
            <w:tcW w:type="dxa" w:w="800"/>
            <w:vAlign w:val="center"/>
            <w:tcMar>
              <w:top w:w="85" w:type="dxa"/>
              <w:bottom w:w="85" w:type="dxa"/>
              <w:start w:w="110" w:type="dxa"/>
              <w:end w:w="110" w:type="dxa"/>
            </w:tcMar>
          </w:tcPr>
          <w:p>
            <w:pPr>
              <w:spacing w:after="0"/>
            </w:pPr>
            <w:r>
              <w:rPr>
                <w:sz w:val="16"/>
              </w:rPr>
              <w:t>☐</w:t>
            </w:r>
          </w:p>
        </w:tc>
      </w:tr>
      <w:tr>
        <w:trPr>
          <w:cantSplit/>
        </w:trPr>
        <w:tc>
          <w:tcPr>
            <w:tcW w:type="dxa" w:w="2250"/>
            <w:vAlign w:val="center"/>
            <w:tcMar>
              <w:top w:w="85" w:type="dxa"/>
              <w:bottom w:w="85" w:type="dxa"/>
              <w:start w:w="110" w:type="dxa"/>
              <w:end w:w="110" w:type="dxa"/>
            </w:tcMar>
          </w:tcPr>
          <w:p>
            <w:pPr>
              <w:spacing w:after="0"/>
            </w:pPr>
            <w:r>
              <w:rPr>
                <w:sz w:val="16"/>
              </w:rPr>
              <w:t>5. Redigeren en vormgeven</w:t>
            </w:r>
          </w:p>
        </w:tc>
        <w:tc>
          <w:tcPr>
            <w:tcW w:type="dxa" w:w="2850"/>
            <w:vAlign w:val="center"/>
            <w:tcMar>
              <w:top w:w="85" w:type="dxa"/>
              <w:bottom w:w="85" w:type="dxa"/>
              <w:start w:w="110" w:type="dxa"/>
              <w:end w:w="110" w:type="dxa"/>
            </w:tcMar>
          </w:tcPr>
          <w:p>
            <w:pPr>
              <w:spacing w:after="0"/>
            </w:pPr>
            <w:r>
              <w:rPr>
                <w:sz w:val="16"/>
              </w:rPr>
              <w:t>Proefversie en correcties</w:t>
            </w:r>
          </w:p>
        </w:tc>
        <w:tc>
          <w:tcPr>
            <w:tcW w:type="dxa" w:w="10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c>
          <w:tcPr>
            <w:tcW w:type="dxa" w:w="1800"/>
            <w:vAlign w:val="center"/>
            <w:tcMar>
              <w:top w:w="85" w:type="dxa"/>
              <w:bottom w:w="85" w:type="dxa"/>
              <w:start w:w="110" w:type="dxa"/>
              <w:end w:w="110" w:type="dxa"/>
            </w:tcMar>
          </w:tcPr>
          <w:p>
            <w:pPr>
              <w:spacing w:after="0"/>
            </w:pPr>
            <w:r>
              <w:rPr>
                <w:sz w:val="16"/>
              </w:rPr>
            </w:r>
          </w:p>
        </w:tc>
        <w:tc>
          <w:tcPr>
            <w:tcW w:type="dxa" w:w="800"/>
            <w:vAlign w:val="center"/>
            <w:tcMar>
              <w:top w:w="85" w:type="dxa"/>
              <w:bottom w:w="85" w:type="dxa"/>
              <w:start w:w="110" w:type="dxa"/>
              <w:end w:w="110" w:type="dxa"/>
            </w:tcMar>
          </w:tcPr>
          <w:p>
            <w:pPr>
              <w:spacing w:after="0"/>
            </w:pPr>
            <w:r>
              <w:rPr>
                <w:sz w:val="16"/>
              </w:rPr>
              <w:t>☐</w:t>
            </w:r>
          </w:p>
        </w:tc>
      </w:tr>
      <w:tr>
        <w:trPr>
          <w:cantSplit/>
        </w:trPr>
        <w:tc>
          <w:tcPr>
            <w:tcW w:type="dxa" w:w="2250"/>
            <w:vAlign w:val="center"/>
            <w:tcMar>
              <w:top w:w="85" w:type="dxa"/>
              <w:bottom w:w="85" w:type="dxa"/>
              <w:start w:w="110" w:type="dxa"/>
              <w:end w:w="110" w:type="dxa"/>
            </w:tcMar>
          </w:tcPr>
          <w:p>
            <w:pPr>
              <w:spacing w:after="0"/>
            </w:pPr>
            <w:r>
              <w:rPr>
                <w:sz w:val="16"/>
              </w:rPr>
              <w:t>6. Testen, publiceren en evalueren</w:t>
            </w:r>
          </w:p>
        </w:tc>
        <w:tc>
          <w:tcPr>
            <w:tcW w:type="dxa" w:w="2850"/>
            <w:vAlign w:val="center"/>
            <w:tcMar>
              <w:top w:w="85" w:type="dxa"/>
              <w:bottom w:w="85" w:type="dxa"/>
              <w:start w:w="110" w:type="dxa"/>
              <w:end w:w="110" w:type="dxa"/>
            </w:tcMar>
          </w:tcPr>
          <w:p>
            <w:pPr>
              <w:spacing w:after="0"/>
            </w:pPr>
            <w:r>
              <w:rPr>
                <w:sz w:val="16"/>
              </w:rPr>
              <w:t>Definitieve publicatie en reflectie</w:t>
            </w:r>
          </w:p>
        </w:tc>
        <w:tc>
          <w:tcPr>
            <w:tcW w:type="dxa" w:w="10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c>
          <w:tcPr>
            <w:tcW w:type="dxa" w:w="1800"/>
            <w:vAlign w:val="center"/>
            <w:tcMar>
              <w:top w:w="85" w:type="dxa"/>
              <w:bottom w:w="85" w:type="dxa"/>
              <w:start w:w="110" w:type="dxa"/>
              <w:end w:w="110" w:type="dxa"/>
            </w:tcMar>
          </w:tcPr>
          <w:p>
            <w:pPr>
              <w:spacing w:after="0"/>
            </w:pPr>
            <w:r>
              <w:rPr>
                <w:sz w:val="16"/>
              </w:rPr>
            </w:r>
          </w:p>
        </w:tc>
        <w:tc>
          <w:tcPr>
            <w:tcW w:type="dxa" w:w="800"/>
            <w:vAlign w:val="center"/>
            <w:tcMar>
              <w:top w:w="85" w:type="dxa"/>
              <w:bottom w:w="85" w:type="dxa"/>
              <w:start w:w="110" w:type="dxa"/>
              <w:end w:w="110" w:type="dxa"/>
            </w:tcMar>
          </w:tcPr>
          <w:p>
            <w:pPr>
              <w:spacing w:after="0"/>
            </w:pPr>
            <w:r>
              <w:rPr>
                <w:sz w:val="16"/>
              </w:rPr>
              <w:t>☐</w:t>
            </w:r>
          </w:p>
        </w:tc>
      </w:tr>
    </w:tbl>
    <w:p>
      <w:pPr>
        <w:spacing w:after="0"/>
      </w:pPr>
    </w:p>
    <w:p>
      <w:pPr>
        <w:pStyle w:val="Heading2"/>
      </w:pPr>
      <w:r>
        <w:t>Afhankelijkheden</w:t>
      </w:r>
    </w:p>
    <w:p>
      <w:r>
        <w:t>Welke taak kan pas beginnen als een andere taak klaar is?</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2"/>
      </w:pPr>
      <w:r>
        <w:t>Risico’s voor de planning</w:t>
      </w:r>
    </w:p>
    <w:tbl>
      <w:tblPr>
        <w:tblStyle w:val="TableGrid"/>
        <w:tblW w:type="dxa" w:w="9700"/>
        <w:jc w:val="left"/>
        <w:tblLayout w:type="fixed"/>
        <w:tblLook w:firstColumn="1" w:firstRow="1" w:lastColumn="0" w:lastRow="0" w:noHBand="0" w:noVBand="1" w:val="04A0"/>
        <w:tblInd w:w="120" w:type="dxa"/>
      </w:tblPr>
      <w:tblGrid>
        <w:gridCol w:w="2700"/>
        <w:gridCol w:w="2000"/>
        <w:gridCol w:w="3300"/>
        <w:gridCol w:w="1700"/>
      </w:tblGrid>
      <w:tr>
        <w:trPr>
          <w:tblHeader w:val="true"/>
          <w:cantSplit/>
        </w:trPr>
        <w:tc>
          <w:tcPr>
            <w:tcW w:type="dxa" w:w="2700"/>
            <w:shd w:fill="2E5E78"/>
            <w:vAlign w:val="center"/>
            <w:tcMar>
              <w:top w:w="85" w:type="dxa"/>
              <w:bottom w:w="85" w:type="dxa"/>
              <w:start w:w="110" w:type="dxa"/>
              <w:end w:w="110" w:type="dxa"/>
            </w:tcMar>
          </w:tcPr>
          <w:p>
            <w:r>
              <w:rPr>
                <w:b/>
                <w:color w:val="FFFFFF"/>
                <w:sz w:val="17"/>
              </w:rPr>
              <w:t>Mogelijk probleem</w:t>
            </w:r>
          </w:p>
        </w:tc>
        <w:tc>
          <w:tcPr>
            <w:tcW w:type="dxa" w:w="2000"/>
            <w:shd w:fill="2E5E78"/>
            <w:vAlign w:val="center"/>
            <w:tcMar>
              <w:top w:w="85" w:type="dxa"/>
              <w:bottom w:w="85" w:type="dxa"/>
              <w:start w:w="110" w:type="dxa"/>
              <w:end w:w="110" w:type="dxa"/>
            </w:tcMar>
          </w:tcPr>
          <w:p>
            <w:r>
              <w:rPr>
                <w:b/>
                <w:color w:val="FFFFFF"/>
                <w:sz w:val="17"/>
              </w:rPr>
              <w:t>Gevolg</w:t>
            </w:r>
          </w:p>
        </w:tc>
        <w:tc>
          <w:tcPr>
            <w:tcW w:type="dxa" w:w="3300"/>
            <w:shd w:fill="2E5E78"/>
            <w:vAlign w:val="center"/>
            <w:tcMar>
              <w:top w:w="85" w:type="dxa"/>
              <w:bottom w:w="85" w:type="dxa"/>
              <w:start w:w="110" w:type="dxa"/>
              <w:end w:w="110" w:type="dxa"/>
            </w:tcMar>
          </w:tcPr>
          <w:p>
            <w:r>
              <w:rPr>
                <w:b/>
                <w:color w:val="FFFFFF"/>
                <w:sz w:val="17"/>
              </w:rPr>
              <w:t>Voorzorgsmaatregel</w:t>
            </w:r>
          </w:p>
        </w:tc>
        <w:tc>
          <w:tcPr>
            <w:tcW w:type="dxa" w:w="1700"/>
            <w:shd w:fill="2E5E78"/>
            <w:vAlign w:val="center"/>
            <w:tcMar>
              <w:top w:w="85" w:type="dxa"/>
              <w:bottom w:w="85" w:type="dxa"/>
              <w:start w:w="110" w:type="dxa"/>
              <w:end w:w="110" w:type="dxa"/>
            </w:tcMar>
          </w:tcPr>
          <w:p>
            <w:r>
              <w:rPr>
                <w:b/>
                <w:color w:val="FFFFFF"/>
                <w:sz w:val="17"/>
              </w:rPr>
              <w:t>Wie bewaakt dit?</w:t>
            </w:r>
          </w:p>
        </w:tc>
      </w:tr>
      <w:tr>
        <w:trPr>
          <w:cantSplit/>
        </w:trPr>
        <w:tc>
          <w:tcPr>
            <w:tcW w:type="dxa" w:w="27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r>
          </w:p>
        </w:tc>
        <w:tc>
          <w:tcPr>
            <w:tcW w:type="dxa" w:w="3300"/>
            <w:vAlign w:val="center"/>
            <w:tcMar>
              <w:top w:w="85" w:type="dxa"/>
              <w:bottom w:w="85" w:type="dxa"/>
              <w:start w:w="110" w:type="dxa"/>
              <w:end w:w="110" w:type="dxa"/>
            </w:tcMar>
          </w:tcPr>
          <w:p>
            <w:pPr>
              <w:spacing w:after="0"/>
            </w:pPr>
            <w:r>
              <w:rPr>
                <w:sz w:val="17"/>
              </w:rPr>
            </w:r>
          </w:p>
        </w:tc>
        <w:tc>
          <w:tcPr>
            <w:tcW w:type="dxa" w:w="1700"/>
            <w:vAlign w:val="center"/>
            <w:tcMar>
              <w:top w:w="85" w:type="dxa"/>
              <w:bottom w:w="85" w:type="dxa"/>
              <w:start w:w="110" w:type="dxa"/>
              <w:end w:w="110" w:type="dxa"/>
            </w:tcMar>
          </w:tcPr>
          <w:p>
            <w:pPr>
              <w:spacing w:after="0"/>
            </w:pPr>
            <w:r>
              <w:rPr>
                <w:sz w:val="17"/>
              </w:rPr>
            </w:r>
          </w:p>
        </w:tc>
      </w:tr>
      <w:tr>
        <w:trPr>
          <w:cantSplit/>
        </w:trPr>
        <w:tc>
          <w:tcPr>
            <w:tcW w:type="dxa" w:w="27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r>
          </w:p>
        </w:tc>
        <w:tc>
          <w:tcPr>
            <w:tcW w:type="dxa" w:w="3300"/>
            <w:vAlign w:val="center"/>
            <w:tcMar>
              <w:top w:w="85" w:type="dxa"/>
              <w:bottom w:w="85" w:type="dxa"/>
              <w:start w:w="110" w:type="dxa"/>
              <w:end w:w="110" w:type="dxa"/>
            </w:tcMar>
          </w:tcPr>
          <w:p>
            <w:pPr>
              <w:spacing w:after="0"/>
            </w:pPr>
            <w:r>
              <w:rPr>
                <w:sz w:val="17"/>
              </w:rPr>
            </w:r>
          </w:p>
        </w:tc>
        <w:tc>
          <w:tcPr>
            <w:tcW w:type="dxa" w:w="1700"/>
            <w:vAlign w:val="center"/>
            <w:tcMar>
              <w:top w:w="85" w:type="dxa"/>
              <w:bottom w:w="85" w:type="dxa"/>
              <w:start w:w="110" w:type="dxa"/>
              <w:end w:w="110" w:type="dxa"/>
            </w:tcMar>
          </w:tcPr>
          <w:p>
            <w:pPr>
              <w:spacing w:after="0"/>
            </w:pPr>
            <w:r>
              <w:rPr>
                <w:sz w:val="17"/>
              </w:rPr>
            </w:r>
          </w:p>
        </w:tc>
      </w:tr>
      <w:tr>
        <w:trPr>
          <w:cantSplit/>
        </w:trPr>
        <w:tc>
          <w:tcPr>
            <w:tcW w:type="dxa" w:w="27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r>
          </w:p>
        </w:tc>
        <w:tc>
          <w:tcPr>
            <w:tcW w:type="dxa" w:w="3300"/>
            <w:vAlign w:val="center"/>
            <w:tcMar>
              <w:top w:w="85" w:type="dxa"/>
              <w:bottom w:w="85" w:type="dxa"/>
              <w:start w:w="110" w:type="dxa"/>
              <w:end w:w="110" w:type="dxa"/>
            </w:tcMar>
          </w:tcPr>
          <w:p>
            <w:pPr>
              <w:spacing w:after="0"/>
            </w:pPr>
            <w:r>
              <w:rPr>
                <w:sz w:val="17"/>
              </w:rPr>
            </w:r>
          </w:p>
        </w:tc>
        <w:tc>
          <w:tcPr>
            <w:tcW w:type="dxa" w:w="1700"/>
            <w:vAlign w:val="center"/>
            <w:tcMar>
              <w:top w:w="85" w:type="dxa"/>
              <w:bottom w:w="85" w:type="dxa"/>
              <w:start w:w="110" w:type="dxa"/>
              <w:end w:w="110" w:type="dxa"/>
            </w:tcMar>
          </w:tcPr>
          <w:p>
            <w:pPr>
              <w:spacing w:after="0"/>
            </w:pPr>
            <w:r>
              <w:rPr>
                <w:sz w:val="17"/>
              </w:rPr>
            </w:r>
          </w:p>
        </w:tc>
      </w:tr>
      <w:tr>
        <w:trPr>
          <w:cantSplit/>
        </w:trPr>
        <w:tc>
          <w:tcPr>
            <w:tcW w:type="dxa" w:w="27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r>
          </w:p>
        </w:tc>
        <w:tc>
          <w:tcPr>
            <w:tcW w:type="dxa" w:w="3300"/>
            <w:vAlign w:val="center"/>
            <w:tcMar>
              <w:top w:w="85" w:type="dxa"/>
              <w:bottom w:w="85" w:type="dxa"/>
              <w:start w:w="110" w:type="dxa"/>
              <w:end w:w="110" w:type="dxa"/>
            </w:tcMar>
          </w:tcPr>
          <w:p>
            <w:pPr>
              <w:spacing w:after="0"/>
            </w:pPr>
            <w:r>
              <w:rPr>
                <w:sz w:val="17"/>
              </w:rPr>
            </w:r>
          </w:p>
        </w:tc>
        <w:tc>
          <w:tcPr>
            <w:tcW w:type="dxa" w:w="1700"/>
            <w:vAlign w:val="center"/>
            <w:tcMar>
              <w:top w:w="85" w:type="dxa"/>
              <w:bottom w:w="85" w:type="dxa"/>
              <w:start w:w="110" w:type="dxa"/>
              <w:end w:w="110" w:type="dxa"/>
            </w:tcMar>
          </w:tcPr>
          <w:p>
            <w:pPr>
              <w:spacing w:after="0"/>
            </w:pPr>
            <w:r>
              <w:rPr>
                <w:sz w:val="17"/>
              </w:rPr>
            </w:r>
          </w:p>
        </w:tc>
      </w:tr>
      <w:tr>
        <w:trPr>
          <w:cantSplit/>
        </w:trPr>
        <w:tc>
          <w:tcPr>
            <w:tcW w:type="dxa" w:w="27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r>
          </w:p>
        </w:tc>
        <w:tc>
          <w:tcPr>
            <w:tcW w:type="dxa" w:w="3300"/>
            <w:vAlign w:val="center"/>
            <w:tcMar>
              <w:top w:w="85" w:type="dxa"/>
              <w:bottom w:w="85" w:type="dxa"/>
              <w:start w:w="110" w:type="dxa"/>
              <w:end w:w="110" w:type="dxa"/>
            </w:tcMar>
          </w:tcPr>
          <w:p>
            <w:pPr>
              <w:spacing w:after="0"/>
            </w:pPr>
            <w:r>
              <w:rPr>
                <w:sz w:val="17"/>
              </w:rPr>
            </w:r>
          </w:p>
        </w:tc>
        <w:tc>
          <w:tcPr>
            <w:tcW w:type="dxa" w:w="1700"/>
            <w:vAlign w:val="center"/>
            <w:tcMar>
              <w:top w:w="85" w:type="dxa"/>
              <w:bottom w:w="85" w:type="dxa"/>
              <w:start w:w="110" w:type="dxa"/>
              <w:end w:w="110" w:type="dxa"/>
            </w:tcMar>
          </w:tcPr>
          <w:p>
            <w:pPr>
              <w:spacing w:after="0"/>
            </w:pPr>
            <w:r>
              <w:rPr>
                <w:sz w:val="17"/>
              </w:rPr>
            </w:r>
          </w:p>
        </w:tc>
      </w:tr>
    </w:tbl>
    <w:p>
      <w:pPr>
        <w:spacing w:after="0"/>
      </w:pPr>
    </w:p>
    <w:p>
      <w:r>
        <w:br w:type="page"/>
      </w:r>
    </w:p>
    <w:p>
      <w:pPr>
        <w:pStyle w:val="Heading1"/>
      </w:pPr>
      <w:r>
        <w:t>6. Bewijsstuk 3 – Inhoudsplan</w:t>
      </w:r>
    </w:p>
    <w:p>
      <w:r>
        <w:t>Gebruik maximaal drie zichtbare niveaus: deel, hoofdstuk en paragraaf. Kies alleen publicatieonderdelen die een duidelijke functie hebben.</w:t>
      </w:r>
    </w:p>
    <w:tbl>
      <w:tblPr>
        <w:tblStyle w:val="TableGrid"/>
        <w:tblW w:type="dxa" w:w="9700"/>
        <w:jc w:val="left"/>
        <w:tblLayout w:type="fixed"/>
        <w:tblLook w:firstColumn="1" w:firstRow="1" w:lastColumn="0" w:lastRow="0" w:noHBand="0" w:noVBand="1" w:val="04A0"/>
        <w:tblInd w:w="120" w:type="dxa"/>
      </w:tblPr>
      <w:tblGrid>
        <w:gridCol w:w="950"/>
        <w:gridCol w:w="2350"/>
        <w:gridCol w:w="2900"/>
        <w:gridCol w:w="1600"/>
        <w:gridCol w:w="900"/>
        <w:gridCol w:w="1000"/>
      </w:tblGrid>
      <w:tr>
        <w:trPr>
          <w:tblHeader w:val="true"/>
          <w:cantSplit/>
        </w:trPr>
        <w:tc>
          <w:tcPr>
            <w:tcW w:type="dxa" w:w="950"/>
            <w:shd w:fill="2E5E78"/>
            <w:vAlign w:val="center"/>
            <w:tcMar>
              <w:top w:w="85" w:type="dxa"/>
              <w:bottom w:w="85" w:type="dxa"/>
              <w:start w:w="110" w:type="dxa"/>
              <w:end w:w="110" w:type="dxa"/>
            </w:tcMar>
          </w:tcPr>
          <w:p>
            <w:r>
              <w:rPr>
                <w:b/>
                <w:color w:val="FFFFFF"/>
                <w:sz w:val="16"/>
              </w:rPr>
              <w:t>Niveau</w:t>
            </w:r>
          </w:p>
        </w:tc>
        <w:tc>
          <w:tcPr>
            <w:tcW w:type="dxa" w:w="2350"/>
            <w:shd w:fill="2E5E78"/>
            <w:vAlign w:val="center"/>
            <w:tcMar>
              <w:top w:w="85" w:type="dxa"/>
              <w:bottom w:w="85" w:type="dxa"/>
              <w:start w:w="110" w:type="dxa"/>
              <w:end w:w="110" w:type="dxa"/>
            </w:tcMar>
          </w:tcPr>
          <w:p>
            <w:r>
              <w:rPr>
                <w:b/>
                <w:color w:val="FFFFFF"/>
                <w:sz w:val="16"/>
              </w:rPr>
              <w:t>Titel/onderwerp</w:t>
            </w:r>
          </w:p>
        </w:tc>
        <w:tc>
          <w:tcPr>
            <w:tcW w:type="dxa" w:w="2900"/>
            <w:shd w:fill="2E5E78"/>
            <w:vAlign w:val="center"/>
            <w:tcMar>
              <w:top w:w="85" w:type="dxa"/>
              <w:bottom w:w="85" w:type="dxa"/>
              <w:start w:w="110" w:type="dxa"/>
              <w:end w:w="110" w:type="dxa"/>
            </w:tcMar>
          </w:tcPr>
          <w:p>
            <w:r>
              <w:rPr>
                <w:b/>
                <w:color w:val="FFFFFF"/>
                <w:sz w:val="16"/>
              </w:rPr>
              <w:t>Functie/deelvraag</w:t>
            </w:r>
          </w:p>
        </w:tc>
        <w:tc>
          <w:tcPr>
            <w:tcW w:type="dxa" w:w="1600"/>
            <w:shd w:fill="2E5E78"/>
            <w:vAlign w:val="center"/>
            <w:tcMar>
              <w:top w:w="85" w:type="dxa"/>
              <w:bottom w:w="85" w:type="dxa"/>
              <w:start w:w="110" w:type="dxa"/>
              <w:end w:w="110" w:type="dxa"/>
            </w:tcMar>
          </w:tcPr>
          <w:p>
            <w:r>
              <w:rPr>
                <w:b/>
                <w:color w:val="FFFFFF"/>
                <w:sz w:val="16"/>
              </w:rPr>
              <w:t>Verantwoordelijke</w:t>
            </w:r>
          </w:p>
        </w:tc>
        <w:tc>
          <w:tcPr>
            <w:tcW w:type="dxa" w:w="900"/>
            <w:shd w:fill="2E5E78"/>
            <w:vAlign w:val="center"/>
            <w:tcMar>
              <w:top w:w="85" w:type="dxa"/>
              <w:bottom w:w="85" w:type="dxa"/>
              <w:start w:w="110" w:type="dxa"/>
              <w:end w:w="110" w:type="dxa"/>
            </w:tcMar>
          </w:tcPr>
          <w:p>
            <w:r>
              <w:rPr>
                <w:b/>
                <w:color w:val="FFFFFF"/>
                <w:sz w:val="16"/>
              </w:rPr>
              <w:t>Omvang</w:t>
            </w:r>
          </w:p>
        </w:tc>
        <w:tc>
          <w:tcPr>
            <w:tcW w:type="dxa" w:w="1000"/>
            <w:shd w:fill="2E5E78"/>
            <w:vAlign w:val="center"/>
            <w:tcMar>
              <w:top w:w="85" w:type="dxa"/>
              <w:bottom w:w="85" w:type="dxa"/>
              <w:start w:w="110" w:type="dxa"/>
              <w:end w:w="110" w:type="dxa"/>
            </w:tcMar>
          </w:tcPr>
          <w:p>
            <w:r>
              <w:rPr>
                <w:b/>
                <w:color w:val="FFFFFF"/>
                <w:sz w:val="16"/>
              </w:rPr>
              <w:t>Status</w:t>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r>
        <w:trPr>
          <w:cantSplit/>
        </w:trPr>
        <w:tc>
          <w:tcPr>
            <w:tcW w:type="dxa" w:w="950"/>
            <w:vAlign w:val="center"/>
            <w:tcMar>
              <w:top w:w="85" w:type="dxa"/>
              <w:bottom w:w="85" w:type="dxa"/>
              <w:start w:w="110" w:type="dxa"/>
              <w:end w:w="110" w:type="dxa"/>
            </w:tcMar>
          </w:tcPr>
          <w:p>
            <w:pPr>
              <w:spacing w:after="0"/>
            </w:pPr>
            <w:r>
              <w:rPr>
                <w:sz w:val="16"/>
              </w:rPr>
            </w:r>
          </w:p>
        </w:tc>
        <w:tc>
          <w:tcPr>
            <w:tcW w:type="dxa" w:w="2350"/>
            <w:vAlign w:val="center"/>
            <w:tcMar>
              <w:top w:w="85" w:type="dxa"/>
              <w:bottom w:w="85" w:type="dxa"/>
              <w:start w:w="110" w:type="dxa"/>
              <w:end w:w="110" w:type="dxa"/>
            </w:tcMar>
          </w:tcPr>
          <w:p>
            <w:pPr>
              <w:spacing w:after="0"/>
            </w:pPr>
            <w:r>
              <w:rPr>
                <w:sz w:val="16"/>
              </w:rPr>
            </w:r>
          </w:p>
        </w:tc>
        <w:tc>
          <w:tcPr>
            <w:tcW w:type="dxa" w:w="2900"/>
            <w:vAlign w:val="center"/>
            <w:tcMar>
              <w:top w:w="85" w:type="dxa"/>
              <w:bottom w:w="85" w:type="dxa"/>
              <w:start w:w="110" w:type="dxa"/>
              <w:end w:w="110" w:type="dxa"/>
            </w:tcMar>
          </w:tcPr>
          <w:p>
            <w:pPr>
              <w:spacing w:after="0"/>
            </w:pPr>
            <w:r>
              <w:rPr>
                <w:sz w:val="16"/>
              </w:rPr>
            </w:r>
          </w:p>
        </w:tc>
        <w:tc>
          <w:tcPr>
            <w:tcW w:type="dxa" w:w="1600"/>
            <w:vAlign w:val="center"/>
            <w:tcMar>
              <w:top w:w="85" w:type="dxa"/>
              <w:bottom w:w="85" w:type="dxa"/>
              <w:start w:w="110" w:type="dxa"/>
              <w:end w:w="110" w:type="dxa"/>
            </w:tcMar>
          </w:tcPr>
          <w:p>
            <w:pPr>
              <w:spacing w:after="0"/>
            </w:pPr>
            <w:r>
              <w:rPr>
                <w:sz w:val="16"/>
              </w:rPr>
            </w:r>
          </w:p>
        </w:tc>
        <w:tc>
          <w:tcPr>
            <w:tcW w:type="dxa" w:w="900"/>
            <w:vAlign w:val="center"/>
            <w:tcMar>
              <w:top w:w="85" w:type="dxa"/>
              <w:bottom w:w="85" w:type="dxa"/>
              <w:start w:w="110" w:type="dxa"/>
              <w:end w:w="110" w:type="dxa"/>
            </w:tcMar>
          </w:tcPr>
          <w:p>
            <w:pPr>
              <w:spacing w:after="0"/>
            </w:pPr>
            <w:r>
              <w:rPr>
                <w:sz w:val="16"/>
              </w:rPr>
            </w:r>
          </w:p>
        </w:tc>
        <w:tc>
          <w:tcPr>
            <w:tcW w:type="dxa" w:w="1000"/>
            <w:vAlign w:val="center"/>
            <w:tcMar>
              <w:top w:w="85" w:type="dxa"/>
              <w:bottom w:w="85" w:type="dxa"/>
              <w:start w:w="110" w:type="dxa"/>
              <w:end w:w="110" w:type="dxa"/>
            </w:tcMar>
          </w:tcPr>
          <w:p>
            <w:pPr>
              <w:spacing w:after="0"/>
            </w:pPr>
            <w:r>
              <w:rPr>
                <w:sz w:val="16"/>
              </w:rPr>
            </w:r>
          </w:p>
        </w:tc>
      </w:tr>
    </w:tbl>
    <w:p>
      <w:pPr>
        <w:spacing w:after="0"/>
      </w:pPr>
    </w:p>
    <w:tbl>
      <w:tblPr>
        <w:tblStyle w:val="TableGrid"/>
        <w:tblW w:type="dxa" w:w="9700"/>
        <w:jc w:val="left"/>
        <w:tblLayout w:type="fixed"/>
        <w:tblLook w:firstColumn="1" w:firstRow="1" w:lastColumn="0" w:lastRow="0" w:noHBand="0" w:noVBand="1" w:val="04A0"/>
        <w:tblInd w:w="120" w:type="dxa"/>
      </w:tblPr>
      <w:tblGrid>
        <w:gridCol w:w="4100"/>
        <w:gridCol w:w="2800"/>
        <w:gridCol w:w="2800"/>
      </w:tblGrid>
      <w:tr>
        <w:trPr>
          <w:tblHeader w:val="true"/>
          <w:cantSplit/>
        </w:trPr>
        <w:tc>
          <w:tcPr>
            <w:tcW w:type="dxa" w:w="4100"/>
            <w:shd w:fill="2E5E78"/>
            <w:vAlign w:val="center"/>
            <w:tcMar>
              <w:top w:w="85" w:type="dxa"/>
              <w:bottom w:w="85" w:type="dxa"/>
              <w:start w:w="110" w:type="dxa"/>
              <w:end w:w="110" w:type="dxa"/>
            </w:tcMar>
          </w:tcPr>
          <w:p>
            <w:r>
              <w:rPr>
                <w:b/>
                <w:color w:val="FFFFFF"/>
                <w:sz w:val="17"/>
              </w:rPr>
              <w:t>Inhoudsplan vastgesteld op</w:t>
            </w:r>
          </w:p>
        </w:tc>
        <w:tc>
          <w:tcPr>
            <w:tcW w:type="dxa" w:w="2800"/>
            <w:shd w:fill="2E5E78"/>
            <w:vAlign w:val="center"/>
            <w:tcMar>
              <w:top w:w="85" w:type="dxa"/>
              <w:bottom w:w="85" w:type="dxa"/>
              <w:start w:w="110" w:type="dxa"/>
              <w:end w:w="110" w:type="dxa"/>
            </w:tcMar>
          </w:tcPr>
          <w:p>
            <w:r>
              <w:rPr>
                <w:b/>
                <w:color w:val="FFFFFF"/>
                <w:sz w:val="17"/>
              </w:rPr>
              <w:t>Controle samenhang</w:t>
            </w:r>
          </w:p>
        </w:tc>
        <w:tc>
          <w:tcPr>
            <w:tcW w:type="dxa" w:w="2800"/>
            <w:shd w:fill="2E5E78"/>
            <w:vAlign w:val="center"/>
            <w:tcMar>
              <w:top w:w="85" w:type="dxa"/>
              <w:bottom w:w="85" w:type="dxa"/>
              <w:start w:w="110" w:type="dxa"/>
              <w:end w:w="110" w:type="dxa"/>
            </w:tcMar>
          </w:tcPr>
          <w:p>
            <w:r>
              <w:rPr>
                <w:b/>
                <w:color w:val="FFFFFF"/>
                <w:sz w:val="17"/>
              </w:rPr>
              <w:t>Akkoord docent</w:t>
            </w:r>
          </w:p>
        </w:tc>
      </w:tr>
      <w:tr>
        <w:trPr>
          <w:cantSplit/>
        </w:trPr>
        <w:tc>
          <w:tcPr>
            <w:tcW w:type="dxa" w:w="4100"/>
            <w:vAlign w:val="center"/>
            <w:tcMar>
              <w:top w:w="85" w:type="dxa"/>
              <w:bottom w:w="85" w:type="dxa"/>
              <w:start w:w="110" w:type="dxa"/>
              <w:end w:w="110" w:type="dxa"/>
            </w:tcMar>
          </w:tcPr>
          <w:p>
            <w:pPr>
              <w:spacing w:after="0"/>
            </w:pPr>
            <w:r>
              <w:rPr>
                <w:sz w:val="17"/>
              </w:rPr>
            </w:r>
          </w:p>
        </w:tc>
        <w:tc>
          <w:tcPr>
            <w:tcW w:type="dxa" w:w="2800"/>
            <w:vAlign w:val="center"/>
            <w:tcMar>
              <w:top w:w="85" w:type="dxa"/>
              <w:bottom w:w="85" w:type="dxa"/>
              <w:start w:w="110" w:type="dxa"/>
              <w:end w:w="110" w:type="dxa"/>
            </w:tcMar>
          </w:tcPr>
          <w:p>
            <w:pPr>
              <w:spacing w:after="0"/>
            </w:pPr>
            <w:r>
              <w:rPr>
                <w:sz w:val="17"/>
              </w:rPr>
              <w:t>☐</w:t>
            </w:r>
          </w:p>
        </w:tc>
        <w:tc>
          <w:tcPr>
            <w:tcW w:type="dxa" w:w="2800"/>
            <w:vAlign w:val="center"/>
            <w:tcMar>
              <w:top w:w="85" w:type="dxa"/>
              <w:bottom w:w="85" w:type="dxa"/>
              <w:start w:w="110" w:type="dxa"/>
              <w:end w:w="110" w:type="dxa"/>
            </w:tcMar>
          </w:tcPr>
          <w:p>
            <w:pPr>
              <w:spacing w:after="0"/>
            </w:pPr>
            <w:r>
              <w:rPr>
                <w:sz w:val="17"/>
              </w:rPr>
              <w:t>☐</w:t>
            </w:r>
          </w:p>
        </w:tc>
      </w:tr>
    </w:tbl>
    <w:p>
      <w:pPr>
        <w:spacing w:after="0"/>
      </w:pPr>
    </w:p>
    <w:p>
      <w:r>
        <w:br w:type="page"/>
      </w:r>
    </w:p>
    <w:p>
      <w:pPr>
        <w:pStyle w:val="Heading1"/>
      </w:pPr>
      <w:r>
        <w:t>7. Bewijsstuk 4 – Bronnenlijst</w:t>
      </w:r>
    </w:p>
    <w:tbl>
      <w:tblPr>
        <w:tblStyle w:val="TableGrid"/>
        <w:tblW w:type="dxa" w:w="9700"/>
        <w:jc w:val="left"/>
        <w:tblLayout w:type="fixed"/>
        <w:tblLook w:firstColumn="1" w:firstRow="1" w:lastColumn="0" w:lastRow="0" w:noHBand="0" w:noVBand="1" w:val="04A0"/>
        <w:tblInd w:w="120" w:type="dxa"/>
      </w:tblPr>
      <w:tblGrid>
        <w:gridCol w:w="550"/>
        <w:gridCol w:w="2650"/>
        <w:gridCol w:w="1900"/>
        <w:gridCol w:w="1600"/>
        <w:gridCol w:w="1900"/>
        <w:gridCol w:w="1100"/>
      </w:tblGrid>
      <w:tr>
        <w:trPr>
          <w:tblHeader w:val="true"/>
          <w:cantSplit/>
        </w:trPr>
        <w:tc>
          <w:tcPr>
            <w:tcW w:type="dxa" w:w="550"/>
            <w:shd w:fill="2E5E78"/>
            <w:vAlign w:val="center"/>
            <w:tcMar>
              <w:top w:w="85" w:type="dxa"/>
              <w:bottom w:w="85" w:type="dxa"/>
              <w:start w:w="110" w:type="dxa"/>
              <w:end w:w="110" w:type="dxa"/>
            </w:tcMar>
          </w:tcPr>
          <w:p>
            <w:r>
              <w:rPr>
                <w:b/>
                <w:color w:val="FFFFFF"/>
                <w:sz w:val="15"/>
              </w:rPr>
              <w:t>Nr.</w:t>
            </w:r>
          </w:p>
        </w:tc>
        <w:tc>
          <w:tcPr>
            <w:tcW w:type="dxa" w:w="2650"/>
            <w:shd w:fill="2E5E78"/>
            <w:vAlign w:val="center"/>
            <w:tcMar>
              <w:top w:w="85" w:type="dxa"/>
              <w:bottom w:w="85" w:type="dxa"/>
              <w:start w:w="110" w:type="dxa"/>
              <w:end w:w="110" w:type="dxa"/>
            </w:tcMar>
          </w:tcPr>
          <w:p>
            <w:r>
              <w:rPr>
                <w:b/>
                <w:color w:val="FFFFFF"/>
                <w:sz w:val="15"/>
              </w:rPr>
              <w:t>Maker/organisatie en titel</w:t>
            </w:r>
          </w:p>
        </w:tc>
        <w:tc>
          <w:tcPr>
            <w:tcW w:type="dxa" w:w="1900"/>
            <w:shd w:fill="2E5E78"/>
            <w:vAlign w:val="center"/>
            <w:tcMar>
              <w:top w:w="85" w:type="dxa"/>
              <w:bottom w:w="85" w:type="dxa"/>
              <w:start w:w="110" w:type="dxa"/>
              <w:end w:w="110" w:type="dxa"/>
            </w:tcMar>
          </w:tcPr>
          <w:p>
            <w:r>
              <w:rPr>
                <w:b/>
                <w:color w:val="FFFFFF"/>
                <w:sz w:val="15"/>
              </w:rPr>
              <w:t>Jaar/vindplaats</w:t>
            </w:r>
          </w:p>
        </w:tc>
        <w:tc>
          <w:tcPr>
            <w:tcW w:type="dxa" w:w="1600"/>
            <w:shd w:fill="2E5E78"/>
            <w:vAlign w:val="center"/>
            <w:tcMar>
              <w:top w:w="85" w:type="dxa"/>
              <w:bottom w:w="85" w:type="dxa"/>
              <w:start w:w="110" w:type="dxa"/>
              <w:end w:w="110" w:type="dxa"/>
            </w:tcMar>
          </w:tcPr>
          <w:p>
            <w:r>
              <w:rPr>
                <w:b/>
                <w:color w:val="FFFFFF"/>
                <w:sz w:val="15"/>
              </w:rPr>
              <w:t>Gebruik</w:t>
            </w:r>
          </w:p>
        </w:tc>
        <w:tc>
          <w:tcPr>
            <w:tcW w:type="dxa" w:w="1900"/>
            <w:shd w:fill="2E5E78"/>
            <w:vAlign w:val="center"/>
            <w:tcMar>
              <w:top w:w="85" w:type="dxa"/>
              <w:bottom w:w="85" w:type="dxa"/>
              <w:start w:w="110" w:type="dxa"/>
              <w:end w:w="110" w:type="dxa"/>
            </w:tcMar>
          </w:tcPr>
          <w:p>
            <w:r>
              <w:rPr>
                <w:b/>
                <w:color w:val="FFFFFF"/>
                <w:sz w:val="15"/>
              </w:rPr>
              <w:t>Betrouwbaarheid gecontroleerd</w:t>
            </w:r>
          </w:p>
        </w:tc>
        <w:tc>
          <w:tcPr>
            <w:tcW w:type="dxa" w:w="1100"/>
            <w:shd w:fill="2E5E78"/>
            <w:vAlign w:val="center"/>
            <w:tcMar>
              <w:top w:w="85" w:type="dxa"/>
              <w:bottom w:w="85" w:type="dxa"/>
              <w:start w:w="110" w:type="dxa"/>
              <w:end w:w="110" w:type="dxa"/>
            </w:tcMar>
          </w:tcPr>
          <w:p>
            <w:r>
              <w:rPr>
                <w:b/>
                <w:color w:val="FFFFFF"/>
                <w:sz w:val="15"/>
              </w:rPr>
              <w:t>Verwerkt in</w:t>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r>
        <w:trPr>
          <w:cantSplit/>
        </w:trPr>
        <w:tc>
          <w:tcPr>
            <w:tcW w:type="dxa" w:w="550"/>
            <w:vAlign w:val="center"/>
            <w:tcMar>
              <w:top w:w="85" w:type="dxa"/>
              <w:bottom w:w="85" w:type="dxa"/>
              <w:start w:w="110" w:type="dxa"/>
              <w:end w:w="110" w:type="dxa"/>
            </w:tcMar>
          </w:tcPr>
          <w:p>
            <w:pPr>
              <w:spacing w:after="0"/>
            </w:pPr>
            <w:r>
              <w:rPr>
                <w:sz w:val="15"/>
              </w:rPr>
            </w:r>
          </w:p>
        </w:tc>
        <w:tc>
          <w:tcPr>
            <w:tcW w:type="dxa" w:w="265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t>☐</w:t>
            </w:r>
          </w:p>
        </w:tc>
        <w:tc>
          <w:tcPr>
            <w:tcW w:type="dxa" w:w="1100"/>
            <w:vAlign w:val="center"/>
            <w:tcMar>
              <w:top w:w="85" w:type="dxa"/>
              <w:bottom w:w="85" w:type="dxa"/>
              <w:start w:w="110" w:type="dxa"/>
              <w:end w:w="110" w:type="dxa"/>
            </w:tcMar>
          </w:tcPr>
          <w:p>
            <w:pPr>
              <w:spacing w:after="0"/>
            </w:pPr>
            <w:r>
              <w:rPr>
                <w:sz w:val="15"/>
              </w:rPr>
            </w:r>
          </w:p>
        </w:tc>
      </w:tr>
    </w:tbl>
    <w:p>
      <w:pPr>
        <w:spacing w:after="0"/>
      </w:pPr>
    </w:p>
    <w:p>
      <w:pPr>
        <w:pStyle w:val="Heading2"/>
      </w:pPr>
      <w:r>
        <w:t>Controle brongebruik</w:t>
      </w:r>
    </w:p>
    <w:tbl>
      <w:tblPr>
        <w:tblStyle w:val="TableGrid"/>
        <w:tblW w:type="dxa" w:w="9700"/>
        <w:jc w:val="left"/>
        <w:tblLayout w:type="fixed"/>
        <w:tblLook w:firstColumn="1" w:firstRow="1" w:lastColumn="0" w:lastRow="0" w:noHBand="0" w:noVBand="1" w:val="04A0"/>
        <w:tblInd w:w="120" w:type="dxa"/>
      </w:tblPr>
      <w:tblGrid>
        <w:gridCol w:w="8500"/>
        <w:gridCol w:w="1200"/>
      </w:tblGrid>
      <w:tr>
        <w:trPr>
          <w:tblHeader w:val="true"/>
          <w:cantSplit/>
        </w:trPr>
        <w:tc>
          <w:tcPr>
            <w:tcW w:type="dxa" w:w="8500"/>
            <w:shd w:fill="2E5E78"/>
            <w:vAlign w:val="center"/>
            <w:tcMar>
              <w:top w:w="85" w:type="dxa"/>
              <w:bottom w:w="85" w:type="dxa"/>
              <w:start w:w="110" w:type="dxa"/>
              <w:end w:w="110" w:type="dxa"/>
            </w:tcMar>
          </w:tcPr>
          <w:p>
            <w:r>
              <w:rPr>
                <w:b/>
                <w:color w:val="FFFFFF"/>
                <w:sz w:val="17"/>
              </w:rPr>
              <w:t>Controlepunt</w:t>
            </w:r>
          </w:p>
        </w:tc>
        <w:tc>
          <w:tcPr>
            <w:tcW w:type="dxa" w:w="1200"/>
            <w:shd w:fill="2E5E78"/>
            <w:vAlign w:val="center"/>
            <w:tcMar>
              <w:top w:w="85" w:type="dxa"/>
              <w:bottom w:w="85" w:type="dxa"/>
              <w:start w:w="110" w:type="dxa"/>
              <w:end w:w="110" w:type="dxa"/>
            </w:tcMar>
          </w:tcPr>
          <w:p>
            <w:r>
              <w:rPr>
                <w:b/>
                <w:color w:val="FFFFFF"/>
                <w:sz w:val="17"/>
              </w:rPr>
              <w:t>Gereed</w:t>
            </w:r>
          </w:p>
        </w:tc>
      </w:tr>
      <w:tr>
        <w:trPr>
          <w:cantSplit/>
        </w:trPr>
        <w:tc>
          <w:tcPr>
            <w:tcW w:type="dxa" w:w="8500"/>
            <w:vAlign w:val="center"/>
            <w:tcMar>
              <w:top w:w="85" w:type="dxa"/>
              <w:bottom w:w="85" w:type="dxa"/>
              <w:start w:w="110" w:type="dxa"/>
              <w:end w:w="110" w:type="dxa"/>
            </w:tcMar>
          </w:tcPr>
          <w:p>
            <w:pPr>
              <w:spacing w:after="0"/>
            </w:pPr>
            <w:r>
              <w:rPr>
                <w:sz w:val="17"/>
              </w:rPr>
              <w:t>Citaten zijn herkenbaar en voorzien van een bron.</w:t>
            </w:r>
          </w:p>
        </w:tc>
        <w:tc>
          <w:tcPr>
            <w:tcW w:type="dxa" w:w="1200"/>
            <w:vAlign w:val="center"/>
            <w:tcMar>
              <w:top w:w="85" w:type="dxa"/>
              <w:bottom w:w="85" w:type="dxa"/>
              <w:start w:w="110" w:type="dxa"/>
              <w:end w:w="110" w:type="dxa"/>
            </w:tcMar>
          </w:tcPr>
          <w:p>
            <w:pPr>
              <w:spacing w:after="0"/>
            </w:pPr>
            <w:r>
              <w:rPr>
                <w:sz w:val="17"/>
              </w:rPr>
              <w:t>☐</w:t>
            </w:r>
          </w:p>
        </w:tc>
      </w:tr>
      <w:tr>
        <w:trPr>
          <w:cantSplit/>
        </w:trPr>
        <w:tc>
          <w:tcPr>
            <w:tcW w:type="dxa" w:w="8500"/>
            <w:vAlign w:val="center"/>
            <w:tcMar>
              <w:top w:w="85" w:type="dxa"/>
              <w:bottom w:w="85" w:type="dxa"/>
              <w:start w:w="110" w:type="dxa"/>
              <w:end w:w="110" w:type="dxa"/>
            </w:tcMar>
          </w:tcPr>
          <w:p>
            <w:pPr>
              <w:spacing w:after="0"/>
            </w:pPr>
            <w:r>
              <w:rPr>
                <w:sz w:val="17"/>
              </w:rPr>
              <w:t>Parafrases en samenvattingen zijn in eigen woorden geschreven.</w:t>
            </w:r>
          </w:p>
        </w:tc>
        <w:tc>
          <w:tcPr>
            <w:tcW w:type="dxa" w:w="1200"/>
            <w:vAlign w:val="center"/>
            <w:tcMar>
              <w:top w:w="85" w:type="dxa"/>
              <w:bottom w:w="85" w:type="dxa"/>
              <w:start w:w="110" w:type="dxa"/>
              <w:end w:w="110" w:type="dxa"/>
            </w:tcMar>
          </w:tcPr>
          <w:p>
            <w:pPr>
              <w:spacing w:after="0"/>
            </w:pPr>
            <w:r>
              <w:rPr>
                <w:sz w:val="17"/>
              </w:rPr>
              <w:t>☐</w:t>
            </w:r>
          </w:p>
        </w:tc>
      </w:tr>
      <w:tr>
        <w:trPr>
          <w:cantSplit/>
        </w:trPr>
        <w:tc>
          <w:tcPr>
            <w:tcW w:type="dxa" w:w="8500"/>
            <w:vAlign w:val="center"/>
            <w:tcMar>
              <w:top w:w="85" w:type="dxa"/>
              <w:bottom w:w="85" w:type="dxa"/>
              <w:start w:w="110" w:type="dxa"/>
              <w:end w:w="110" w:type="dxa"/>
            </w:tcMar>
          </w:tcPr>
          <w:p>
            <w:pPr>
              <w:spacing w:after="0"/>
            </w:pPr>
            <w:r>
              <w:rPr>
                <w:sz w:val="17"/>
              </w:rPr>
              <w:t>Namen, cijfers, definities en voorbeelden zijn extra gecontroleerd.</w:t>
            </w:r>
          </w:p>
        </w:tc>
        <w:tc>
          <w:tcPr>
            <w:tcW w:type="dxa" w:w="1200"/>
            <w:vAlign w:val="center"/>
            <w:tcMar>
              <w:top w:w="85" w:type="dxa"/>
              <w:bottom w:w="85" w:type="dxa"/>
              <w:start w:w="110" w:type="dxa"/>
              <w:end w:w="110" w:type="dxa"/>
            </w:tcMar>
          </w:tcPr>
          <w:p>
            <w:pPr>
              <w:spacing w:after="0"/>
            </w:pPr>
            <w:r>
              <w:rPr>
                <w:sz w:val="17"/>
              </w:rPr>
              <w:t>☐</w:t>
            </w:r>
          </w:p>
        </w:tc>
      </w:tr>
      <w:tr>
        <w:trPr>
          <w:cantSplit/>
        </w:trPr>
        <w:tc>
          <w:tcPr>
            <w:tcW w:type="dxa" w:w="8500"/>
            <w:vAlign w:val="center"/>
            <w:tcMar>
              <w:top w:w="85" w:type="dxa"/>
              <w:bottom w:w="85" w:type="dxa"/>
              <w:start w:w="110" w:type="dxa"/>
              <w:end w:w="110" w:type="dxa"/>
            </w:tcMar>
          </w:tcPr>
          <w:p>
            <w:pPr>
              <w:spacing w:after="0"/>
            </w:pPr>
            <w:r>
              <w:rPr>
                <w:sz w:val="17"/>
              </w:rPr>
              <w:t>Alle gebruikte bronnen staan in de definitieve bronnenlijst.</w:t>
            </w:r>
          </w:p>
        </w:tc>
        <w:tc>
          <w:tcPr>
            <w:tcW w:type="dxa" w:w="1200"/>
            <w:vAlign w:val="center"/>
            <w:tcMar>
              <w:top w:w="85" w:type="dxa"/>
              <w:bottom w:w="85" w:type="dxa"/>
              <w:start w:w="110" w:type="dxa"/>
              <w:end w:w="110" w:type="dxa"/>
            </w:tcMar>
          </w:tcPr>
          <w:p>
            <w:pPr>
              <w:spacing w:after="0"/>
            </w:pPr>
            <w:r>
              <w:rPr>
                <w:sz w:val="17"/>
              </w:rPr>
              <w:t>☐</w:t>
            </w:r>
          </w:p>
        </w:tc>
      </w:tr>
    </w:tbl>
    <w:p>
      <w:pPr>
        <w:spacing w:after="0"/>
      </w:pPr>
    </w:p>
    <w:p>
      <w:r>
        <w:br w:type="page"/>
      </w:r>
    </w:p>
    <w:p>
      <w:pPr>
        <w:pStyle w:val="Heading1"/>
      </w:pPr>
      <w:r>
        <w:t>8. Beeld- en mediabronnen</w:t>
      </w:r>
    </w:p>
    <w:tbl>
      <w:tblPr>
        <w:tblStyle w:val="TableGrid"/>
        <w:tblW w:type="dxa" w:w="9700"/>
        <w:jc w:val="left"/>
        <w:tblLayout w:type="fixed"/>
        <w:tblLook w:firstColumn="1" w:firstRow="1" w:lastColumn="0" w:lastRow="0" w:noHBand="0" w:noVBand="1" w:val="04A0"/>
        <w:tblInd w:w="120" w:type="dxa"/>
      </w:tblPr>
      <w:tblGrid>
        <w:gridCol w:w="1800"/>
        <w:gridCol w:w="1900"/>
        <w:gridCol w:w="2100"/>
        <w:gridCol w:w="1600"/>
        <w:gridCol w:w="1500"/>
        <w:gridCol w:w="800"/>
      </w:tblGrid>
      <w:tr>
        <w:trPr>
          <w:tblHeader w:val="true"/>
          <w:cantSplit/>
        </w:trPr>
        <w:tc>
          <w:tcPr>
            <w:tcW w:type="dxa" w:w="1800"/>
            <w:shd w:fill="2E5E78"/>
            <w:vAlign w:val="center"/>
            <w:tcMar>
              <w:top w:w="85" w:type="dxa"/>
              <w:bottom w:w="85" w:type="dxa"/>
              <w:start w:w="110" w:type="dxa"/>
              <w:end w:w="110" w:type="dxa"/>
            </w:tcMar>
          </w:tcPr>
          <w:p>
            <w:r>
              <w:rPr>
                <w:b/>
                <w:color w:val="FFFFFF"/>
                <w:sz w:val="15"/>
              </w:rPr>
              <w:t>Beeld/media</w:t>
            </w:r>
          </w:p>
        </w:tc>
        <w:tc>
          <w:tcPr>
            <w:tcW w:type="dxa" w:w="1900"/>
            <w:shd w:fill="2E5E78"/>
            <w:vAlign w:val="center"/>
            <w:tcMar>
              <w:top w:w="85" w:type="dxa"/>
              <w:bottom w:w="85" w:type="dxa"/>
              <w:start w:w="110" w:type="dxa"/>
              <w:end w:w="110" w:type="dxa"/>
            </w:tcMar>
          </w:tcPr>
          <w:p>
            <w:r>
              <w:rPr>
                <w:b/>
                <w:color w:val="FFFFFF"/>
                <w:sz w:val="15"/>
              </w:rPr>
              <w:t>Maker of bron</w:t>
            </w:r>
          </w:p>
        </w:tc>
        <w:tc>
          <w:tcPr>
            <w:tcW w:type="dxa" w:w="2100"/>
            <w:shd w:fill="2E5E78"/>
            <w:vAlign w:val="center"/>
            <w:tcMar>
              <w:top w:w="85" w:type="dxa"/>
              <w:bottom w:w="85" w:type="dxa"/>
              <w:start w:w="110" w:type="dxa"/>
              <w:end w:w="110" w:type="dxa"/>
            </w:tcMar>
          </w:tcPr>
          <w:p>
            <w:r>
              <w:rPr>
                <w:b/>
                <w:color w:val="FFFFFF"/>
                <w:sz w:val="15"/>
              </w:rPr>
              <w:t>Licentie/toestemming</w:t>
            </w:r>
          </w:p>
        </w:tc>
        <w:tc>
          <w:tcPr>
            <w:tcW w:type="dxa" w:w="1600"/>
            <w:shd w:fill="2E5E78"/>
            <w:vAlign w:val="center"/>
            <w:tcMar>
              <w:top w:w="85" w:type="dxa"/>
              <w:bottom w:w="85" w:type="dxa"/>
              <w:start w:w="110" w:type="dxa"/>
              <w:end w:w="110" w:type="dxa"/>
            </w:tcMar>
          </w:tcPr>
          <w:p>
            <w:r>
              <w:rPr>
                <w:b/>
                <w:color w:val="FFFFFF"/>
                <w:sz w:val="15"/>
              </w:rPr>
              <w:t>Naamsvermelding</w:t>
            </w:r>
          </w:p>
        </w:tc>
        <w:tc>
          <w:tcPr>
            <w:tcW w:type="dxa" w:w="1500"/>
            <w:shd w:fill="2E5E78"/>
            <w:vAlign w:val="center"/>
            <w:tcMar>
              <w:top w:w="85" w:type="dxa"/>
              <w:bottom w:w="85" w:type="dxa"/>
              <w:start w:w="110" w:type="dxa"/>
              <w:end w:w="110" w:type="dxa"/>
            </w:tcMar>
          </w:tcPr>
          <w:p>
            <w:r>
              <w:rPr>
                <w:b/>
                <w:color w:val="FFFFFF"/>
                <w:sz w:val="15"/>
              </w:rPr>
              <w:t>Plaats in publicatie</w:t>
            </w:r>
          </w:p>
        </w:tc>
        <w:tc>
          <w:tcPr>
            <w:tcW w:type="dxa" w:w="800"/>
            <w:shd w:fill="2E5E78"/>
            <w:vAlign w:val="center"/>
            <w:tcMar>
              <w:top w:w="85" w:type="dxa"/>
              <w:bottom w:w="85" w:type="dxa"/>
              <w:start w:w="110" w:type="dxa"/>
              <w:end w:w="110" w:type="dxa"/>
            </w:tcMar>
          </w:tcPr>
          <w:p>
            <w:r>
              <w:rPr>
                <w:b/>
                <w:color w:val="FFFFFF"/>
                <w:sz w:val="15"/>
              </w:rPr>
              <w:t>Gereed</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r>
        <w:trPr>
          <w:cantSplit/>
        </w:trPr>
        <w:tc>
          <w:tcPr>
            <w:tcW w:type="dxa" w:w="1800"/>
            <w:vAlign w:val="center"/>
            <w:tcMar>
              <w:top w:w="85" w:type="dxa"/>
              <w:bottom w:w="85" w:type="dxa"/>
              <w:start w:w="110" w:type="dxa"/>
              <w:end w:w="110" w:type="dxa"/>
            </w:tcMar>
          </w:tcPr>
          <w:p>
            <w:pPr>
              <w:spacing w:after="0"/>
            </w:pPr>
            <w:r>
              <w:rPr>
                <w:sz w:val="15"/>
              </w:rPr>
            </w:r>
          </w:p>
        </w:tc>
        <w:tc>
          <w:tcPr>
            <w:tcW w:type="dxa" w:w="1900"/>
            <w:vAlign w:val="center"/>
            <w:tcMar>
              <w:top w:w="85" w:type="dxa"/>
              <w:bottom w:w="85" w:type="dxa"/>
              <w:start w:w="110" w:type="dxa"/>
              <w:end w:w="110" w:type="dxa"/>
            </w:tcMar>
          </w:tcPr>
          <w:p>
            <w:pPr>
              <w:spacing w:after="0"/>
            </w:pPr>
            <w:r>
              <w:rPr>
                <w:sz w:val="15"/>
              </w:rPr>
            </w:r>
          </w:p>
        </w:tc>
        <w:tc>
          <w:tcPr>
            <w:tcW w:type="dxa" w:w="2100"/>
            <w:vAlign w:val="center"/>
            <w:tcMar>
              <w:top w:w="85" w:type="dxa"/>
              <w:bottom w:w="85" w:type="dxa"/>
              <w:start w:w="110" w:type="dxa"/>
              <w:end w:w="110" w:type="dxa"/>
            </w:tcMar>
          </w:tcPr>
          <w:p>
            <w:pPr>
              <w:spacing w:after="0"/>
            </w:pPr>
            <w:r>
              <w:rPr>
                <w:sz w:val="15"/>
              </w:rPr>
            </w:r>
          </w:p>
        </w:tc>
        <w:tc>
          <w:tcPr>
            <w:tcW w:type="dxa" w:w="160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800"/>
            <w:vAlign w:val="center"/>
            <w:tcMar>
              <w:top w:w="85" w:type="dxa"/>
              <w:bottom w:w="85" w:type="dxa"/>
              <w:start w:w="110" w:type="dxa"/>
              <w:end w:w="110" w:type="dxa"/>
            </w:tcMar>
          </w:tcPr>
          <w:p>
            <w:pPr>
              <w:spacing w:after="0"/>
            </w:pPr>
            <w:r>
              <w:rPr>
                <w:sz w:val="15"/>
              </w:rPr>
              <w:t>☐</w:t>
            </w:r>
          </w:p>
        </w:tc>
      </w:tr>
    </w:tbl>
    <w:p>
      <w:pPr>
        <w:spacing w:after="0"/>
      </w:pPr>
    </w:p>
    <w:p>
      <w:pPr>
        <w:spacing w:before="60" w:after="120"/>
        <w:ind w:left="216" w:right="216"/>
        <w:shd w:fill="E8F0F4"/>
        <w:pBdr>
          <w:left w:val="single" w:sz="18" w:space="7" w:color="2E5E78"/>
        </w:pBdr>
      </w:pPr>
      <w:r>
        <w:rPr>
          <w:b/>
        </w:rPr>
        <w:t>Gebruik geen herkenbare leerlingbeelden of persoonsgegevens zonder voorafgaande controle volgens het beleid van de school. Bij twijfel wordt materiaal vervangen, geanonimiseerd of alleen intern gedeeld.</w:t>
      </w:r>
    </w:p>
    <w:p>
      <w:r>
        <w:br w:type="page"/>
      </w:r>
    </w:p>
    <w:p>
      <w:pPr>
        <w:pStyle w:val="Heading1"/>
      </w:pPr>
      <w:r>
        <w:t>9. Bewijsstuk 5 – Registratie eerste versies</w:t>
      </w:r>
    </w:p>
    <w:p>
      <w:r>
        <w:t>De teksten zelf worden in de afgesproken opslagplaats bewaard; dit overzicht registreert de versies.</w:t>
      </w:r>
    </w:p>
    <w:tbl>
      <w:tblPr>
        <w:tblStyle w:val="TableGrid"/>
        <w:tblW w:type="dxa" w:w="9700"/>
        <w:jc w:val="left"/>
        <w:tblLayout w:type="fixed"/>
        <w:tblLook w:firstColumn="1" w:firstRow="1" w:lastColumn="0" w:lastRow="0" w:noHBand="0" w:noVBand="1" w:val="04A0"/>
        <w:tblInd w:w="120" w:type="dxa"/>
      </w:tblPr>
      <w:tblGrid>
        <w:gridCol w:w="1650"/>
        <w:gridCol w:w="1500"/>
        <w:gridCol w:w="2250"/>
        <w:gridCol w:w="1050"/>
        <w:gridCol w:w="2300"/>
        <w:gridCol w:w="950"/>
      </w:tblGrid>
      <w:tr>
        <w:trPr>
          <w:tblHeader w:val="true"/>
          <w:cantSplit/>
        </w:trPr>
        <w:tc>
          <w:tcPr>
            <w:tcW w:type="dxa" w:w="1650"/>
            <w:shd w:fill="2E5E78"/>
            <w:vAlign w:val="center"/>
            <w:tcMar>
              <w:top w:w="85" w:type="dxa"/>
              <w:bottom w:w="85" w:type="dxa"/>
              <w:start w:w="110" w:type="dxa"/>
              <w:end w:w="110" w:type="dxa"/>
            </w:tcMar>
          </w:tcPr>
          <w:p>
            <w:r>
              <w:rPr>
                <w:b/>
                <w:color w:val="FFFFFF"/>
                <w:sz w:val="15"/>
              </w:rPr>
              <w:t>Onderdeel</w:t>
            </w:r>
          </w:p>
        </w:tc>
        <w:tc>
          <w:tcPr>
            <w:tcW w:type="dxa" w:w="1500"/>
            <w:shd w:fill="2E5E78"/>
            <w:vAlign w:val="center"/>
            <w:tcMar>
              <w:top w:w="85" w:type="dxa"/>
              <w:bottom w:w="85" w:type="dxa"/>
              <w:start w:w="110" w:type="dxa"/>
              <w:end w:w="110" w:type="dxa"/>
            </w:tcMar>
          </w:tcPr>
          <w:p>
            <w:r>
              <w:rPr>
                <w:b/>
                <w:color w:val="FFFFFF"/>
                <w:sz w:val="15"/>
              </w:rPr>
              <w:t>Schrijver/maker</w:t>
            </w:r>
          </w:p>
        </w:tc>
        <w:tc>
          <w:tcPr>
            <w:tcW w:type="dxa" w:w="2250"/>
            <w:shd w:fill="2E5E78"/>
            <w:vAlign w:val="center"/>
            <w:tcMar>
              <w:top w:w="85" w:type="dxa"/>
              <w:bottom w:w="85" w:type="dxa"/>
              <w:start w:w="110" w:type="dxa"/>
              <w:end w:w="110" w:type="dxa"/>
            </w:tcMar>
          </w:tcPr>
          <w:p>
            <w:r>
              <w:rPr>
                <w:b/>
                <w:color w:val="FFFFFF"/>
                <w:sz w:val="15"/>
              </w:rPr>
              <w:t>Bestandsnaam of locatie</w:t>
            </w:r>
          </w:p>
        </w:tc>
        <w:tc>
          <w:tcPr>
            <w:tcW w:type="dxa" w:w="1050"/>
            <w:shd w:fill="2E5E78"/>
            <w:vAlign w:val="center"/>
            <w:tcMar>
              <w:top w:w="85" w:type="dxa"/>
              <w:bottom w:w="85" w:type="dxa"/>
              <w:start w:w="110" w:type="dxa"/>
              <w:end w:w="110" w:type="dxa"/>
            </w:tcMar>
          </w:tcPr>
          <w:p>
            <w:r>
              <w:rPr>
                <w:b/>
                <w:color w:val="FFFFFF"/>
                <w:sz w:val="15"/>
              </w:rPr>
              <w:t>Datum</w:t>
            </w:r>
          </w:p>
        </w:tc>
        <w:tc>
          <w:tcPr>
            <w:tcW w:type="dxa" w:w="2300"/>
            <w:shd w:fill="2E5E78"/>
            <w:vAlign w:val="center"/>
            <w:tcMar>
              <w:top w:w="85" w:type="dxa"/>
              <w:bottom w:w="85" w:type="dxa"/>
              <w:start w:w="110" w:type="dxa"/>
              <w:end w:w="110" w:type="dxa"/>
            </w:tcMar>
          </w:tcPr>
          <w:p>
            <w:r>
              <w:rPr>
                <w:b/>
                <w:color w:val="FFFFFF"/>
                <w:sz w:val="15"/>
              </w:rPr>
              <w:t>Belangrijkste feedback</w:t>
            </w:r>
          </w:p>
        </w:tc>
        <w:tc>
          <w:tcPr>
            <w:tcW w:type="dxa" w:w="950"/>
            <w:shd w:fill="2E5E78"/>
            <w:vAlign w:val="center"/>
            <w:tcMar>
              <w:top w:w="85" w:type="dxa"/>
              <w:bottom w:w="85" w:type="dxa"/>
              <w:start w:w="110" w:type="dxa"/>
              <w:end w:w="110" w:type="dxa"/>
            </w:tcMar>
          </w:tcPr>
          <w:p>
            <w:r>
              <w:rPr>
                <w:b/>
                <w:color w:val="FFFFFF"/>
                <w:sz w:val="15"/>
              </w:rPr>
              <w:t>Status</w:t>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r>
        <w:trPr>
          <w:cantSplit/>
        </w:trPr>
        <w:tc>
          <w:tcPr>
            <w:tcW w:type="dxa" w:w="1650"/>
            <w:vAlign w:val="center"/>
            <w:tcMar>
              <w:top w:w="85" w:type="dxa"/>
              <w:bottom w:w="85" w:type="dxa"/>
              <w:start w:w="110" w:type="dxa"/>
              <w:end w:w="110" w:type="dxa"/>
            </w:tcMar>
          </w:tcPr>
          <w:p>
            <w:pPr>
              <w:spacing w:after="0"/>
            </w:pPr>
            <w:r>
              <w:rPr>
                <w:sz w:val="15"/>
              </w:rPr>
            </w:r>
          </w:p>
        </w:tc>
        <w:tc>
          <w:tcPr>
            <w:tcW w:type="dxa" w:w="1500"/>
            <w:vAlign w:val="center"/>
            <w:tcMar>
              <w:top w:w="85" w:type="dxa"/>
              <w:bottom w:w="85" w:type="dxa"/>
              <w:start w:w="110" w:type="dxa"/>
              <w:end w:w="110" w:type="dxa"/>
            </w:tcMar>
          </w:tcPr>
          <w:p>
            <w:pPr>
              <w:spacing w:after="0"/>
            </w:pPr>
            <w:r>
              <w:rPr>
                <w:sz w:val="15"/>
              </w:rPr>
            </w:r>
          </w:p>
        </w:tc>
        <w:tc>
          <w:tcPr>
            <w:tcW w:type="dxa" w:w="2250"/>
            <w:vAlign w:val="center"/>
            <w:tcMar>
              <w:top w:w="85" w:type="dxa"/>
              <w:bottom w:w="85" w:type="dxa"/>
              <w:start w:w="110" w:type="dxa"/>
              <w:end w:w="110" w:type="dxa"/>
            </w:tcMar>
          </w:tcPr>
          <w:p>
            <w:pPr>
              <w:spacing w:after="0"/>
            </w:pPr>
            <w:r>
              <w:rPr>
                <w:sz w:val="15"/>
              </w:rPr>
            </w:r>
          </w:p>
        </w:tc>
        <w:tc>
          <w:tcPr>
            <w:tcW w:type="dxa" w:w="1050"/>
            <w:vAlign w:val="center"/>
            <w:tcMar>
              <w:top w:w="85" w:type="dxa"/>
              <w:bottom w:w="85" w:type="dxa"/>
              <w:start w:w="110" w:type="dxa"/>
              <w:end w:w="110" w:type="dxa"/>
            </w:tcMar>
          </w:tcPr>
          <w:p>
            <w:pPr>
              <w:spacing w:after="0"/>
            </w:pPr>
            <w:r>
              <w:rPr>
                <w:sz w:val="15"/>
              </w:rPr>
            </w:r>
          </w:p>
        </w:tc>
        <w:tc>
          <w:tcPr>
            <w:tcW w:type="dxa" w:w="2300"/>
            <w:vAlign w:val="center"/>
            <w:tcMar>
              <w:top w:w="85" w:type="dxa"/>
              <w:bottom w:w="85" w:type="dxa"/>
              <w:start w:w="110" w:type="dxa"/>
              <w:end w:w="110" w:type="dxa"/>
            </w:tcMar>
          </w:tcPr>
          <w:p>
            <w:pPr>
              <w:spacing w:after="0"/>
            </w:pPr>
            <w:r>
              <w:rPr>
                <w:sz w:val="15"/>
              </w:rPr>
            </w:r>
          </w:p>
        </w:tc>
        <w:tc>
          <w:tcPr>
            <w:tcW w:type="dxa" w:w="950"/>
            <w:vAlign w:val="center"/>
            <w:tcMar>
              <w:top w:w="85" w:type="dxa"/>
              <w:bottom w:w="85" w:type="dxa"/>
              <w:start w:w="110" w:type="dxa"/>
              <w:end w:w="110" w:type="dxa"/>
            </w:tcMar>
          </w:tcPr>
          <w:p>
            <w:pPr>
              <w:spacing w:after="0"/>
            </w:pPr>
            <w:r>
              <w:rPr>
                <w:sz w:val="15"/>
              </w:rPr>
            </w:r>
          </w:p>
        </w:tc>
      </w:tr>
    </w:tbl>
    <w:p>
      <w:pPr>
        <w:spacing w:after="0"/>
      </w:pPr>
    </w:p>
    <w:p>
      <w:pPr>
        <w:pStyle w:val="Heading2"/>
      </w:pPr>
      <w:r>
        <w:t>Redactiebesluit na de eerste versies</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r>
        <w:br w:type="page"/>
      </w:r>
    </w:p>
    <w:p>
      <w:pPr>
        <w:pStyle w:val="Heading1"/>
      </w:pPr>
      <w:r>
        <w:t>10. Bewijsstuk 6 – Proefversie en correcties</w:t>
      </w:r>
    </w:p>
    <w:tbl>
      <w:tblPr>
        <w:tblStyle w:val="TableGrid"/>
        <w:tblW w:type="dxa" w:w="9700"/>
        <w:jc w:val="left"/>
        <w:tblLayout w:type="fixed"/>
        <w:tblLook w:firstColumn="1" w:firstRow="1" w:lastColumn="0" w:lastRow="0" w:noHBand="0" w:noVBand="1" w:val="04A0"/>
        <w:tblInd w:w="120" w:type="dxa"/>
      </w:tblPr>
      <w:tblGrid>
        <w:gridCol w:w="2100"/>
        <w:gridCol w:w="800"/>
        <w:gridCol w:w="2500"/>
        <w:gridCol w:w="2600"/>
        <w:gridCol w:w="1700"/>
      </w:tblGrid>
      <w:tr>
        <w:trPr>
          <w:tblHeader w:val="true"/>
          <w:cantSplit/>
        </w:trPr>
        <w:tc>
          <w:tcPr>
            <w:tcW w:type="dxa" w:w="2100"/>
            <w:shd w:fill="2E5E78"/>
            <w:vAlign w:val="center"/>
            <w:tcMar>
              <w:top w:w="85" w:type="dxa"/>
              <w:bottom w:w="85" w:type="dxa"/>
              <w:start w:w="110" w:type="dxa"/>
              <w:end w:w="110" w:type="dxa"/>
            </w:tcMar>
          </w:tcPr>
          <w:p>
            <w:r>
              <w:rPr>
                <w:b/>
                <w:color w:val="FFFFFF"/>
                <w:sz w:val="15"/>
              </w:rPr>
              <w:t>Controlepunt</w:t>
            </w:r>
          </w:p>
        </w:tc>
        <w:tc>
          <w:tcPr>
            <w:tcW w:type="dxa" w:w="800"/>
            <w:shd w:fill="2E5E78"/>
            <w:vAlign w:val="center"/>
            <w:tcMar>
              <w:top w:w="85" w:type="dxa"/>
              <w:bottom w:w="85" w:type="dxa"/>
              <w:start w:w="110" w:type="dxa"/>
              <w:end w:w="110" w:type="dxa"/>
            </w:tcMar>
          </w:tcPr>
          <w:p>
            <w:r>
              <w:rPr>
                <w:b/>
                <w:color w:val="FFFFFF"/>
                <w:sz w:val="15"/>
              </w:rPr>
              <w:t>Gereed</w:t>
            </w:r>
          </w:p>
        </w:tc>
        <w:tc>
          <w:tcPr>
            <w:tcW w:type="dxa" w:w="2500"/>
            <w:shd w:fill="2E5E78"/>
            <w:vAlign w:val="center"/>
            <w:tcMar>
              <w:top w:w="85" w:type="dxa"/>
              <w:bottom w:w="85" w:type="dxa"/>
              <w:start w:w="110" w:type="dxa"/>
              <w:end w:w="110" w:type="dxa"/>
            </w:tcMar>
          </w:tcPr>
          <w:p>
            <w:r>
              <w:rPr>
                <w:b/>
                <w:color w:val="FFFFFF"/>
                <w:sz w:val="15"/>
              </w:rPr>
              <w:t>Probleem of bevinding</w:t>
            </w:r>
          </w:p>
        </w:tc>
        <w:tc>
          <w:tcPr>
            <w:tcW w:type="dxa" w:w="2600"/>
            <w:shd w:fill="2E5E78"/>
            <w:vAlign w:val="center"/>
            <w:tcMar>
              <w:top w:w="85" w:type="dxa"/>
              <w:bottom w:w="85" w:type="dxa"/>
              <w:start w:w="110" w:type="dxa"/>
              <w:end w:w="110" w:type="dxa"/>
            </w:tcMar>
          </w:tcPr>
          <w:p>
            <w:r>
              <w:rPr>
                <w:b/>
                <w:color w:val="FFFFFF"/>
                <w:sz w:val="15"/>
              </w:rPr>
              <w:t>Correctie</w:t>
            </w:r>
          </w:p>
        </w:tc>
        <w:tc>
          <w:tcPr>
            <w:tcW w:type="dxa" w:w="1700"/>
            <w:shd w:fill="2E5E78"/>
            <w:vAlign w:val="center"/>
            <w:tcMar>
              <w:top w:w="85" w:type="dxa"/>
              <w:bottom w:w="85" w:type="dxa"/>
              <w:start w:w="110" w:type="dxa"/>
              <w:end w:w="110" w:type="dxa"/>
            </w:tcMar>
          </w:tcPr>
          <w:p>
            <w:r>
              <w:rPr>
                <w:b/>
                <w:color w:val="FFFFFF"/>
                <w:sz w:val="15"/>
              </w:rPr>
              <w:t>Verantwoordelijke</w:t>
            </w:r>
          </w:p>
        </w:tc>
      </w:tr>
      <w:tr>
        <w:trPr>
          <w:cantSplit/>
        </w:trPr>
        <w:tc>
          <w:tcPr>
            <w:tcW w:type="dxa" w:w="2100"/>
            <w:vAlign w:val="center"/>
            <w:tcMar>
              <w:top w:w="85" w:type="dxa"/>
              <w:bottom w:w="85" w:type="dxa"/>
              <w:start w:w="110" w:type="dxa"/>
              <w:end w:w="110" w:type="dxa"/>
            </w:tcMar>
          </w:tcPr>
          <w:p>
            <w:pPr>
              <w:spacing w:after="0"/>
            </w:pPr>
            <w:r>
              <w:rPr>
                <w:sz w:val="15"/>
              </w:rPr>
              <w:t>Inhoud en feiten</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Centrale vraag en deelvragen</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Structuur en samenhang</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Formulering en taal</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Taalvoorbeelden</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Bronnen en citaten</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Beeld en bijschriften</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Rechten en privacy</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Vormgeving en navigatie</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r>
        <w:trPr>
          <w:cantSplit/>
        </w:trPr>
        <w:tc>
          <w:tcPr>
            <w:tcW w:type="dxa" w:w="2100"/>
            <w:vAlign w:val="center"/>
            <w:tcMar>
              <w:top w:w="85" w:type="dxa"/>
              <w:bottom w:w="85" w:type="dxa"/>
              <w:start w:w="110" w:type="dxa"/>
              <w:end w:w="110" w:type="dxa"/>
            </w:tcMar>
          </w:tcPr>
          <w:p>
            <w:pPr>
              <w:spacing w:after="0"/>
            </w:pPr>
            <w:r>
              <w:rPr>
                <w:sz w:val="15"/>
              </w:rPr>
              <w:t>Technische werking</w:t>
            </w:r>
          </w:p>
        </w:tc>
        <w:tc>
          <w:tcPr>
            <w:tcW w:type="dxa" w:w="800"/>
            <w:vAlign w:val="center"/>
            <w:tcMar>
              <w:top w:w="85" w:type="dxa"/>
              <w:bottom w:w="85" w:type="dxa"/>
              <w:start w:w="110" w:type="dxa"/>
              <w:end w:w="110" w:type="dxa"/>
            </w:tcMar>
          </w:tcPr>
          <w:p>
            <w:pPr>
              <w:spacing w:after="0"/>
            </w:pPr>
            <w:r>
              <w:rPr>
                <w:sz w:val="15"/>
              </w:rPr>
              <w:t>☐</w:t>
            </w:r>
          </w:p>
        </w:tc>
        <w:tc>
          <w:tcPr>
            <w:tcW w:type="dxa" w:w="2500"/>
            <w:vAlign w:val="center"/>
            <w:tcMar>
              <w:top w:w="85" w:type="dxa"/>
              <w:bottom w:w="85" w:type="dxa"/>
              <w:start w:w="110" w:type="dxa"/>
              <w:end w:w="110" w:type="dxa"/>
            </w:tcMar>
          </w:tcPr>
          <w:p>
            <w:pPr>
              <w:spacing w:after="0"/>
            </w:pPr>
            <w:r>
              <w:rPr>
                <w:sz w:val="15"/>
              </w:rPr>
            </w:r>
          </w:p>
        </w:tc>
        <w:tc>
          <w:tcPr>
            <w:tcW w:type="dxa" w:w="2600"/>
            <w:vAlign w:val="center"/>
            <w:tcMar>
              <w:top w:w="85" w:type="dxa"/>
              <w:bottom w:w="85" w:type="dxa"/>
              <w:start w:w="110" w:type="dxa"/>
              <w:end w:w="110" w:type="dxa"/>
            </w:tcMar>
          </w:tcPr>
          <w:p>
            <w:pPr>
              <w:spacing w:after="0"/>
            </w:pPr>
            <w:r>
              <w:rPr>
                <w:sz w:val="15"/>
              </w:rPr>
            </w:r>
          </w:p>
        </w:tc>
        <w:tc>
          <w:tcPr>
            <w:tcW w:type="dxa" w:w="1700"/>
            <w:vAlign w:val="center"/>
            <w:tcMar>
              <w:top w:w="85" w:type="dxa"/>
              <w:bottom w:w="85" w:type="dxa"/>
              <w:start w:w="110" w:type="dxa"/>
              <w:end w:w="110" w:type="dxa"/>
            </w:tcMar>
          </w:tcPr>
          <w:p>
            <w:pPr>
              <w:spacing w:after="0"/>
            </w:pPr>
            <w:r>
              <w:rPr>
                <w:sz w:val="15"/>
              </w:rPr>
            </w:r>
          </w:p>
        </w:tc>
      </w:tr>
    </w:tbl>
    <w:p>
      <w:pPr>
        <w:spacing w:after="0"/>
      </w:pPr>
    </w:p>
    <w:tbl>
      <w:tblPr>
        <w:tblStyle w:val="TableGrid"/>
        <w:tblW w:type="dxa" w:w="9700"/>
        <w:jc w:val="left"/>
        <w:tblLayout w:type="fixed"/>
        <w:tblLook w:firstColumn="1" w:firstRow="1" w:lastColumn="0" w:lastRow="0" w:noHBand="0" w:noVBand="1" w:val="04A0"/>
        <w:tblInd w:w="120" w:type="dxa"/>
      </w:tblPr>
      <w:tblGrid>
        <w:gridCol w:w="2200"/>
        <w:gridCol w:w="2900"/>
        <w:gridCol w:w="2600"/>
        <w:gridCol w:w="2000"/>
      </w:tblGrid>
      <w:tr>
        <w:trPr>
          <w:tblHeader w:val="true"/>
          <w:cantSplit/>
        </w:trPr>
        <w:tc>
          <w:tcPr>
            <w:tcW w:type="dxa" w:w="2200"/>
            <w:shd w:fill="2E5E78"/>
            <w:vAlign w:val="center"/>
            <w:tcMar>
              <w:top w:w="85" w:type="dxa"/>
              <w:bottom w:w="85" w:type="dxa"/>
              <w:start w:w="110" w:type="dxa"/>
              <w:end w:w="110" w:type="dxa"/>
            </w:tcMar>
          </w:tcPr>
          <w:p>
            <w:r>
              <w:rPr>
                <w:b/>
                <w:color w:val="FFFFFF"/>
                <w:sz w:val="17"/>
              </w:rPr>
              <w:t>Datum proefversie</w:t>
            </w:r>
          </w:p>
        </w:tc>
        <w:tc>
          <w:tcPr>
            <w:tcW w:type="dxa" w:w="2900"/>
            <w:shd w:fill="2E5E78"/>
            <w:vAlign w:val="center"/>
            <w:tcMar>
              <w:top w:w="85" w:type="dxa"/>
              <w:bottom w:w="85" w:type="dxa"/>
              <w:start w:w="110" w:type="dxa"/>
              <w:end w:w="110" w:type="dxa"/>
            </w:tcMar>
          </w:tcPr>
          <w:p>
            <w:r>
              <w:rPr>
                <w:b/>
                <w:color w:val="FFFFFF"/>
                <w:sz w:val="17"/>
              </w:rPr>
              <w:t>Proeflezers</w:t>
            </w:r>
          </w:p>
        </w:tc>
        <w:tc>
          <w:tcPr>
            <w:tcW w:type="dxa" w:w="2600"/>
            <w:shd w:fill="2E5E78"/>
            <w:vAlign w:val="center"/>
            <w:tcMar>
              <w:top w:w="85" w:type="dxa"/>
              <w:bottom w:w="85" w:type="dxa"/>
              <w:start w:w="110" w:type="dxa"/>
              <w:end w:w="110" w:type="dxa"/>
            </w:tcMar>
          </w:tcPr>
          <w:p>
            <w:r>
              <w:rPr>
                <w:b/>
                <w:color w:val="FFFFFF"/>
                <w:sz w:val="17"/>
              </w:rPr>
              <w:t>Nieuwe versie gereed op</w:t>
            </w:r>
          </w:p>
        </w:tc>
        <w:tc>
          <w:tcPr>
            <w:tcW w:type="dxa" w:w="2000"/>
            <w:shd w:fill="2E5E78"/>
            <w:vAlign w:val="center"/>
            <w:tcMar>
              <w:top w:w="85" w:type="dxa"/>
              <w:bottom w:w="85" w:type="dxa"/>
              <w:start w:w="110" w:type="dxa"/>
              <w:end w:w="110" w:type="dxa"/>
            </w:tcMar>
          </w:tcPr>
          <w:p>
            <w:r>
              <w:rPr>
                <w:b/>
                <w:color w:val="FFFFFF"/>
                <w:sz w:val="17"/>
              </w:rPr>
              <w:t>Akkoord docent</w:t>
            </w:r>
          </w:p>
        </w:tc>
      </w:tr>
      <w:tr>
        <w:trPr>
          <w:cantSplit/>
        </w:trPr>
        <w:tc>
          <w:tcPr>
            <w:tcW w:type="dxa" w:w="2200"/>
            <w:vAlign w:val="center"/>
            <w:tcMar>
              <w:top w:w="85" w:type="dxa"/>
              <w:bottom w:w="85" w:type="dxa"/>
              <w:start w:w="110" w:type="dxa"/>
              <w:end w:w="110" w:type="dxa"/>
            </w:tcMar>
          </w:tcPr>
          <w:p>
            <w:pPr>
              <w:spacing w:after="0"/>
            </w:pPr>
            <w:r>
              <w:rPr>
                <w:sz w:val="17"/>
              </w:rPr>
            </w:r>
          </w:p>
        </w:tc>
        <w:tc>
          <w:tcPr>
            <w:tcW w:type="dxa" w:w="2900"/>
            <w:vAlign w:val="center"/>
            <w:tcMar>
              <w:top w:w="85" w:type="dxa"/>
              <w:bottom w:w="85" w:type="dxa"/>
              <w:start w:w="110" w:type="dxa"/>
              <w:end w:w="110" w:type="dxa"/>
            </w:tcMar>
          </w:tcPr>
          <w:p>
            <w:pPr>
              <w:spacing w:after="0"/>
            </w:pPr>
            <w:r>
              <w:rPr>
                <w:sz w:val="17"/>
              </w:rPr>
            </w:r>
          </w:p>
        </w:tc>
        <w:tc>
          <w:tcPr>
            <w:tcW w:type="dxa" w:w="26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t>☐</w:t>
            </w:r>
          </w:p>
        </w:tc>
      </w:tr>
    </w:tbl>
    <w:p>
      <w:pPr>
        <w:spacing w:after="0"/>
      </w:pPr>
    </w:p>
    <w:p>
      <w:r>
        <w:br w:type="page"/>
      </w:r>
    </w:p>
    <w:p>
      <w:pPr>
        <w:pStyle w:val="Heading1"/>
      </w:pPr>
      <w:r>
        <w:t>11. Voortgang en bijsturen</w:t>
      </w:r>
    </w:p>
    <w:tbl>
      <w:tblPr>
        <w:tblStyle w:val="TableGrid"/>
        <w:tblW w:type="dxa" w:w="9700"/>
        <w:jc w:val="left"/>
        <w:tblLayout w:type="fixed"/>
        <w:tblLook w:firstColumn="1" w:firstRow="1" w:lastColumn="0" w:lastRow="0" w:noHBand="0" w:noVBand="1" w:val="04A0"/>
        <w:tblInd w:w="120" w:type="dxa"/>
      </w:tblPr>
      <w:tblGrid>
        <w:gridCol w:w="1300"/>
        <w:gridCol w:w="1900"/>
        <w:gridCol w:w="1700"/>
        <w:gridCol w:w="1500"/>
        <w:gridCol w:w="1700"/>
        <w:gridCol w:w="1600"/>
      </w:tblGrid>
      <w:tr>
        <w:trPr>
          <w:tblHeader w:val="true"/>
          <w:cantSplit/>
        </w:trPr>
        <w:tc>
          <w:tcPr>
            <w:tcW w:type="dxa" w:w="1300"/>
            <w:shd w:fill="2E5E78"/>
            <w:vAlign w:val="center"/>
            <w:tcMar>
              <w:top w:w="85" w:type="dxa"/>
              <w:bottom w:w="85" w:type="dxa"/>
              <w:start w:w="110" w:type="dxa"/>
              <w:end w:w="110" w:type="dxa"/>
            </w:tcMar>
          </w:tcPr>
          <w:p>
            <w:r>
              <w:rPr>
                <w:b/>
                <w:color w:val="FFFFFF"/>
                <w:sz w:val="14"/>
              </w:rPr>
              <w:t>Fase/moment</w:t>
            </w:r>
          </w:p>
        </w:tc>
        <w:tc>
          <w:tcPr>
            <w:tcW w:type="dxa" w:w="1900"/>
            <w:shd w:fill="2E5E78"/>
            <w:vAlign w:val="center"/>
            <w:tcMar>
              <w:top w:w="85" w:type="dxa"/>
              <w:bottom w:w="85" w:type="dxa"/>
              <w:start w:w="110" w:type="dxa"/>
              <w:end w:w="110" w:type="dxa"/>
            </w:tcMar>
          </w:tcPr>
          <w:p>
            <w:r>
              <w:rPr>
                <w:b/>
                <w:color w:val="FFFFFF"/>
                <w:sz w:val="14"/>
              </w:rPr>
              <w:t>Wat is afgerond?</w:t>
            </w:r>
          </w:p>
        </w:tc>
        <w:tc>
          <w:tcPr>
            <w:tcW w:type="dxa" w:w="1700"/>
            <w:shd w:fill="2E5E78"/>
            <w:vAlign w:val="center"/>
            <w:tcMar>
              <w:top w:w="85" w:type="dxa"/>
              <w:bottom w:w="85" w:type="dxa"/>
              <w:start w:w="110" w:type="dxa"/>
              <w:end w:w="110" w:type="dxa"/>
            </w:tcMar>
          </w:tcPr>
          <w:p>
            <w:r>
              <w:rPr>
                <w:b/>
                <w:color w:val="FFFFFF"/>
                <w:sz w:val="14"/>
              </w:rPr>
              <w:t>Wat loopt achter?</w:t>
            </w:r>
          </w:p>
        </w:tc>
        <w:tc>
          <w:tcPr>
            <w:tcW w:type="dxa" w:w="1500"/>
            <w:shd w:fill="2E5E78"/>
            <w:vAlign w:val="center"/>
            <w:tcMar>
              <w:top w:w="85" w:type="dxa"/>
              <w:bottom w:w="85" w:type="dxa"/>
              <w:start w:w="110" w:type="dxa"/>
              <w:end w:w="110" w:type="dxa"/>
            </w:tcMar>
          </w:tcPr>
          <w:p>
            <w:r>
              <w:rPr>
                <w:b/>
                <w:color w:val="FFFFFF"/>
                <w:sz w:val="14"/>
              </w:rPr>
              <w:t>Oorzaak</w:t>
            </w:r>
          </w:p>
        </w:tc>
        <w:tc>
          <w:tcPr>
            <w:tcW w:type="dxa" w:w="1700"/>
            <w:shd w:fill="2E5E78"/>
            <w:vAlign w:val="center"/>
            <w:tcMar>
              <w:top w:w="85" w:type="dxa"/>
              <w:bottom w:w="85" w:type="dxa"/>
              <w:start w:w="110" w:type="dxa"/>
              <w:end w:w="110" w:type="dxa"/>
            </w:tcMar>
          </w:tcPr>
          <w:p>
            <w:r>
              <w:rPr>
                <w:b/>
                <w:color w:val="FFFFFF"/>
                <w:sz w:val="14"/>
              </w:rPr>
              <w:t>Besluit</w:t>
            </w:r>
          </w:p>
        </w:tc>
        <w:tc>
          <w:tcPr>
            <w:tcW w:type="dxa" w:w="1600"/>
            <w:shd w:fill="2E5E78"/>
            <w:vAlign w:val="center"/>
            <w:tcMar>
              <w:top w:w="85" w:type="dxa"/>
              <w:bottom w:w="85" w:type="dxa"/>
              <w:start w:w="110" w:type="dxa"/>
              <w:end w:w="110" w:type="dxa"/>
            </w:tcMar>
          </w:tcPr>
          <w:p>
            <w:r>
              <w:rPr>
                <w:b/>
                <w:color w:val="FFFFFF"/>
                <w:sz w:val="14"/>
              </w:rPr>
              <w:t>Nieuwe verantwoordelijke/deadline</w:t>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r>
        <w:trPr>
          <w:cantSplit/>
        </w:trPr>
        <w:tc>
          <w:tcPr>
            <w:tcW w:type="dxa" w:w="1300"/>
            <w:vAlign w:val="center"/>
            <w:tcMar>
              <w:top w:w="85" w:type="dxa"/>
              <w:bottom w:w="85" w:type="dxa"/>
              <w:start w:w="110" w:type="dxa"/>
              <w:end w:w="110" w:type="dxa"/>
            </w:tcMar>
          </w:tcPr>
          <w:p>
            <w:pPr>
              <w:spacing w:after="0"/>
            </w:pPr>
            <w:r>
              <w:rPr>
                <w:sz w:val="14"/>
              </w:rPr>
            </w:r>
          </w:p>
        </w:tc>
        <w:tc>
          <w:tcPr>
            <w:tcW w:type="dxa" w:w="19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500"/>
            <w:vAlign w:val="center"/>
            <w:tcMar>
              <w:top w:w="85" w:type="dxa"/>
              <w:bottom w:w="85" w:type="dxa"/>
              <w:start w:w="110" w:type="dxa"/>
              <w:end w:w="110" w:type="dxa"/>
            </w:tcMar>
          </w:tcPr>
          <w:p>
            <w:pPr>
              <w:spacing w:after="0"/>
            </w:pPr>
            <w:r>
              <w:rPr>
                <w:sz w:val="14"/>
              </w:rPr>
            </w:r>
          </w:p>
        </w:tc>
        <w:tc>
          <w:tcPr>
            <w:tcW w:type="dxa" w:w="1700"/>
            <w:vAlign w:val="center"/>
            <w:tcMar>
              <w:top w:w="85" w:type="dxa"/>
              <w:bottom w:w="85" w:type="dxa"/>
              <w:start w:w="110" w:type="dxa"/>
              <w:end w:w="110" w:type="dxa"/>
            </w:tcMar>
          </w:tcPr>
          <w:p>
            <w:pPr>
              <w:spacing w:after="0"/>
            </w:pPr>
            <w:r>
              <w:rPr>
                <w:sz w:val="14"/>
              </w:rPr>
            </w:r>
          </w:p>
        </w:tc>
        <w:tc>
          <w:tcPr>
            <w:tcW w:type="dxa" w:w="1600"/>
            <w:vAlign w:val="center"/>
            <w:tcMar>
              <w:top w:w="85" w:type="dxa"/>
              <w:bottom w:w="85" w:type="dxa"/>
              <w:start w:w="110" w:type="dxa"/>
              <w:end w:w="110" w:type="dxa"/>
            </w:tcMar>
          </w:tcPr>
          <w:p>
            <w:pPr>
              <w:spacing w:after="0"/>
            </w:pPr>
            <w:r>
              <w:rPr>
                <w:sz w:val="14"/>
              </w:rPr>
            </w:r>
          </w:p>
        </w:tc>
      </w:tr>
    </w:tbl>
    <w:p>
      <w:pPr>
        <w:spacing w:after="0"/>
      </w:pPr>
    </w:p>
    <w:p>
      <w:pPr>
        <w:pStyle w:val="Heading2"/>
      </w:pPr>
      <w:r>
        <w:t>Herplanning van projectcredits</w:t>
      </w:r>
    </w:p>
    <w:tbl>
      <w:tblPr>
        <w:tblStyle w:val="TableGrid"/>
        <w:tblW w:type="dxa" w:w="9700"/>
        <w:jc w:val="left"/>
        <w:tblLayout w:type="fixed"/>
        <w:tblLook w:firstColumn="1" w:firstRow="1" w:lastColumn="0" w:lastRow="0" w:noHBand="0" w:noVBand="1" w:val="04A0"/>
        <w:tblInd w:w="120" w:type="dxa"/>
      </w:tblPr>
      <w:tblGrid>
        <w:gridCol w:w="2350"/>
        <w:gridCol w:w="1500"/>
        <w:gridCol w:w="1600"/>
        <w:gridCol w:w="2600"/>
        <w:gridCol w:w="1650"/>
      </w:tblGrid>
      <w:tr>
        <w:trPr>
          <w:tblHeader w:val="true"/>
          <w:cantSplit/>
        </w:trPr>
        <w:tc>
          <w:tcPr>
            <w:tcW w:type="dxa" w:w="2350"/>
            <w:shd w:fill="2E5E78"/>
            <w:vAlign w:val="center"/>
            <w:tcMar>
              <w:top w:w="85" w:type="dxa"/>
              <w:bottom w:w="85" w:type="dxa"/>
              <w:start w:w="110" w:type="dxa"/>
              <w:end w:w="110" w:type="dxa"/>
            </w:tcMar>
          </w:tcPr>
          <w:p>
            <w:r>
              <w:rPr>
                <w:b/>
                <w:color w:val="FFFFFF"/>
                <w:sz w:val="17"/>
              </w:rPr>
              <w:t>Taak</w:t>
            </w:r>
          </w:p>
        </w:tc>
        <w:tc>
          <w:tcPr>
            <w:tcW w:type="dxa" w:w="1500"/>
            <w:shd w:fill="2E5E78"/>
            <w:vAlign w:val="center"/>
            <w:tcMar>
              <w:top w:w="85" w:type="dxa"/>
              <w:bottom w:w="85" w:type="dxa"/>
              <w:start w:w="110" w:type="dxa"/>
              <w:end w:w="110" w:type="dxa"/>
            </w:tcMar>
          </w:tcPr>
          <w:p>
            <w:r>
              <w:rPr>
                <w:b/>
                <w:color w:val="FFFFFF"/>
                <w:sz w:val="17"/>
              </w:rPr>
              <w:t>Oude raming</w:t>
            </w:r>
          </w:p>
        </w:tc>
        <w:tc>
          <w:tcPr>
            <w:tcW w:type="dxa" w:w="1600"/>
            <w:shd w:fill="2E5E78"/>
            <w:vAlign w:val="center"/>
            <w:tcMar>
              <w:top w:w="85" w:type="dxa"/>
              <w:bottom w:w="85" w:type="dxa"/>
              <w:start w:w="110" w:type="dxa"/>
              <w:end w:w="110" w:type="dxa"/>
            </w:tcMar>
          </w:tcPr>
          <w:p>
            <w:r>
              <w:rPr>
                <w:b/>
                <w:color w:val="FFFFFF"/>
                <w:sz w:val="17"/>
              </w:rPr>
              <w:t>Nieuwe raming</w:t>
            </w:r>
          </w:p>
        </w:tc>
        <w:tc>
          <w:tcPr>
            <w:tcW w:type="dxa" w:w="2600"/>
            <w:shd w:fill="2E5E78"/>
            <w:vAlign w:val="center"/>
            <w:tcMar>
              <w:top w:w="85" w:type="dxa"/>
              <w:bottom w:w="85" w:type="dxa"/>
              <w:start w:w="110" w:type="dxa"/>
              <w:end w:w="110" w:type="dxa"/>
            </w:tcMar>
          </w:tcPr>
          <w:p>
            <w:r>
              <w:rPr>
                <w:b/>
                <w:color w:val="FFFFFF"/>
                <w:sz w:val="17"/>
              </w:rPr>
              <w:t>Reden</w:t>
            </w:r>
          </w:p>
        </w:tc>
        <w:tc>
          <w:tcPr>
            <w:tcW w:type="dxa" w:w="1650"/>
            <w:shd w:fill="2E5E78"/>
            <w:vAlign w:val="center"/>
            <w:tcMar>
              <w:top w:w="85" w:type="dxa"/>
              <w:bottom w:w="85" w:type="dxa"/>
              <w:start w:w="110" w:type="dxa"/>
              <w:end w:w="110" w:type="dxa"/>
            </w:tcMar>
          </w:tcPr>
          <w:p>
            <w:r>
              <w:rPr>
                <w:b/>
                <w:color w:val="FFFFFF"/>
                <w:sz w:val="17"/>
              </w:rPr>
              <w:t>Besluit</w:t>
            </w:r>
          </w:p>
        </w:tc>
      </w:tr>
      <w:tr>
        <w:trPr>
          <w:cantSplit/>
        </w:trPr>
        <w:tc>
          <w:tcPr>
            <w:tcW w:type="dxa" w:w="2350"/>
            <w:vAlign w:val="center"/>
            <w:tcMar>
              <w:top w:w="85" w:type="dxa"/>
              <w:bottom w:w="85" w:type="dxa"/>
              <w:start w:w="110" w:type="dxa"/>
              <w:end w:w="110" w:type="dxa"/>
            </w:tcMar>
          </w:tcPr>
          <w:p>
            <w:pPr>
              <w:spacing w:after="0"/>
            </w:pPr>
            <w:r>
              <w:rPr>
                <w:sz w:val="17"/>
              </w:rPr>
            </w:r>
          </w:p>
        </w:tc>
        <w:tc>
          <w:tcPr>
            <w:tcW w:type="dxa" w:w="1500"/>
            <w:vAlign w:val="center"/>
            <w:tcMar>
              <w:top w:w="85" w:type="dxa"/>
              <w:bottom w:w="85" w:type="dxa"/>
              <w:start w:w="110" w:type="dxa"/>
              <w:end w:w="110" w:type="dxa"/>
            </w:tcMar>
          </w:tcPr>
          <w:p>
            <w:pPr>
              <w:spacing w:after="0"/>
            </w:pPr>
            <w:r>
              <w:rPr>
                <w:sz w:val="17"/>
              </w:rPr>
            </w:r>
          </w:p>
        </w:tc>
        <w:tc>
          <w:tcPr>
            <w:tcW w:type="dxa" w:w="1600"/>
            <w:vAlign w:val="center"/>
            <w:tcMar>
              <w:top w:w="85" w:type="dxa"/>
              <w:bottom w:w="85" w:type="dxa"/>
              <w:start w:w="110" w:type="dxa"/>
              <w:end w:w="110" w:type="dxa"/>
            </w:tcMar>
          </w:tcPr>
          <w:p>
            <w:pPr>
              <w:spacing w:after="0"/>
            </w:pPr>
            <w:r>
              <w:rPr>
                <w:sz w:val="17"/>
              </w:rPr>
            </w:r>
          </w:p>
        </w:tc>
        <w:tc>
          <w:tcPr>
            <w:tcW w:type="dxa" w:w="2600"/>
            <w:vAlign w:val="center"/>
            <w:tcMar>
              <w:top w:w="85" w:type="dxa"/>
              <w:bottom w:w="85" w:type="dxa"/>
              <w:start w:w="110" w:type="dxa"/>
              <w:end w:w="110" w:type="dxa"/>
            </w:tcMar>
          </w:tcPr>
          <w:p>
            <w:pPr>
              <w:spacing w:after="0"/>
            </w:pPr>
            <w:r>
              <w:rPr>
                <w:sz w:val="17"/>
              </w:rPr>
            </w:r>
          </w:p>
        </w:tc>
        <w:tc>
          <w:tcPr>
            <w:tcW w:type="dxa" w:w="1650"/>
            <w:vAlign w:val="center"/>
            <w:tcMar>
              <w:top w:w="85" w:type="dxa"/>
              <w:bottom w:w="85" w:type="dxa"/>
              <w:start w:w="110" w:type="dxa"/>
              <w:end w:w="110" w:type="dxa"/>
            </w:tcMar>
          </w:tcPr>
          <w:p>
            <w:pPr>
              <w:spacing w:after="0"/>
            </w:pPr>
            <w:r>
              <w:rPr>
                <w:sz w:val="17"/>
              </w:rPr>
            </w:r>
          </w:p>
        </w:tc>
      </w:tr>
      <w:tr>
        <w:trPr>
          <w:cantSplit/>
        </w:trPr>
        <w:tc>
          <w:tcPr>
            <w:tcW w:type="dxa" w:w="2350"/>
            <w:vAlign w:val="center"/>
            <w:tcMar>
              <w:top w:w="85" w:type="dxa"/>
              <w:bottom w:w="85" w:type="dxa"/>
              <w:start w:w="110" w:type="dxa"/>
              <w:end w:w="110" w:type="dxa"/>
            </w:tcMar>
          </w:tcPr>
          <w:p>
            <w:pPr>
              <w:spacing w:after="0"/>
            </w:pPr>
            <w:r>
              <w:rPr>
                <w:sz w:val="17"/>
              </w:rPr>
            </w:r>
          </w:p>
        </w:tc>
        <w:tc>
          <w:tcPr>
            <w:tcW w:type="dxa" w:w="1500"/>
            <w:vAlign w:val="center"/>
            <w:tcMar>
              <w:top w:w="85" w:type="dxa"/>
              <w:bottom w:w="85" w:type="dxa"/>
              <w:start w:w="110" w:type="dxa"/>
              <w:end w:w="110" w:type="dxa"/>
            </w:tcMar>
          </w:tcPr>
          <w:p>
            <w:pPr>
              <w:spacing w:after="0"/>
            </w:pPr>
            <w:r>
              <w:rPr>
                <w:sz w:val="17"/>
              </w:rPr>
            </w:r>
          </w:p>
        </w:tc>
        <w:tc>
          <w:tcPr>
            <w:tcW w:type="dxa" w:w="1600"/>
            <w:vAlign w:val="center"/>
            <w:tcMar>
              <w:top w:w="85" w:type="dxa"/>
              <w:bottom w:w="85" w:type="dxa"/>
              <w:start w:w="110" w:type="dxa"/>
              <w:end w:w="110" w:type="dxa"/>
            </w:tcMar>
          </w:tcPr>
          <w:p>
            <w:pPr>
              <w:spacing w:after="0"/>
            </w:pPr>
            <w:r>
              <w:rPr>
                <w:sz w:val="17"/>
              </w:rPr>
            </w:r>
          </w:p>
        </w:tc>
        <w:tc>
          <w:tcPr>
            <w:tcW w:type="dxa" w:w="2600"/>
            <w:vAlign w:val="center"/>
            <w:tcMar>
              <w:top w:w="85" w:type="dxa"/>
              <w:bottom w:w="85" w:type="dxa"/>
              <w:start w:w="110" w:type="dxa"/>
              <w:end w:w="110" w:type="dxa"/>
            </w:tcMar>
          </w:tcPr>
          <w:p>
            <w:pPr>
              <w:spacing w:after="0"/>
            </w:pPr>
            <w:r>
              <w:rPr>
                <w:sz w:val="17"/>
              </w:rPr>
            </w:r>
          </w:p>
        </w:tc>
        <w:tc>
          <w:tcPr>
            <w:tcW w:type="dxa" w:w="1650"/>
            <w:vAlign w:val="center"/>
            <w:tcMar>
              <w:top w:w="85" w:type="dxa"/>
              <w:bottom w:w="85" w:type="dxa"/>
              <w:start w:w="110" w:type="dxa"/>
              <w:end w:w="110" w:type="dxa"/>
            </w:tcMar>
          </w:tcPr>
          <w:p>
            <w:pPr>
              <w:spacing w:after="0"/>
            </w:pPr>
            <w:r>
              <w:rPr>
                <w:sz w:val="17"/>
              </w:rPr>
            </w:r>
          </w:p>
        </w:tc>
      </w:tr>
      <w:tr>
        <w:trPr>
          <w:cantSplit/>
        </w:trPr>
        <w:tc>
          <w:tcPr>
            <w:tcW w:type="dxa" w:w="2350"/>
            <w:vAlign w:val="center"/>
            <w:tcMar>
              <w:top w:w="85" w:type="dxa"/>
              <w:bottom w:w="85" w:type="dxa"/>
              <w:start w:w="110" w:type="dxa"/>
              <w:end w:w="110" w:type="dxa"/>
            </w:tcMar>
          </w:tcPr>
          <w:p>
            <w:pPr>
              <w:spacing w:after="0"/>
            </w:pPr>
            <w:r>
              <w:rPr>
                <w:sz w:val="17"/>
              </w:rPr>
            </w:r>
          </w:p>
        </w:tc>
        <w:tc>
          <w:tcPr>
            <w:tcW w:type="dxa" w:w="1500"/>
            <w:vAlign w:val="center"/>
            <w:tcMar>
              <w:top w:w="85" w:type="dxa"/>
              <w:bottom w:w="85" w:type="dxa"/>
              <w:start w:w="110" w:type="dxa"/>
              <w:end w:w="110" w:type="dxa"/>
            </w:tcMar>
          </w:tcPr>
          <w:p>
            <w:pPr>
              <w:spacing w:after="0"/>
            </w:pPr>
            <w:r>
              <w:rPr>
                <w:sz w:val="17"/>
              </w:rPr>
            </w:r>
          </w:p>
        </w:tc>
        <w:tc>
          <w:tcPr>
            <w:tcW w:type="dxa" w:w="1600"/>
            <w:vAlign w:val="center"/>
            <w:tcMar>
              <w:top w:w="85" w:type="dxa"/>
              <w:bottom w:w="85" w:type="dxa"/>
              <w:start w:w="110" w:type="dxa"/>
              <w:end w:w="110" w:type="dxa"/>
            </w:tcMar>
          </w:tcPr>
          <w:p>
            <w:pPr>
              <w:spacing w:after="0"/>
            </w:pPr>
            <w:r>
              <w:rPr>
                <w:sz w:val="17"/>
              </w:rPr>
            </w:r>
          </w:p>
        </w:tc>
        <w:tc>
          <w:tcPr>
            <w:tcW w:type="dxa" w:w="2600"/>
            <w:vAlign w:val="center"/>
            <w:tcMar>
              <w:top w:w="85" w:type="dxa"/>
              <w:bottom w:w="85" w:type="dxa"/>
              <w:start w:w="110" w:type="dxa"/>
              <w:end w:w="110" w:type="dxa"/>
            </w:tcMar>
          </w:tcPr>
          <w:p>
            <w:pPr>
              <w:spacing w:after="0"/>
            </w:pPr>
            <w:r>
              <w:rPr>
                <w:sz w:val="17"/>
              </w:rPr>
            </w:r>
          </w:p>
        </w:tc>
        <w:tc>
          <w:tcPr>
            <w:tcW w:type="dxa" w:w="1650"/>
            <w:vAlign w:val="center"/>
            <w:tcMar>
              <w:top w:w="85" w:type="dxa"/>
              <w:bottom w:w="85" w:type="dxa"/>
              <w:start w:w="110" w:type="dxa"/>
              <w:end w:w="110" w:type="dxa"/>
            </w:tcMar>
          </w:tcPr>
          <w:p>
            <w:pPr>
              <w:spacing w:after="0"/>
            </w:pPr>
            <w:r>
              <w:rPr>
                <w:sz w:val="17"/>
              </w:rPr>
            </w:r>
          </w:p>
        </w:tc>
      </w:tr>
      <w:tr>
        <w:trPr>
          <w:cantSplit/>
        </w:trPr>
        <w:tc>
          <w:tcPr>
            <w:tcW w:type="dxa" w:w="2350"/>
            <w:vAlign w:val="center"/>
            <w:tcMar>
              <w:top w:w="85" w:type="dxa"/>
              <w:bottom w:w="85" w:type="dxa"/>
              <w:start w:w="110" w:type="dxa"/>
              <w:end w:w="110" w:type="dxa"/>
            </w:tcMar>
          </w:tcPr>
          <w:p>
            <w:pPr>
              <w:spacing w:after="0"/>
            </w:pPr>
            <w:r>
              <w:rPr>
                <w:sz w:val="17"/>
              </w:rPr>
            </w:r>
          </w:p>
        </w:tc>
        <w:tc>
          <w:tcPr>
            <w:tcW w:type="dxa" w:w="1500"/>
            <w:vAlign w:val="center"/>
            <w:tcMar>
              <w:top w:w="85" w:type="dxa"/>
              <w:bottom w:w="85" w:type="dxa"/>
              <w:start w:w="110" w:type="dxa"/>
              <w:end w:w="110" w:type="dxa"/>
            </w:tcMar>
          </w:tcPr>
          <w:p>
            <w:pPr>
              <w:spacing w:after="0"/>
            </w:pPr>
            <w:r>
              <w:rPr>
                <w:sz w:val="17"/>
              </w:rPr>
            </w:r>
          </w:p>
        </w:tc>
        <w:tc>
          <w:tcPr>
            <w:tcW w:type="dxa" w:w="1600"/>
            <w:vAlign w:val="center"/>
            <w:tcMar>
              <w:top w:w="85" w:type="dxa"/>
              <w:bottom w:w="85" w:type="dxa"/>
              <w:start w:w="110" w:type="dxa"/>
              <w:end w:w="110" w:type="dxa"/>
            </w:tcMar>
          </w:tcPr>
          <w:p>
            <w:pPr>
              <w:spacing w:after="0"/>
            </w:pPr>
            <w:r>
              <w:rPr>
                <w:sz w:val="17"/>
              </w:rPr>
            </w:r>
          </w:p>
        </w:tc>
        <w:tc>
          <w:tcPr>
            <w:tcW w:type="dxa" w:w="2600"/>
            <w:vAlign w:val="center"/>
            <w:tcMar>
              <w:top w:w="85" w:type="dxa"/>
              <w:bottom w:w="85" w:type="dxa"/>
              <w:start w:w="110" w:type="dxa"/>
              <w:end w:w="110" w:type="dxa"/>
            </w:tcMar>
          </w:tcPr>
          <w:p>
            <w:pPr>
              <w:spacing w:after="0"/>
            </w:pPr>
            <w:r>
              <w:rPr>
                <w:sz w:val="17"/>
              </w:rPr>
            </w:r>
          </w:p>
        </w:tc>
        <w:tc>
          <w:tcPr>
            <w:tcW w:type="dxa" w:w="1650"/>
            <w:vAlign w:val="center"/>
            <w:tcMar>
              <w:top w:w="85" w:type="dxa"/>
              <w:bottom w:w="85" w:type="dxa"/>
              <w:start w:w="110" w:type="dxa"/>
              <w:end w:w="110" w:type="dxa"/>
            </w:tcMar>
          </w:tcPr>
          <w:p>
            <w:pPr>
              <w:spacing w:after="0"/>
            </w:pPr>
            <w:r>
              <w:rPr>
                <w:sz w:val="17"/>
              </w:rPr>
            </w:r>
          </w:p>
        </w:tc>
      </w:tr>
      <w:tr>
        <w:trPr>
          <w:cantSplit/>
        </w:trPr>
        <w:tc>
          <w:tcPr>
            <w:tcW w:type="dxa" w:w="2350"/>
            <w:vAlign w:val="center"/>
            <w:tcMar>
              <w:top w:w="85" w:type="dxa"/>
              <w:bottom w:w="85" w:type="dxa"/>
              <w:start w:w="110" w:type="dxa"/>
              <w:end w:w="110" w:type="dxa"/>
            </w:tcMar>
          </w:tcPr>
          <w:p>
            <w:pPr>
              <w:spacing w:after="0"/>
            </w:pPr>
            <w:r>
              <w:rPr>
                <w:sz w:val="17"/>
              </w:rPr>
            </w:r>
          </w:p>
        </w:tc>
        <w:tc>
          <w:tcPr>
            <w:tcW w:type="dxa" w:w="1500"/>
            <w:vAlign w:val="center"/>
            <w:tcMar>
              <w:top w:w="85" w:type="dxa"/>
              <w:bottom w:w="85" w:type="dxa"/>
              <w:start w:w="110" w:type="dxa"/>
              <w:end w:w="110" w:type="dxa"/>
            </w:tcMar>
          </w:tcPr>
          <w:p>
            <w:pPr>
              <w:spacing w:after="0"/>
            </w:pPr>
            <w:r>
              <w:rPr>
                <w:sz w:val="17"/>
              </w:rPr>
            </w:r>
          </w:p>
        </w:tc>
        <w:tc>
          <w:tcPr>
            <w:tcW w:type="dxa" w:w="1600"/>
            <w:vAlign w:val="center"/>
            <w:tcMar>
              <w:top w:w="85" w:type="dxa"/>
              <w:bottom w:w="85" w:type="dxa"/>
              <w:start w:w="110" w:type="dxa"/>
              <w:end w:w="110" w:type="dxa"/>
            </w:tcMar>
          </w:tcPr>
          <w:p>
            <w:pPr>
              <w:spacing w:after="0"/>
            </w:pPr>
            <w:r>
              <w:rPr>
                <w:sz w:val="17"/>
              </w:rPr>
            </w:r>
          </w:p>
        </w:tc>
        <w:tc>
          <w:tcPr>
            <w:tcW w:type="dxa" w:w="2600"/>
            <w:vAlign w:val="center"/>
            <w:tcMar>
              <w:top w:w="85" w:type="dxa"/>
              <w:bottom w:w="85" w:type="dxa"/>
              <w:start w:w="110" w:type="dxa"/>
              <w:end w:w="110" w:type="dxa"/>
            </w:tcMar>
          </w:tcPr>
          <w:p>
            <w:pPr>
              <w:spacing w:after="0"/>
            </w:pPr>
            <w:r>
              <w:rPr>
                <w:sz w:val="17"/>
              </w:rPr>
            </w:r>
          </w:p>
        </w:tc>
        <w:tc>
          <w:tcPr>
            <w:tcW w:type="dxa" w:w="1650"/>
            <w:vAlign w:val="center"/>
            <w:tcMar>
              <w:top w:w="85" w:type="dxa"/>
              <w:bottom w:w="85" w:type="dxa"/>
              <w:start w:w="110" w:type="dxa"/>
              <w:end w:w="110" w:type="dxa"/>
            </w:tcMar>
          </w:tcPr>
          <w:p>
            <w:pPr>
              <w:spacing w:after="0"/>
            </w:pPr>
            <w:r>
              <w:rPr>
                <w:sz w:val="17"/>
              </w:rPr>
            </w:r>
          </w:p>
        </w:tc>
      </w:tr>
    </w:tbl>
    <w:p>
      <w:pPr>
        <w:spacing w:after="0"/>
      </w:pPr>
    </w:p>
    <w:p>
      <w:pPr>
        <w:spacing w:before="60" w:after="120"/>
        <w:ind w:left="216" w:right="216"/>
        <w:shd w:fill="E8F0F4"/>
        <w:pBdr>
          <w:left w:val="single" w:sz="18" w:space="7" w:color="2E5E78"/>
        </w:pBdr>
      </w:pPr>
      <w:r>
        <w:rPr>
          <w:b/>
        </w:rPr>
        <w:t>Een aangepaste planning vervangt de oude raming niet. Beide blijven zichtbaar, zodat de klas achteraf kan leren van het verschil.</w:t>
      </w:r>
    </w:p>
    <w:p>
      <w:r>
        <w:br w:type="page"/>
      </w:r>
    </w:p>
    <w:p>
      <w:pPr>
        <w:pStyle w:val="Heading1"/>
      </w:pPr>
      <w:r>
        <w:t>12. Bewijsstuk 7 – Individuele reflectie</w:t>
      </w:r>
    </w:p>
    <w:p>
      <w:r>
        <w:t>Dit onderdeel wordt door iedere leerling afzonderlijk ingevuld.</w:t>
      </w:r>
    </w:p>
    <w:tbl>
      <w:tblPr>
        <w:tblStyle w:val="TableGrid"/>
        <w:tblW w:type="dxa" w:w="9700"/>
        <w:jc w:val="left"/>
        <w:tblLayout w:type="fixed"/>
        <w:tblLook w:firstColumn="1" w:firstRow="1" w:lastColumn="0" w:lastRow="0" w:noHBand="0" w:noVBand="1" w:val="04A0"/>
        <w:tblInd w:w="120" w:type="dxa"/>
      </w:tblPr>
      <w:tblGrid>
        <w:gridCol w:w="2700"/>
        <w:gridCol w:w="2700"/>
        <w:gridCol w:w="4300"/>
      </w:tblGrid>
      <w:tr>
        <w:trPr>
          <w:tblHeader w:val="true"/>
          <w:cantSplit/>
        </w:trPr>
        <w:tc>
          <w:tcPr>
            <w:tcW w:type="dxa" w:w="2700"/>
            <w:shd w:fill="2E5E78"/>
            <w:vAlign w:val="center"/>
            <w:tcMar>
              <w:top w:w="85" w:type="dxa"/>
              <w:bottom w:w="85" w:type="dxa"/>
              <w:start w:w="110" w:type="dxa"/>
              <w:end w:w="110" w:type="dxa"/>
            </w:tcMar>
          </w:tcPr>
          <w:p>
            <w:r>
              <w:rPr>
                <w:b/>
                <w:color w:val="FFFFFF"/>
                <w:sz w:val="17"/>
              </w:rPr>
              <w:t>Naam</w:t>
            </w:r>
          </w:p>
        </w:tc>
        <w:tc>
          <w:tcPr>
            <w:tcW w:type="dxa" w:w="2700"/>
            <w:shd w:fill="2E5E78"/>
            <w:vAlign w:val="center"/>
            <w:tcMar>
              <w:top w:w="85" w:type="dxa"/>
              <w:bottom w:w="85" w:type="dxa"/>
              <w:start w:w="110" w:type="dxa"/>
              <w:end w:w="110" w:type="dxa"/>
            </w:tcMar>
          </w:tcPr>
          <w:p>
            <w:r>
              <w:rPr>
                <w:b/>
                <w:color w:val="FFFFFF"/>
                <w:sz w:val="17"/>
              </w:rPr>
              <w:t>Hoofdrol</w:t>
            </w:r>
          </w:p>
        </w:tc>
        <w:tc>
          <w:tcPr>
            <w:tcW w:type="dxa" w:w="4300"/>
            <w:shd w:fill="2E5E78"/>
            <w:vAlign w:val="center"/>
            <w:tcMar>
              <w:top w:w="85" w:type="dxa"/>
              <w:bottom w:w="85" w:type="dxa"/>
              <w:start w:w="110" w:type="dxa"/>
              <w:end w:w="110" w:type="dxa"/>
            </w:tcMar>
          </w:tcPr>
          <w:p>
            <w:r>
              <w:rPr>
                <w:b/>
                <w:color w:val="FFFFFF"/>
                <w:sz w:val="17"/>
              </w:rPr>
              <w:t>Belangrijkste taken</w:t>
            </w:r>
          </w:p>
        </w:tc>
      </w:tr>
      <w:tr>
        <w:trPr>
          <w:cantSplit/>
        </w:trPr>
        <w:tc>
          <w:tcPr>
            <w:tcW w:type="dxa" w:w="2700"/>
            <w:vAlign w:val="center"/>
            <w:tcMar>
              <w:top w:w="85" w:type="dxa"/>
              <w:bottom w:w="85" w:type="dxa"/>
              <w:start w:w="110" w:type="dxa"/>
              <w:end w:w="110" w:type="dxa"/>
            </w:tcMar>
          </w:tcPr>
          <w:p>
            <w:pPr>
              <w:spacing w:after="0"/>
            </w:pPr>
            <w:r>
              <w:rPr>
                <w:sz w:val="17"/>
              </w:rPr>
            </w:r>
          </w:p>
        </w:tc>
        <w:tc>
          <w:tcPr>
            <w:tcW w:type="dxa" w:w="2700"/>
            <w:vAlign w:val="center"/>
            <w:tcMar>
              <w:top w:w="85" w:type="dxa"/>
              <w:bottom w:w="85" w:type="dxa"/>
              <w:start w:w="110" w:type="dxa"/>
              <w:end w:w="110" w:type="dxa"/>
            </w:tcMar>
          </w:tcPr>
          <w:p>
            <w:pPr>
              <w:spacing w:after="0"/>
            </w:pPr>
            <w:r>
              <w:rPr>
                <w:sz w:val="17"/>
              </w:rPr>
            </w:r>
          </w:p>
        </w:tc>
        <w:tc>
          <w:tcPr>
            <w:tcW w:type="dxa" w:w="4300"/>
            <w:vAlign w:val="center"/>
            <w:tcMar>
              <w:top w:w="85" w:type="dxa"/>
              <w:bottom w:w="85" w:type="dxa"/>
              <w:start w:w="110" w:type="dxa"/>
              <w:end w:w="110" w:type="dxa"/>
            </w:tcMar>
          </w:tcPr>
          <w:p>
            <w:pPr>
              <w:spacing w:after="0"/>
            </w:pPr>
            <w:r>
              <w:rPr>
                <w:sz w:val="17"/>
              </w:rPr>
            </w:r>
          </w:p>
        </w:tc>
      </w:tr>
    </w:tbl>
    <w:p>
      <w:pPr>
        <w:spacing w:after="0"/>
      </w:pPr>
    </w:p>
    <w:tbl>
      <w:tblPr>
        <w:tblStyle w:val="TableGrid"/>
        <w:tblW w:type="dxa" w:w="9700"/>
        <w:jc w:val="left"/>
        <w:tblLayout w:type="fixed"/>
        <w:tblLook w:firstColumn="1" w:firstRow="1" w:lastColumn="0" w:lastRow="0" w:noHBand="0" w:noVBand="1" w:val="04A0"/>
        <w:tblInd w:w="120" w:type="dxa"/>
      </w:tblPr>
      <w:tblGrid>
        <w:gridCol w:w="5600"/>
        <w:gridCol w:w="4100"/>
      </w:tblGrid>
      <w:tr>
        <w:trPr>
          <w:tblHeader w:val="true"/>
          <w:cantSplit/>
        </w:trPr>
        <w:tc>
          <w:tcPr>
            <w:tcW w:type="dxa" w:w="5600"/>
            <w:shd w:fill="2E5E78"/>
            <w:vAlign w:val="center"/>
            <w:tcMar>
              <w:top w:w="85" w:type="dxa"/>
              <w:bottom w:w="85" w:type="dxa"/>
              <w:start w:w="110" w:type="dxa"/>
              <w:end w:w="110" w:type="dxa"/>
            </w:tcMar>
          </w:tcPr>
          <w:p>
            <w:r>
              <w:rPr>
                <w:b/>
                <w:color w:val="FFFFFF"/>
                <w:sz w:val="17"/>
              </w:rPr>
              <w:t>Planning</w:t>
            </w:r>
          </w:p>
        </w:tc>
        <w:tc>
          <w:tcPr>
            <w:tcW w:type="dxa" w:w="4100"/>
            <w:shd w:fill="2E5E78"/>
            <w:vAlign w:val="center"/>
            <w:tcMar>
              <w:top w:w="85" w:type="dxa"/>
              <w:bottom w:w="85" w:type="dxa"/>
              <w:start w:w="110" w:type="dxa"/>
              <w:end w:w="110" w:type="dxa"/>
            </w:tcMar>
          </w:tcPr>
          <w:p>
            <w:r>
              <w:rPr>
                <w:b/>
                <w:color w:val="FFFFFF"/>
                <w:sz w:val="17"/>
              </w:rPr>
              <w:t>Aantal</w:t>
            </w:r>
          </w:p>
        </w:tc>
      </w:tr>
      <w:tr>
        <w:trPr>
          <w:cantSplit/>
        </w:trPr>
        <w:tc>
          <w:tcPr>
            <w:tcW w:type="dxa" w:w="5600"/>
            <w:vAlign w:val="center"/>
            <w:tcMar>
              <w:top w:w="85" w:type="dxa"/>
              <w:bottom w:w="85" w:type="dxa"/>
              <w:start w:w="110" w:type="dxa"/>
              <w:end w:w="110" w:type="dxa"/>
            </w:tcMar>
          </w:tcPr>
          <w:p>
            <w:pPr>
              <w:spacing w:after="0"/>
            </w:pPr>
            <w:r>
              <w:rPr>
                <w:sz w:val="17"/>
              </w:rPr>
              <w:t>Geplande projectcredits</w:t>
            </w:r>
          </w:p>
        </w:tc>
        <w:tc>
          <w:tcPr>
            <w:tcW w:type="dxa" w:w="4100"/>
            <w:vAlign w:val="center"/>
            <w:tcMar>
              <w:top w:w="85" w:type="dxa"/>
              <w:bottom w:w="85" w:type="dxa"/>
              <w:start w:w="110" w:type="dxa"/>
              <w:end w:w="110" w:type="dxa"/>
            </w:tcMar>
          </w:tcPr>
          <w:p>
            <w:pPr>
              <w:spacing w:after="0"/>
            </w:pPr>
            <w:r>
              <w:rPr>
                <w:sz w:val="17"/>
              </w:rPr>
            </w:r>
          </w:p>
        </w:tc>
      </w:tr>
      <w:tr>
        <w:trPr>
          <w:cantSplit/>
        </w:trPr>
        <w:tc>
          <w:tcPr>
            <w:tcW w:type="dxa" w:w="5600"/>
            <w:vAlign w:val="center"/>
            <w:tcMar>
              <w:top w:w="85" w:type="dxa"/>
              <w:bottom w:w="85" w:type="dxa"/>
              <w:start w:w="110" w:type="dxa"/>
              <w:end w:w="110" w:type="dxa"/>
            </w:tcMar>
          </w:tcPr>
          <w:p>
            <w:pPr>
              <w:spacing w:after="0"/>
            </w:pPr>
            <w:r>
              <w:rPr>
                <w:sz w:val="17"/>
              </w:rPr>
              <w:t>Werkelijk bestede uren</w:t>
            </w:r>
          </w:p>
        </w:tc>
        <w:tc>
          <w:tcPr>
            <w:tcW w:type="dxa" w:w="4100"/>
            <w:vAlign w:val="center"/>
            <w:tcMar>
              <w:top w:w="85" w:type="dxa"/>
              <w:bottom w:w="85" w:type="dxa"/>
              <w:start w:w="110" w:type="dxa"/>
              <w:end w:w="110" w:type="dxa"/>
            </w:tcMar>
          </w:tcPr>
          <w:p>
            <w:pPr>
              <w:spacing w:after="0"/>
            </w:pPr>
            <w:r>
              <w:rPr>
                <w:sz w:val="17"/>
              </w:rPr>
            </w:r>
          </w:p>
        </w:tc>
      </w:tr>
      <w:tr>
        <w:trPr>
          <w:cantSplit/>
        </w:trPr>
        <w:tc>
          <w:tcPr>
            <w:tcW w:type="dxa" w:w="5600"/>
            <w:vAlign w:val="center"/>
            <w:tcMar>
              <w:top w:w="85" w:type="dxa"/>
              <w:bottom w:w="85" w:type="dxa"/>
              <w:start w:w="110" w:type="dxa"/>
              <w:end w:w="110" w:type="dxa"/>
            </w:tcMar>
          </w:tcPr>
          <w:p>
            <w:pPr>
              <w:spacing w:after="0"/>
            </w:pPr>
            <w:r>
              <w:rPr>
                <w:sz w:val="17"/>
              </w:rPr>
              <w:t>Verschil</w:t>
            </w:r>
          </w:p>
        </w:tc>
        <w:tc>
          <w:tcPr>
            <w:tcW w:type="dxa" w:w="4100"/>
            <w:vAlign w:val="center"/>
            <w:tcMar>
              <w:top w:w="85" w:type="dxa"/>
              <w:bottom w:w="85" w:type="dxa"/>
              <w:start w:w="110" w:type="dxa"/>
              <w:end w:w="110" w:type="dxa"/>
            </w:tcMar>
          </w:tcPr>
          <w:p>
            <w:pPr>
              <w:spacing w:after="0"/>
            </w:pPr>
            <w:r>
              <w:rPr>
                <w:sz w:val="17"/>
              </w:rPr>
            </w:r>
          </w:p>
        </w:tc>
      </w:tr>
    </w:tbl>
    <w:p>
      <w:pPr>
        <w:spacing w:after="0"/>
      </w:pPr>
    </w:p>
    <w:p>
      <w:pPr>
        <w:pStyle w:val="Heading3"/>
      </w:pPr>
      <w:r>
        <w:t>Wat was mijn belangrijkste bijdrage aan de publicatie?</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3"/>
      </w:pPr>
      <w:r>
        <w:t>Wat ging goed en waardoor?</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3"/>
      </w:pPr>
      <w:r>
        <w:t>Waar liep ik vast en hoe heb ik dat opgelost?</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3"/>
      </w:pPr>
      <w:r>
        <w:t>Welke feedback heb ik gebruikt?</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3"/>
      </w:pPr>
      <w:r>
        <w:t>Wat heb ik geleerd over schrijven, samenwerken of publiceren?</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3"/>
      </w:pPr>
      <w:r>
        <w:t>Welke rol zou ik een volgende keer kiezen en waarom?</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r>
        <w:br w:type="page"/>
      </w:r>
    </w:p>
    <w:p>
      <w:pPr>
        <w:pStyle w:val="Heading1"/>
      </w:pPr>
      <w:r>
        <w:t>13. Publicatiecontrole en oplevering</w:t>
      </w:r>
    </w:p>
    <w:tbl>
      <w:tblPr>
        <w:tblStyle w:val="TableGrid"/>
        <w:tblW w:type="dxa" w:w="9700"/>
        <w:jc w:val="left"/>
        <w:tblLayout w:type="fixed"/>
        <w:tblLook w:firstColumn="1" w:firstRow="1" w:lastColumn="0" w:lastRow="0" w:noHBand="0" w:noVBand="1" w:val="04A0"/>
        <w:tblInd w:w="120" w:type="dxa"/>
      </w:tblPr>
      <w:tblGrid>
        <w:gridCol w:w="6500"/>
        <w:gridCol w:w="1100"/>
        <w:gridCol w:w="2100"/>
      </w:tblGrid>
      <w:tr>
        <w:trPr>
          <w:tblHeader w:val="true"/>
          <w:cantSplit/>
        </w:trPr>
        <w:tc>
          <w:tcPr>
            <w:tcW w:type="dxa" w:w="6500"/>
            <w:shd w:fill="2E5E78"/>
            <w:vAlign w:val="center"/>
            <w:tcMar>
              <w:top w:w="85" w:type="dxa"/>
              <w:bottom w:w="85" w:type="dxa"/>
              <w:start w:w="110" w:type="dxa"/>
              <w:end w:w="110" w:type="dxa"/>
            </w:tcMar>
          </w:tcPr>
          <w:p>
            <w:r>
              <w:rPr>
                <w:b/>
                <w:color w:val="FFFFFF"/>
                <w:sz w:val="17"/>
              </w:rPr>
              <w:t>Controle vóór publicatie</w:t>
            </w:r>
          </w:p>
        </w:tc>
        <w:tc>
          <w:tcPr>
            <w:tcW w:type="dxa" w:w="1100"/>
            <w:shd w:fill="2E5E78"/>
            <w:vAlign w:val="center"/>
            <w:tcMar>
              <w:top w:w="85" w:type="dxa"/>
              <w:bottom w:w="85" w:type="dxa"/>
              <w:start w:w="110" w:type="dxa"/>
              <w:end w:w="110" w:type="dxa"/>
            </w:tcMar>
          </w:tcPr>
          <w:p>
            <w:r>
              <w:rPr>
                <w:b/>
                <w:color w:val="FFFFFF"/>
                <w:sz w:val="17"/>
              </w:rPr>
              <w:t>Gereed</w:t>
            </w:r>
          </w:p>
        </w:tc>
        <w:tc>
          <w:tcPr>
            <w:tcW w:type="dxa" w:w="2100"/>
            <w:shd w:fill="2E5E78"/>
            <w:vAlign w:val="center"/>
            <w:tcMar>
              <w:top w:w="85" w:type="dxa"/>
              <w:bottom w:w="85" w:type="dxa"/>
              <w:start w:w="110" w:type="dxa"/>
              <w:end w:w="110" w:type="dxa"/>
            </w:tcMar>
          </w:tcPr>
          <w:p>
            <w:r>
              <w:rPr>
                <w:b/>
                <w:color w:val="FFFFFF"/>
                <w:sz w:val="17"/>
              </w:rPr>
              <w:t>Wie controleerde?</w:t>
            </w:r>
          </w:p>
        </w:tc>
      </w:tr>
      <w:tr>
        <w:trPr>
          <w:cantSplit/>
        </w:trPr>
        <w:tc>
          <w:tcPr>
            <w:tcW w:type="dxa" w:w="6500"/>
            <w:vAlign w:val="center"/>
            <w:tcMar>
              <w:top w:w="85" w:type="dxa"/>
              <w:bottom w:w="85" w:type="dxa"/>
              <w:start w:w="110" w:type="dxa"/>
              <w:end w:w="110" w:type="dxa"/>
            </w:tcMar>
          </w:tcPr>
          <w:p>
            <w:pPr>
              <w:spacing w:after="0"/>
            </w:pPr>
            <w:r>
              <w:rPr>
                <w:sz w:val="17"/>
              </w:rPr>
              <w:t>De publicatie beantwoordt de centrale vraag.</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De inhoud past bij het bedoelde publiek.</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Alle onderdelen, beelden en bijschriften zijn aanwezig.</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Feiten, namen, cijfers en taalvoorbeelden zijn gecontroleerd.</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Taal en vormgeving zijn gecontroleerd.</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Bronnen, citaten en beeldherkomst zijn vermeld.</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Rechten, privacy, toestemming en schoolbeleid zijn gecontroleerd.</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Bestandsnaam, datum en versienummer zijn correct.</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r>
        <w:trPr>
          <w:cantSplit/>
        </w:trPr>
        <w:tc>
          <w:tcPr>
            <w:tcW w:type="dxa" w:w="6500"/>
            <w:vAlign w:val="center"/>
            <w:tcMar>
              <w:top w:w="85" w:type="dxa"/>
              <w:bottom w:w="85" w:type="dxa"/>
              <w:start w:w="110" w:type="dxa"/>
              <w:end w:w="110" w:type="dxa"/>
            </w:tcMar>
          </w:tcPr>
          <w:p>
            <w:pPr>
              <w:spacing w:after="0"/>
            </w:pPr>
            <w:r>
              <w:rPr>
                <w:sz w:val="17"/>
              </w:rPr>
              <w:t>Docent en projectgroep hebben verspreiding goedgekeurd.</w:t>
            </w:r>
          </w:p>
        </w:tc>
        <w:tc>
          <w:tcPr>
            <w:tcW w:type="dxa" w:w="1100"/>
            <w:vAlign w:val="center"/>
            <w:tcMar>
              <w:top w:w="85" w:type="dxa"/>
              <w:bottom w:w="85" w:type="dxa"/>
              <w:start w:w="110" w:type="dxa"/>
              <w:end w:w="110" w:type="dxa"/>
            </w:tcMar>
          </w:tcPr>
          <w:p>
            <w:pPr>
              <w:spacing w:after="0"/>
            </w:pPr>
            <w:r>
              <w:rPr>
                <w:sz w:val="17"/>
              </w:rPr>
              <w:t>☐</w:t>
            </w:r>
          </w:p>
        </w:tc>
        <w:tc>
          <w:tcPr>
            <w:tcW w:type="dxa" w:w="2100"/>
            <w:vAlign w:val="center"/>
            <w:tcMar>
              <w:top w:w="85" w:type="dxa"/>
              <w:bottom w:w="85" w:type="dxa"/>
              <w:start w:w="110" w:type="dxa"/>
              <w:end w:w="110" w:type="dxa"/>
            </w:tcMar>
          </w:tcPr>
          <w:p>
            <w:pPr>
              <w:spacing w:after="0"/>
            </w:pPr>
            <w:r>
              <w:rPr>
                <w:sz w:val="17"/>
              </w:rPr>
            </w:r>
          </w:p>
        </w:tc>
      </w:tr>
    </w:tbl>
    <w:p>
      <w:pPr>
        <w:spacing w:after="0"/>
      </w:pPr>
    </w:p>
    <w:p>
      <w:pPr>
        <w:pStyle w:val="Heading2"/>
      </w:pPr>
      <w:r>
        <w:t>Oplevering</w:t>
      </w:r>
    </w:p>
    <w:tbl>
      <w:tblPr>
        <w:tblStyle w:val="TableGrid"/>
        <w:tblW w:type="dxa" w:w="9700"/>
        <w:jc w:val="left"/>
        <w:tblLayout w:type="fixed"/>
        <w:tblLook w:firstColumn="1" w:firstRow="1" w:lastColumn="0" w:lastRow="0" w:noHBand="0" w:noVBand="1" w:val="04A0"/>
        <w:tblInd w:w="120" w:type="dxa"/>
      </w:tblPr>
      <w:tblGrid>
        <w:gridCol w:w="3200"/>
        <w:gridCol w:w="6500"/>
      </w:tblGrid>
      <w:tr>
        <w:trPr>
          <w:tblHeader w:val="true"/>
          <w:cantSplit/>
        </w:trPr>
        <w:tc>
          <w:tcPr>
            <w:tcW w:type="dxa" w:w="3200"/>
            <w:shd w:fill="2E5E78"/>
            <w:vAlign w:val="center"/>
            <w:tcMar>
              <w:top w:w="85" w:type="dxa"/>
              <w:bottom w:w="85" w:type="dxa"/>
              <w:start w:w="110" w:type="dxa"/>
              <w:end w:w="110" w:type="dxa"/>
            </w:tcMar>
          </w:tcPr>
          <w:p>
            <w:r>
              <w:rPr>
                <w:b/>
                <w:color w:val="FFFFFF"/>
                <w:sz w:val="17"/>
              </w:rPr>
              <w:t>Gegeven</w:t>
            </w:r>
          </w:p>
        </w:tc>
        <w:tc>
          <w:tcPr>
            <w:tcW w:type="dxa" w:w="6500"/>
            <w:shd w:fill="2E5E78"/>
            <w:vAlign w:val="center"/>
            <w:tcMar>
              <w:top w:w="85" w:type="dxa"/>
              <w:bottom w:w="85" w:type="dxa"/>
              <w:start w:w="110" w:type="dxa"/>
              <w:end w:w="110" w:type="dxa"/>
            </w:tcMar>
          </w:tcPr>
          <w:p>
            <w:r>
              <w:rPr>
                <w:b/>
                <w:color w:val="FFFFFF"/>
                <w:sz w:val="17"/>
              </w:rPr>
              <w:t>Invullen</w:t>
            </w:r>
          </w:p>
        </w:tc>
      </w:tr>
      <w:tr>
        <w:trPr>
          <w:cantSplit/>
        </w:trPr>
        <w:tc>
          <w:tcPr>
            <w:tcW w:type="dxa" w:w="3200"/>
            <w:vAlign w:val="center"/>
            <w:tcMar>
              <w:top w:w="85" w:type="dxa"/>
              <w:bottom w:w="85" w:type="dxa"/>
              <w:start w:w="110" w:type="dxa"/>
              <w:end w:w="110" w:type="dxa"/>
            </w:tcMar>
          </w:tcPr>
          <w:p>
            <w:pPr>
              <w:spacing w:after="0"/>
            </w:pPr>
            <w:r>
              <w:rPr>
                <w:sz w:val="17"/>
              </w:rPr>
              <w:t>Titel definitieve publicatie</w:t>
            </w:r>
          </w:p>
        </w:tc>
        <w:tc>
          <w:tcPr>
            <w:tcW w:type="dxa" w:w="6500"/>
            <w:vAlign w:val="center"/>
            <w:tcMar>
              <w:top w:w="85" w:type="dxa"/>
              <w:bottom w:w="85" w:type="dxa"/>
              <w:start w:w="110" w:type="dxa"/>
              <w:end w:w="110" w:type="dxa"/>
            </w:tcMar>
          </w:tcPr>
          <w:p>
            <w:pPr>
              <w:spacing w:after="0"/>
            </w:pPr>
            <w:r>
              <w:rPr>
                <w:sz w:val="17"/>
              </w:rPr>
            </w:r>
          </w:p>
        </w:tc>
      </w:tr>
      <w:tr>
        <w:trPr>
          <w:cantSplit/>
        </w:trPr>
        <w:tc>
          <w:tcPr>
            <w:tcW w:type="dxa" w:w="3200"/>
            <w:vAlign w:val="center"/>
            <w:tcMar>
              <w:top w:w="85" w:type="dxa"/>
              <w:bottom w:w="85" w:type="dxa"/>
              <w:start w:w="110" w:type="dxa"/>
              <w:end w:w="110" w:type="dxa"/>
            </w:tcMar>
          </w:tcPr>
          <w:p>
            <w:pPr>
              <w:spacing w:after="0"/>
            </w:pPr>
            <w:r>
              <w:rPr>
                <w:sz w:val="17"/>
              </w:rPr>
              <w:t>Bestandsnaam en versie</w:t>
            </w:r>
          </w:p>
        </w:tc>
        <w:tc>
          <w:tcPr>
            <w:tcW w:type="dxa" w:w="6500"/>
            <w:vAlign w:val="center"/>
            <w:tcMar>
              <w:top w:w="85" w:type="dxa"/>
              <w:bottom w:w="85" w:type="dxa"/>
              <w:start w:w="110" w:type="dxa"/>
              <w:end w:w="110" w:type="dxa"/>
            </w:tcMar>
          </w:tcPr>
          <w:p>
            <w:pPr>
              <w:spacing w:after="0"/>
            </w:pPr>
            <w:r>
              <w:rPr>
                <w:sz w:val="17"/>
              </w:rPr>
            </w:r>
          </w:p>
        </w:tc>
      </w:tr>
      <w:tr>
        <w:trPr>
          <w:cantSplit/>
        </w:trPr>
        <w:tc>
          <w:tcPr>
            <w:tcW w:type="dxa" w:w="3200"/>
            <w:vAlign w:val="center"/>
            <w:tcMar>
              <w:top w:w="85" w:type="dxa"/>
              <w:bottom w:w="85" w:type="dxa"/>
              <w:start w:w="110" w:type="dxa"/>
              <w:end w:w="110" w:type="dxa"/>
            </w:tcMar>
          </w:tcPr>
          <w:p>
            <w:pPr>
              <w:spacing w:after="0"/>
            </w:pPr>
            <w:r>
              <w:rPr>
                <w:sz w:val="17"/>
              </w:rPr>
              <w:t>Datum</w:t>
            </w:r>
          </w:p>
        </w:tc>
        <w:tc>
          <w:tcPr>
            <w:tcW w:type="dxa" w:w="6500"/>
            <w:vAlign w:val="center"/>
            <w:tcMar>
              <w:top w:w="85" w:type="dxa"/>
              <w:bottom w:w="85" w:type="dxa"/>
              <w:start w:w="110" w:type="dxa"/>
              <w:end w:w="110" w:type="dxa"/>
            </w:tcMar>
          </w:tcPr>
          <w:p>
            <w:pPr>
              <w:spacing w:after="0"/>
            </w:pPr>
            <w:r>
              <w:rPr>
                <w:sz w:val="17"/>
              </w:rPr>
            </w:r>
          </w:p>
        </w:tc>
      </w:tr>
      <w:tr>
        <w:trPr>
          <w:cantSplit/>
        </w:trPr>
        <w:tc>
          <w:tcPr>
            <w:tcW w:type="dxa" w:w="3200"/>
            <w:vAlign w:val="center"/>
            <w:tcMar>
              <w:top w:w="85" w:type="dxa"/>
              <w:bottom w:w="85" w:type="dxa"/>
              <w:start w:w="110" w:type="dxa"/>
              <w:end w:w="110" w:type="dxa"/>
            </w:tcMar>
          </w:tcPr>
          <w:p>
            <w:pPr>
              <w:spacing w:after="0"/>
            </w:pPr>
            <w:r>
              <w:rPr>
                <w:sz w:val="17"/>
              </w:rPr>
              <w:t>Opslagplaats</w:t>
            </w:r>
          </w:p>
        </w:tc>
        <w:tc>
          <w:tcPr>
            <w:tcW w:type="dxa" w:w="6500"/>
            <w:vAlign w:val="center"/>
            <w:tcMar>
              <w:top w:w="85" w:type="dxa"/>
              <w:bottom w:w="85" w:type="dxa"/>
              <w:start w:w="110" w:type="dxa"/>
              <w:end w:w="110" w:type="dxa"/>
            </w:tcMar>
          </w:tcPr>
          <w:p>
            <w:pPr>
              <w:spacing w:after="0"/>
            </w:pPr>
            <w:r>
              <w:rPr>
                <w:sz w:val="17"/>
              </w:rPr>
            </w:r>
          </w:p>
        </w:tc>
      </w:tr>
      <w:tr>
        <w:trPr>
          <w:cantSplit/>
        </w:trPr>
        <w:tc>
          <w:tcPr>
            <w:tcW w:type="dxa" w:w="3200"/>
            <w:vAlign w:val="center"/>
            <w:tcMar>
              <w:top w:w="85" w:type="dxa"/>
              <w:bottom w:w="85" w:type="dxa"/>
              <w:start w:w="110" w:type="dxa"/>
              <w:end w:w="110" w:type="dxa"/>
            </w:tcMar>
          </w:tcPr>
          <w:p>
            <w:pPr>
              <w:spacing w:after="0"/>
            </w:pPr>
            <w:r>
              <w:rPr>
                <w:sz w:val="17"/>
              </w:rPr>
              <w:t>Wijze van presentatie</w:t>
            </w:r>
          </w:p>
        </w:tc>
        <w:tc>
          <w:tcPr>
            <w:tcW w:type="dxa" w:w="6500"/>
            <w:vAlign w:val="center"/>
            <w:tcMar>
              <w:top w:w="85" w:type="dxa"/>
              <w:bottom w:w="85" w:type="dxa"/>
              <w:start w:w="110" w:type="dxa"/>
              <w:end w:w="110" w:type="dxa"/>
            </w:tcMar>
          </w:tcPr>
          <w:p>
            <w:pPr>
              <w:spacing w:after="0"/>
            </w:pPr>
            <w:r>
              <w:rPr>
                <w:sz w:val="17"/>
              </w:rPr>
            </w:r>
          </w:p>
        </w:tc>
      </w:tr>
      <w:tr>
        <w:trPr>
          <w:cantSplit/>
        </w:trPr>
        <w:tc>
          <w:tcPr>
            <w:tcW w:type="dxa" w:w="3200"/>
            <w:vAlign w:val="center"/>
            <w:tcMar>
              <w:top w:w="85" w:type="dxa"/>
              <w:bottom w:w="85" w:type="dxa"/>
              <w:start w:w="110" w:type="dxa"/>
              <w:end w:w="110" w:type="dxa"/>
            </w:tcMar>
          </w:tcPr>
          <w:p>
            <w:pPr>
              <w:spacing w:after="0"/>
            </w:pPr>
            <w:r>
              <w:rPr>
                <w:sz w:val="17"/>
              </w:rPr>
              <w:t>Eventuele publicatielocatie</w:t>
            </w:r>
          </w:p>
        </w:tc>
        <w:tc>
          <w:tcPr>
            <w:tcW w:type="dxa" w:w="6500"/>
            <w:vAlign w:val="center"/>
            <w:tcMar>
              <w:top w:w="85" w:type="dxa"/>
              <w:bottom w:w="85" w:type="dxa"/>
              <w:start w:w="110" w:type="dxa"/>
              <w:end w:w="110" w:type="dxa"/>
            </w:tcMar>
          </w:tcPr>
          <w:p>
            <w:pPr>
              <w:spacing w:after="0"/>
            </w:pPr>
            <w:r>
              <w:rPr>
                <w:sz w:val="17"/>
              </w:rPr>
            </w:r>
          </w:p>
        </w:tc>
      </w:tr>
    </w:tbl>
    <w:p>
      <w:pPr>
        <w:spacing w:after="0"/>
      </w:pPr>
    </w:p>
    <w:p>
      <w:r>
        <w:br w:type="page"/>
      </w:r>
    </w:p>
    <w:p>
      <w:pPr>
        <w:pStyle w:val="Heading1"/>
      </w:pPr>
      <w:r>
        <w:t>14. Gezamenlijke evaluatie</w:t>
      </w:r>
    </w:p>
    <w:p>
      <w:pPr>
        <w:pStyle w:val="Heading2"/>
      </w:pPr>
      <w:r>
        <w:t>In hoeverre hebben we het doel en het bedoelde publiek bereikt?</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2"/>
      </w:pPr>
      <w:r>
        <w:t>Wat zijn de sterkste onderdelen van onze publicatie?</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2"/>
      </w:pPr>
      <w:r>
        <w:t>Wat zouden we inhoudelijk of organisatorisch verbeteren?</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2"/>
      </w:pPr>
      <w:r>
        <w:t>Waar verschilden de projectcreditbegroting en de werkelijke uren het meest?</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pStyle w:val="Heading2"/>
      </w:pPr>
      <w:r>
        <w:t>Wat adviseren we een volgende klasuitgeverij?</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p>
      <w:pPr>
        <w:spacing w:after="120"/>
      </w:pPr>
      <w:r>
        <w:rPr>
          <w:color w:val="9AA6AD"/>
        </w:rPr>
        <w:t>________________________________________________________________________________</w:t>
      </w:r>
    </w:p>
    <w:tbl>
      <w:tblPr>
        <w:tblStyle w:val="TableGrid"/>
        <w:tblW w:type="dxa" w:w="9700"/>
        <w:jc w:val="left"/>
        <w:tblLayout w:type="fixed"/>
        <w:tblLook w:firstColumn="1" w:firstRow="1" w:lastColumn="0" w:lastRow="0" w:noHBand="0" w:noVBand="1" w:val="04A0"/>
        <w:tblInd w:w="120" w:type="dxa"/>
      </w:tblPr>
      <w:tblGrid>
        <w:gridCol w:w="3000"/>
        <w:gridCol w:w="4700"/>
        <w:gridCol w:w="2000"/>
      </w:tblGrid>
      <w:tr>
        <w:trPr>
          <w:tblHeader w:val="true"/>
          <w:cantSplit/>
        </w:trPr>
        <w:tc>
          <w:tcPr>
            <w:tcW w:type="dxa" w:w="3000"/>
            <w:shd w:fill="2E5E78"/>
            <w:vAlign w:val="center"/>
            <w:tcMar>
              <w:top w:w="85" w:type="dxa"/>
              <w:bottom w:w="85" w:type="dxa"/>
              <w:start w:w="110" w:type="dxa"/>
              <w:end w:w="110" w:type="dxa"/>
            </w:tcMar>
          </w:tcPr>
          <w:p>
            <w:r>
              <w:rPr>
                <w:b/>
                <w:color w:val="FFFFFF"/>
                <w:sz w:val="17"/>
              </w:rPr>
              <w:t>Evaluatie afgerond op</w:t>
            </w:r>
          </w:p>
        </w:tc>
        <w:tc>
          <w:tcPr>
            <w:tcW w:type="dxa" w:w="4700"/>
            <w:shd w:fill="2E5E78"/>
            <w:vAlign w:val="center"/>
            <w:tcMar>
              <w:top w:w="85" w:type="dxa"/>
              <w:bottom w:w="85" w:type="dxa"/>
              <w:start w:w="110" w:type="dxa"/>
              <w:end w:w="110" w:type="dxa"/>
            </w:tcMar>
          </w:tcPr>
          <w:p>
            <w:r>
              <w:rPr>
                <w:b/>
                <w:color w:val="FFFFFF"/>
                <w:sz w:val="17"/>
              </w:rPr>
              <w:t>Besproken met</w:t>
            </w:r>
          </w:p>
        </w:tc>
        <w:tc>
          <w:tcPr>
            <w:tcW w:type="dxa" w:w="2000"/>
            <w:shd w:fill="2E5E78"/>
            <w:vAlign w:val="center"/>
            <w:tcMar>
              <w:top w:w="85" w:type="dxa"/>
              <w:bottom w:w="85" w:type="dxa"/>
              <w:start w:w="110" w:type="dxa"/>
              <w:end w:w="110" w:type="dxa"/>
            </w:tcMar>
          </w:tcPr>
          <w:p>
            <w:r>
              <w:rPr>
                <w:b/>
                <w:color w:val="FFFFFF"/>
                <w:sz w:val="17"/>
              </w:rPr>
              <w:t>Dossier compleet</w:t>
            </w:r>
          </w:p>
        </w:tc>
      </w:tr>
      <w:tr>
        <w:trPr>
          <w:cantSplit/>
        </w:trPr>
        <w:tc>
          <w:tcPr>
            <w:tcW w:type="dxa" w:w="3000"/>
            <w:vAlign w:val="center"/>
            <w:tcMar>
              <w:top w:w="85" w:type="dxa"/>
              <w:bottom w:w="85" w:type="dxa"/>
              <w:start w:w="110" w:type="dxa"/>
              <w:end w:w="110" w:type="dxa"/>
            </w:tcMar>
          </w:tcPr>
          <w:p>
            <w:pPr>
              <w:spacing w:after="0"/>
            </w:pPr>
            <w:r>
              <w:rPr>
                <w:sz w:val="17"/>
              </w:rPr>
            </w:r>
          </w:p>
        </w:tc>
        <w:tc>
          <w:tcPr>
            <w:tcW w:type="dxa" w:w="4700"/>
            <w:vAlign w:val="center"/>
            <w:tcMar>
              <w:top w:w="85" w:type="dxa"/>
              <w:bottom w:w="85" w:type="dxa"/>
              <w:start w:w="110" w:type="dxa"/>
              <w:end w:w="110" w:type="dxa"/>
            </w:tcMar>
          </w:tcPr>
          <w:p>
            <w:pPr>
              <w:spacing w:after="0"/>
            </w:pPr>
            <w:r>
              <w:rPr>
                <w:sz w:val="17"/>
              </w:rPr>
            </w:r>
          </w:p>
        </w:tc>
        <w:tc>
          <w:tcPr>
            <w:tcW w:type="dxa" w:w="2000"/>
            <w:vAlign w:val="center"/>
            <w:tcMar>
              <w:top w:w="85" w:type="dxa"/>
              <w:bottom w:w="85" w:type="dxa"/>
              <w:start w:w="110" w:type="dxa"/>
              <w:end w:w="110" w:type="dxa"/>
            </w:tcMar>
          </w:tcPr>
          <w:p>
            <w:pPr>
              <w:spacing w:after="0"/>
            </w:pPr>
            <w:r>
              <w:rPr>
                <w:sz w:val="17"/>
              </w:rPr>
              <w:t>☐</w:t>
            </w:r>
          </w:p>
        </w:tc>
      </w:tr>
    </w:tbl>
    <w:p>
      <w:pPr>
        <w:spacing w:after="0"/>
      </w:pPr>
    </w:p>
    <w:sectPr w:rsidR="00FC693F" w:rsidRPr="0006063C" w:rsidSect="00034616">
      <w:headerReference w:type="default" r:id="rId9"/>
      <w:footerReference w:type="default" r:id="rId10"/>
      <w:pgSz w:w="11909" w:h="16834"/>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7"/>
      </w:rPr>
      <w:t xml:space="preserve">Pagina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5B6570"/>
        <w:sz w:val="16"/>
      </w:rPr>
      <w:t>De klas als uitgeverij | Projectwerkboek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20343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Aptos Display" w:hAnsi="Aptos Display"/>
      <w:b/>
      <w:bCs/>
      <w:color w:val="2E5E78"/>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2E5E78"/>
      <w:sz w:val="28"/>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20343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Projectwerkboek – Van plan tot publicatie</dc:title>
  <dc:subject>De klas als uitgeverij</dc:subject>
  <dc:creator>taal-coach.nl</dc:creator>
  <cp:keywords>projectwerkboek, publiceren, vmbo, mbo, projectcredits</cp:keywords>
  <dc:description>generated by python-docx</dc:description>
  <cp:lastModifiedBy/>
  <cp:revision>1</cp:revision>
  <dcterms:created xsi:type="dcterms:W3CDTF">2013-12-23T23:15:00Z</dcterms:created>
  <dcterms:modified xsi:type="dcterms:W3CDTF">2013-12-23T23:15:00Z</dcterms:modified>
  <cp:category/>
</cp:coreProperties>
</file>